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aff0"/>
        <w:tblW w:w="10060" w:type="dxa"/>
        <w:tblLook w:val="04A0" w:firstRow="1" w:lastRow="0" w:firstColumn="1" w:lastColumn="0" w:noHBand="0" w:noVBand="1"/>
      </w:tblPr>
      <w:tblGrid>
        <w:gridCol w:w="4963"/>
        <w:gridCol w:w="5097"/>
      </w:tblGrid>
      <w:tr w:rsidR="000D18C4" w:rsidRPr="00A53F30" w:rsidTr="006E0E5F">
        <w:trPr>
          <w:trHeight w:val="2825"/>
        </w:trPr>
        <w:tc>
          <w:tcPr>
            <w:tcW w:w="4963" w:type="dxa"/>
          </w:tcPr>
          <w:p w:rsidR="000D18C4" w:rsidRPr="000E7B7A" w:rsidRDefault="000D18C4" w:rsidP="00225908">
            <w:pPr>
              <w:jc w:val="center"/>
              <w:rPr>
                <w:b/>
                <w:sz w:val="20"/>
                <w:szCs w:val="20"/>
              </w:rPr>
            </w:pPr>
            <w:r w:rsidRPr="00F61ACC">
              <w:rPr>
                <w:b/>
                <w:sz w:val="20"/>
                <w:szCs w:val="20"/>
              </w:rPr>
              <w:t xml:space="preserve">ДОГОВОР № </w:t>
            </w:r>
            <w:r w:rsidR="000E7B7A" w:rsidRPr="004D03D1">
              <w:rPr>
                <w:b/>
                <w:color w:val="000000" w:themeColor="text1"/>
                <w:sz w:val="20"/>
                <w:szCs w:val="20"/>
              </w:rPr>
              <w:t>__________</w:t>
            </w:r>
          </w:p>
          <w:p w:rsidR="000D18C4" w:rsidRPr="00F61ACC" w:rsidRDefault="000D18C4" w:rsidP="00225908">
            <w:pPr>
              <w:jc w:val="center"/>
              <w:rPr>
                <w:b/>
                <w:sz w:val="20"/>
                <w:szCs w:val="20"/>
              </w:rPr>
            </w:pPr>
            <w:r w:rsidRPr="00F61ACC">
              <w:rPr>
                <w:b/>
                <w:sz w:val="20"/>
                <w:szCs w:val="20"/>
              </w:rPr>
              <w:t>О предоставлении услуг</w:t>
            </w:r>
          </w:p>
          <w:p w:rsidR="000D18C4" w:rsidRPr="00F61ACC" w:rsidRDefault="000D18C4" w:rsidP="00225908">
            <w:pPr>
              <w:jc w:val="center"/>
              <w:rPr>
                <w:b/>
                <w:sz w:val="20"/>
                <w:szCs w:val="20"/>
              </w:rPr>
            </w:pPr>
            <w:r w:rsidRPr="00F61ACC">
              <w:rPr>
                <w:b/>
                <w:sz w:val="20"/>
                <w:szCs w:val="20"/>
              </w:rPr>
              <w:t xml:space="preserve">РАЗДЕЛ </w:t>
            </w:r>
            <w:r w:rsidRPr="000D18C4">
              <w:rPr>
                <w:b/>
                <w:sz w:val="20"/>
                <w:szCs w:val="20"/>
              </w:rPr>
              <w:t>I</w:t>
            </w:r>
          </w:p>
          <w:p w:rsidR="000D18C4" w:rsidRPr="00F61ACC" w:rsidRDefault="000D18C4" w:rsidP="00225908">
            <w:pPr>
              <w:jc w:val="center"/>
              <w:rPr>
                <w:b/>
                <w:sz w:val="20"/>
                <w:szCs w:val="20"/>
              </w:rPr>
            </w:pPr>
            <w:r w:rsidRPr="00F61ACC">
              <w:rPr>
                <w:b/>
                <w:sz w:val="20"/>
                <w:szCs w:val="20"/>
              </w:rPr>
              <w:t>ОСОБЫЕ УСЛОВИЯ ОКАЗАНИЯ УСЛУГ</w:t>
            </w:r>
          </w:p>
          <w:p w:rsidR="00225908" w:rsidRPr="00F61ACC" w:rsidRDefault="00225908" w:rsidP="00225908">
            <w:pPr>
              <w:jc w:val="center"/>
              <w:rPr>
                <w:b/>
                <w:sz w:val="20"/>
                <w:szCs w:val="20"/>
              </w:rPr>
            </w:pPr>
          </w:p>
          <w:p w:rsidR="00225908" w:rsidRPr="00F61ACC" w:rsidRDefault="00225908" w:rsidP="00225908">
            <w:pPr>
              <w:jc w:val="center"/>
              <w:rPr>
                <w:b/>
                <w:sz w:val="20"/>
                <w:szCs w:val="20"/>
              </w:rPr>
            </w:pPr>
          </w:p>
          <w:p w:rsidR="000D18C4" w:rsidRPr="000D18C4" w:rsidRDefault="00B724DC" w:rsidP="00B724DC">
            <w:pPr>
              <w:spacing w:after="60"/>
              <w:jc w:val="both"/>
              <w:rPr>
                <w:sz w:val="20"/>
                <w:szCs w:val="20"/>
              </w:rPr>
            </w:pPr>
            <w:r w:rsidRPr="004D03D1">
              <w:rPr>
                <w:sz w:val="20"/>
                <w:szCs w:val="20"/>
                <w:lang w:val="uz-Cyrl-UZ"/>
              </w:rPr>
              <w:t>ООО</w:t>
            </w:r>
            <w:r w:rsidRPr="004D03D1">
              <w:rPr>
                <w:sz w:val="20"/>
                <w:szCs w:val="20"/>
              </w:rPr>
              <w:t xml:space="preserve"> </w:t>
            </w:r>
            <w:r w:rsidR="000D18C4" w:rsidRPr="004D03D1">
              <w:rPr>
                <w:sz w:val="20"/>
                <w:szCs w:val="20"/>
              </w:rPr>
              <w:t>«</w:t>
            </w:r>
            <w:r w:rsidRPr="004D03D1">
              <w:rPr>
                <w:sz w:val="20"/>
                <w:szCs w:val="20"/>
                <w:lang w:val="uz-Cyrl-UZ"/>
              </w:rPr>
              <w:t>Бухарский нефтеперерабатывающий завод</w:t>
            </w:r>
            <w:r w:rsidR="000D18C4" w:rsidRPr="004D03D1">
              <w:rPr>
                <w:sz w:val="20"/>
                <w:szCs w:val="20"/>
              </w:rPr>
              <w:t>» (далее именуем</w:t>
            </w:r>
            <w:r w:rsidRPr="004D03D1">
              <w:rPr>
                <w:sz w:val="20"/>
                <w:szCs w:val="20"/>
              </w:rPr>
              <w:t>ое</w:t>
            </w:r>
            <w:r w:rsidR="000D18C4" w:rsidRPr="004D03D1">
              <w:rPr>
                <w:sz w:val="20"/>
                <w:szCs w:val="20"/>
              </w:rPr>
              <w:t xml:space="preserve"> «Заказчик»), в лице «Должность, имя и фамилия»,</w:t>
            </w:r>
            <w:r w:rsidRPr="004D03D1">
              <w:rPr>
                <w:sz w:val="20"/>
                <w:szCs w:val="20"/>
              </w:rPr>
              <w:t xml:space="preserve"> действующего на основании доверенности №_______________,</w:t>
            </w:r>
            <w:r w:rsidR="000D18C4" w:rsidRPr="004D03D1">
              <w:rPr>
                <w:sz w:val="20"/>
                <w:szCs w:val="20"/>
              </w:rPr>
              <w:t xml:space="preserve"> с одной стороны, и </w:t>
            </w:r>
            <w:r w:rsidRPr="004D03D1">
              <w:rPr>
                <w:sz w:val="20"/>
                <w:szCs w:val="20"/>
              </w:rPr>
              <w:t>________________________________</w:t>
            </w:r>
            <w:r w:rsidR="000D18C4" w:rsidRPr="004D03D1">
              <w:rPr>
                <w:sz w:val="20"/>
                <w:szCs w:val="20"/>
              </w:rPr>
              <w:t xml:space="preserve"> (далее </w:t>
            </w:r>
            <w:r w:rsidRPr="004D03D1">
              <w:rPr>
                <w:sz w:val="20"/>
                <w:szCs w:val="20"/>
              </w:rPr>
              <w:t>именуемое</w:t>
            </w:r>
            <w:r w:rsidR="000D18C4" w:rsidRPr="004D03D1">
              <w:rPr>
                <w:sz w:val="20"/>
                <w:szCs w:val="20"/>
              </w:rPr>
              <w:t xml:space="preserve"> «</w:t>
            </w:r>
            <w:r w:rsidRPr="004D03D1">
              <w:rPr>
                <w:sz w:val="20"/>
                <w:szCs w:val="20"/>
              </w:rPr>
              <w:t>Исполнитель</w:t>
            </w:r>
            <w:r w:rsidR="000D18C4" w:rsidRPr="004D03D1">
              <w:rPr>
                <w:sz w:val="20"/>
                <w:szCs w:val="20"/>
              </w:rPr>
              <w:t xml:space="preserve">»), в лице </w:t>
            </w:r>
            <w:r w:rsidRPr="004D03D1">
              <w:rPr>
                <w:sz w:val="20"/>
                <w:szCs w:val="20"/>
              </w:rPr>
              <w:t>_____________________________</w:t>
            </w:r>
            <w:r w:rsidR="000D18C4" w:rsidRPr="004D03D1">
              <w:rPr>
                <w:sz w:val="20"/>
                <w:szCs w:val="20"/>
              </w:rPr>
              <w:t>,</w:t>
            </w:r>
            <w:r w:rsidRPr="004D03D1">
              <w:rPr>
                <w:sz w:val="20"/>
                <w:szCs w:val="20"/>
              </w:rPr>
              <w:t xml:space="preserve"> действующего на основании __________________,</w:t>
            </w:r>
            <w:r w:rsidR="000D18C4" w:rsidRPr="004D03D1">
              <w:rPr>
                <w:sz w:val="20"/>
                <w:szCs w:val="20"/>
              </w:rPr>
              <w:t xml:space="preserve"> с другой стороны, заключили настоящее Соглашение о следующем:</w:t>
            </w:r>
          </w:p>
          <w:p w:rsidR="000E7B7A" w:rsidRDefault="000E7B7A" w:rsidP="00B724DC">
            <w:pPr>
              <w:spacing w:after="60"/>
              <w:jc w:val="both"/>
              <w:rPr>
                <w:b/>
                <w:sz w:val="20"/>
                <w:szCs w:val="20"/>
                <w:highlight w:val="yellow"/>
              </w:rPr>
            </w:pPr>
          </w:p>
          <w:p w:rsidR="000D18C4" w:rsidRPr="0059347E" w:rsidRDefault="000D18C4" w:rsidP="00B724DC">
            <w:pPr>
              <w:spacing w:after="60"/>
              <w:jc w:val="both"/>
              <w:rPr>
                <w:sz w:val="20"/>
                <w:szCs w:val="20"/>
                <w:lang w:val="uz-Cyrl-UZ"/>
              </w:rPr>
            </w:pPr>
            <w:r w:rsidRPr="004D03D1">
              <w:rPr>
                <w:b/>
                <w:sz w:val="20"/>
                <w:szCs w:val="20"/>
              </w:rPr>
              <w:t>1. Предмет договора</w:t>
            </w:r>
          </w:p>
          <w:p w:rsidR="0070102E" w:rsidRPr="004D03D1" w:rsidRDefault="000D18C4" w:rsidP="004D03D1">
            <w:pPr>
              <w:spacing w:after="60"/>
              <w:jc w:val="both"/>
              <w:rPr>
                <w:sz w:val="20"/>
                <w:szCs w:val="20"/>
              </w:rPr>
            </w:pPr>
            <w:r w:rsidRPr="004D03D1">
              <w:rPr>
                <w:sz w:val="20"/>
                <w:szCs w:val="20"/>
              </w:rPr>
              <w:t xml:space="preserve">1.1. </w:t>
            </w:r>
            <w:r w:rsidR="0070102E" w:rsidRPr="004D03D1">
              <w:rPr>
                <w:sz w:val="20"/>
                <w:szCs w:val="20"/>
              </w:rPr>
              <w:t xml:space="preserve">По настоящему договору исполнитель обязуется произвести, по заданию и в строгом соответствии с техническим заданием заказчика, лабораторные испытания мазута, а заказчик обязуется оплатить эти услуги. </w:t>
            </w:r>
          </w:p>
          <w:p w:rsidR="0070102E" w:rsidRPr="0070102E" w:rsidRDefault="0070102E" w:rsidP="004D03D1">
            <w:pPr>
              <w:spacing w:after="60"/>
              <w:jc w:val="both"/>
              <w:rPr>
                <w:sz w:val="20"/>
                <w:szCs w:val="20"/>
              </w:rPr>
            </w:pPr>
            <w:r w:rsidRPr="004D03D1">
              <w:rPr>
                <w:sz w:val="20"/>
                <w:szCs w:val="20"/>
              </w:rPr>
              <w:t>Техническое задание приведено в приложении №1, являющемся неотъемлемой частью договора.</w:t>
            </w:r>
          </w:p>
          <w:p w:rsidR="000D18C4" w:rsidRPr="000D18C4" w:rsidRDefault="000D18C4" w:rsidP="00B724DC">
            <w:pPr>
              <w:spacing w:after="60"/>
              <w:jc w:val="both"/>
              <w:rPr>
                <w:sz w:val="20"/>
                <w:szCs w:val="20"/>
              </w:rPr>
            </w:pPr>
          </w:p>
          <w:p w:rsidR="000D18C4" w:rsidRPr="004D03D1" w:rsidRDefault="000E7B7A" w:rsidP="00B724DC">
            <w:pPr>
              <w:spacing w:after="60"/>
              <w:jc w:val="both"/>
              <w:rPr>
                <w:sz w:val="20"/>
                <w:szCs w:val="20"/>
              </w:rPr>
            </w:pPr>
            <w:r w:rsidRPr="004D03D1">
              <w:rPr>
                <w:b/>
                <w:color w:val="000000" w:themeColor="text1"/>
                <w:sz w:val="20"/>
                <w:szCs w:val="20"/>
              </w:rPr>
              <w:t>2</w:t>
            </w:r>
            <w:r w:rsidR="000D18C4" w:rsidRPr="004D03D1">
              <w:rPr>
                <w:b/>
                <w:sz w:val="20"/>
                <w:szCs w:val="20"/>
              </w:rPr>
              <w:t>. Оплата услуг</w:t>
            </w:r>
          </w:p>
          <w:p w:rsidR="000D18C4" w:rsidRPr="004D03D1" w:rsidRDefault="000E7B7A" w:rsidP="00B724DC">
            <w:pPr>
              <w:spacing w:after="60"/>
              <w:jc w:val="both"/>
              <w:rPr>
                <w:sz w:val="20"/>
                <w:szCs w:val="20"/>
              </w:rPr>
            </w:pPr>
            <w:r w:rsidRPr="004D03D1">
              <w:rPr>
                <w:sz w:val="20"/>
                <w:szCs w:val="20"/>
              </w:rPr>
              <w:t>2</w:t>
            </w:r>
            <w:r w:rsidR="000D18C4" w:rsidRPr="004D03D1">
              <w:rPr>
                <w:sz w:val="20"/>
                <w:szCs w:val="20"/>
              </w:rPr>
              <w:t>.1. Оказанные услуги подтверждаются актом приемки, который подлежит подписанию и скреплению печатями сторонами.</w:t>
            </w:r>
          </w:p>
          <w:p w:rsidR="000D18C4" w:rsidRPr="000D18C4" w:rsidRDefault="000E7B7A" w:rsidP="00B724DC">
            <w:pPr>
              <w:spacing w:after="60"/>
              <w:jc w:val="both"/>
              <w:rPr>
                <w:sz w:val="20"/>
                <w:szCs w:val="20"/>
              </w:rPr>
            </w:pPr>
            <w:r w:rsidRPr="004D03D1">
              <w:rPr>
                <w:sz w:val="20"/>
                <w:szCs w:val="20"/>
              </w:rPr>
              <w:t>2</w:t>
            </w:r>
            <w:r w:rsidR="000D18C4" w:rsidRPr="004D03D1">
              <w:rPr>
                <w:sz w:val="20"/>
                <w:szCs w:val="20"/>
              </w:rPr>
              <w:t xml:space="preserve">.2. Цены, указанные в Разделе III / Предложении (Спецификации услуг), подлежат оплате в </w:t>
            </w:r>
            <w:r w:rsidR="0010106F" w:rsidRPr="004D03D1">
              <w:rPr>
                <w:sz w:val="20"/>
                <w:szCs w:val="20"/>
              </w:rPr>
              <w:t>узбекских суммах</w:t>
            </w:r>
            <w:r w:rsidR="000D18C4" w:rsidRPr="004D03D1">
              <w:rPr>
                <w:sz w:val="20"/>
                <w:szCs w:val="20"/>
              </w:rPr>
              <w:t xml:space="preserve"> или в долларах США для </w:t>
            </w:r>
            <w:r w:rsidR="0010106F" w:rsidRPr="004D03D1">
              <w:rPr>
                <w:sz w:val="20"/>
                <w:szCs w:val="20"/>
              </w:rPr>
              <w:t>исполнителей нерезидентов</w:t>
            </w:r>
            <w:r w:rsidR="000D18C4" w:rsidRPr="004D03D1">
              <w:rPr>
                <w:sz w:val="20"/>
                <w:szCs w:val="20"/>
              </w:rPr>
              <w:t>.</w:t>
            </w:r>
          </w:p>
          <w:p w:rsidR="00904252" w:rsidRDefault="00904252" w:rsidP="00B724DC">
            <w:pPr>
              <w:spacing w:after="60"/>
              <w:jc w:val="both"/>
              <w:rPr>
                <w:b/>
                <w:sz w:val="20"/>
                <w:szCs w:val="20"/>
                <w:highlight w:val="yellow"/>
              </w:rPr>
            </w:pPr>
          </w:p>
          <w:p w:rsidR="000D18C4" w:rsidRPr="004D03D1" w:rsidRDefault="000E7B7A" w:rsidP="00B724DC">
            <w:pPr>
              <w:spacing w:after="60"/>
              <w:jc w:val="both"/>
              <w:rPr>
                <w:sz w:val="20"/>
                <w:szCs w:val="20"/>
              </w:rPr>
            </w:pPr>
            <w:r w:rsidRPr="004D03D1">
              <w:rPr>
                <w:b/>
                <w:sz w:val="20"/>
                <w:szCs w:val="20"/>
              </w:rPr>
              <w:t>3</w:t>
            </w:r>
            <w:r w:rsidR="000D18C4" w:rsidRPr="004D03D1">
              <w:rPr>
                <w:b/>
                <w:sz w:val="20"/>
                <w:szCs w:val="20"/>
              </w:rPr>
              <w:t>. Прочее</w:t>
            </w:r>
          </w:p>
          <w:p w:rsidR="000D18C4" w:rsidRDefault="000E7B7A" w:rsidP="00B724DC">
            <w:pPr>
              <w:spacing w:after="60"/>
              <w:jc w:val="both"/>
              <w:rPr>
                <w:sz w:val="20"/>
                <w:szCs w:val="20"/>
              </w:rPr>
            </w:pPr>
            <w:r w:rsidRPr="004D03D1">
              <w:rPr>
                <w:sz w:val="20"/>
                <w:szCs w:val="20"/>
              </w:rPr>
              <w:t>3</w:t>
            </w:r>
            <w:r w:rsidR="000D18C4" w:rsidRPr="004D03D1">
              <w:rPr>
                <w:sz w:val="20"/>
                <w:szCs w:val="20"/>
              </w:rPr>
              <w:t xml:space="preserve">.1. Настоящий договор заключается в двух (2) экземплярах на </w:t>
            </w:r>
            <w:r w:rsidR="00317D73">
              <w:rPr>
                <w:sz w:val="20"/>
                <w:szCs w:val="20"/>
              </w:rPr>
              <w:t xml:space="preserve">русском </w:t>
            </w:r>
            <w:r w:rsidR="000D18C4" w:rsidRPr="004D03D1">
              <w:rPr>
                <w:sz w:val="20"/>
                <w:szCs w:val="20"/>
              </w:rPr>
              <w:t xml:space="preserve">и </w:t>
            </w:r>
            <w:r w:rsidR="0010106F" w:rsidRPr="004D03D1">
              <w:rPr>
                <w:color w:val="000000" w:themeColor="text1"/>
                <w:sz w:val="20"/>
                <w:szCs w:val="20"/>
              </w:rPr>
              <w:t>узбекском</w:t>
            </w:r>
            <w:r w:rsidR="000D18C4" w:rsidRPr="004D03D1">
              <w:rPr>
                <w:sz w:val="20"/>
                <w:szCs w:val="20"/>
              </w:rPr>
              <w:t xml:space="preserve"> языках.</w:t>
            </w:r>
          </w:p>
          <w:p w:rsidR="000D18C4" w:rsidRDefault="00EB12F4" w:rsidP="00B724DC">
            <w:pPr>
              <w:spacing w:after="60"/>
              <w:jc w:val="both"/>
              <w:rPr>
                <w:sz w:val="20"/>
                <w:szCs w:val="20"/>
              </w:rPr>
            </w:pPr>
            <w:r w:rsidRPr="004D03D1">
              <w:rPr>
                <w:sz w:val="20"/>
                <w:szCs w:val="20"/>
              </w:rPr>
              <w:t>3</w:t>
            </w:r>
            <w:r w:rsidR="000D18C4" w:rsidRPr="004D03D1">
              <w:rPr>
                <w:sz w:val="20"/>
                <w:szCs w:val="20"/>
              </w:rPr>
              <w:t xml:space="preserve">.2. Все подписанные экземпляры (включая электронные версии, сканы и т. п.) настоящего Соглашения имеют равную юридическую силу. В случае расхождений между текстами на </w:t>
            </w:r>
            <w:r w:rsidR="0010106F" w:rsidRPr="004D03D1">
              <w:rPr>
                <w:sz w:val="20"/>
                <w:szCs w:val="20"/>
              </w:rPr>
              <w:t>русском</w:t>
            </w:r>
            <w:r w:rsidR="000D18C4" w:rsidRPr="004D03D1">
              <w:rPr>
                <w:sz w:val="20"/>
                <w:szCs w:val="20"/>
              </w:rPr>
              <w:t xml:space="preserve"> и </w:t>
            </w:r>
            <w:r w:rsidR="000B766B">
              <w:rPr>
                <w:sz w:val="20"/>
                <w:szCs w:val="20"/>
              </w:rPr>
              <w:t>английском</w:t>
            </w:r>
            <w:r w:rsidR="000D18C4" w:rsidRPr="004D03D1">
              <w:rPr>
                <w:sz w:val="20"/>
                <w:szCs w:val="20"/>
              </w:rPr>
              <w:t xml:space="preserve"> языках преимущественную силу имеет текст на </w:t>
            </w:r>
            <w:r w:rsidR="0010106F" w:rsidRPr="004D03D1">
              <w:rPr>
                <w:sz w:val="20"/>
                <w:szCs w:val="20"/>
              </w:rPr>
              <w:t>русском</w:t>
            </w:r>
            <w:r w:rsidR="000D18C4" w:rsidRPr="004D03D1">
              <w:rPr>
                <w:sz w:val="20"/>
                <w:szCs w:val="20"/>
              </w:rPr>
              <w:t xml:space="preserve"> языке.</w:t>
            </w:r>
          </w:p>
          <w:p w:rsidR="000E7B7A" w:rsidRPr="000D18C4" w:rsidRDefault="000E7B7A" w:rsidP="00B724DC">
            <w:pPr>
              <w:spacing w:after="60"/>
              <w:jc w:val="both"/>
              <w:rPr>
                <w:sz w:val="20"/>
                <w:szCs w:val="20"/>
              </w:rPr>
            </w:pPr>
          </w:p>
          <w:p w:rsidR="000D18C4" w:rsidRPr="000D18C4" w:rsidRDefault="00EB12F4" w:rsidP="00B724DC">
            <w:pPr>
              <w:spacing w:after="60"/>
              <w:jc w:val="both"/>
              <w:rPr>
                <w:sz w:val="20"/>
                <w:szCs w:val="20"/>
              </w:rPr>
            </w:pPr>
            <w:r w:rsidRPr="00EB12F4">
              <w:rPr>
                <w:b/>
                <w:sz w:val="20"/>
                <w:szCs w:val="20"/>
              </w:rPr>
              <w:t>4</w:t>
            </w:r>
            <w:r w:rsidR="000D18C4" w:rsidRPr="000D18C4">
              <w:rPr>
                <w:b/>
                <w:sz w:val="20"/>
                <w:szCs w:val="20"/>
              </w:rPr>
              <w:t>. Срок действия соглашения</w:t>
            </w:r>
          </w:p>
          <w:p w:rsidR="000D18C4" w:rsidRPr="004D03D1" w:rsidRDefault="00EB12F4" w:rsidP="00EB12F4">
            <w:pPr>
              <w:jc w:val="both"/>
              <w:rPr>
                <w:sz w:val="20"/>
                <w:szCs w:val="20"/>
              </w:rPr>
            </w:pPr>
            <w:r w:rsidRPr="004D03D1">
              <w:rPr>
                <w:sz w:val="20"/>
                <w:szCs w:val="20"/>
              </w:rPr>
              <w:t>4</w:t>
            </w:r>
            <w:r w:rsidR="000D18C4" w:rsidRPr="004D03D1">
              <w:rPr>
                <w:sz w:val="20"/>
                <w:szCs w:val="20"/>
              </w:rPr>
              <w:t xml:space="preserve">.1. Соглашение вступает в силу с даты его подписания и действует </w:t>
            </w:r>
            <w:r w:rsidR="002E212B" w:rsidRPr="004D03D1">
              <w:rPr>
                <w:sz w:val="20"/>
                <w:szCs w:val="20"/>
              </w:rPr>
              <w:t>до 31.12.2026 года</w:t>
            </w:r>
            <w:r w:rsidR="000D18C4" w:rsidRPr="004D03D1">
              <w:rPr>
                <w:sz w:val="20"/>
                <w:szCs w:val="20"/>
              </w:rPr>
              <w:t>.</w:t>
            </w:r>
          </w:p>
          <w:p w:rsidR="000D18C4" w:rsidRPr="004D03D1" w:rsidRDefault="00EB12F4" w:rsidP="00EB12F4">
            <w:pPr>
              <w:jc w:val="both"/>
              <w:rPr>
                <w:sz w:val="20"/>
                <w:szCs w:val="20"/>
              </w:rPr>
            </w:pPr>
            <w:r w:rsidRPr="004D03D1">
              <w:rPr>
                <w:sz w:val="20"/>
                <w:szCs w:val="20"/>
              </w:rPr>
              <w:t>4</w:t>
            </w:r>
            <w:r w:rsidR="000D18C4" w:rsidRPr="004D03D1">
              <w:rPr>
                <w:sz w:val="20"/>
                <w:szCs w:val="20"/>
              </w:rPr>
              <w:t>.</w:t>
            </w:r>
            <w:r w:rsidRPr="004D03D1">
              <w:rPr>
                <w:sz w:val="20"/>
                <w:szCs w:val="20"/>
              </w:rPr>
              <w:t>2</w:t>
            </w:r>
            <w:r w:rsidR="000D18C4" w:rsidRPr="004D03D1">
              <w:rPr>
                <w:sz w:val="20"/>
                <w:szCs w:val="20"/>
              </w:rPr>
              <w:t>. Любые дополнения или изменения к настоящему Соглашению могут быть внесены только по взаимному письменному согласию Сторон.</w:t>
            </w:r>
          </w:p>
          <w:p w:rsidR="00EB12F4" w:rsidRDefault="00EB12F4" w:rsidP="00B724DC">
            <w:pPr>
              <w:spacing w:after="60"/>
              <w:jc w:val="both"/>
              <w:rPr>
                <w:b/>
                <w:sz w:val="20"/>
                <w:szCs w:val="20"/>
              </w:rPr>
            </w:pPr>
          </w:p>
          <w:p w:rsidR="000D18C4" w:rsidRPr="000D18C4" w:rsidRDefault="00904252" w:rsidP="00B724DC">
            <w:pPr>
              <w:spacing w:after="60"/>
              <w:jc w:val="both"/>
              <w:rPr>
                <w:sz w:val="20"/>
                <w:szCs w:val="20"/>
              </w:rPr>
            </w:pPr>
            <w:r w:rsidRPr="00904252">
              <w:rPr>
                <w:b/>
                <w:sz w:val="20"/>
                <w:szCs w:val="20"/>
              </w:rPr>
              <w:t>5</w:t>
            </w:r>
            <w:r w:rsidR="000D18C4" w:rsidRPr="000D18C4">
              <w:rPr>
                <w:b/>
                <w:sz w:val="20"/>
                <w:szCs w:val="20"/>
              </w:rPr>
              <w:t>. Применимое право и разрешение споров</w:t>
            </w:r>
          </w:p>
          <w:p w:rsidR="000D18C4" w:rsidRDefault="00904252" w:rsidP="00B724DC">
            <w:pPr>
              <w:spacing w:after="60"/>
              <w:jc w:val="both"/>
              <w:rPr>
                <w:sz w:val="20"/>
                <w:szCs w:val="20"/>
              </w:rPr>
            </w:pPr>
            <w:r w:rsidRPr="00904252">
              <w:rPr>
                <w:sz w:val="20"/>
                <w:szCs w:val="20"/>
              </w:rPr>
              <w:t>5</w:t>
            </w:r>
            <w:r w:rsidR="000D18C4" w:rsidRPr="000D18C4">
              <w:rPr>
                <w:sz w:val="20"/>
                <w:szCs w:val="20"/>
              </w:rPr>
              <w:t>.1</w:t>
            </w:r>
            <w:r w:rsidR="000D18C4" w:rsidRPr="000D18C4">
              <w:rPr>
                <w:sz w:val="20"/>
                <w:szCs w:val="20"/>
              </w:rPr>
              <w:tab/>
            </w:r>
            <w:r w:rsidR="000D18C4" w:rsidRPr="004D03D1">
              <w:rPr>
                <w:sz w:val="20"/>
                <w:szCs w:val="20"/>
              </w:rPr>
              <w:t>Настоящее Соглашение регулируется законодательством Республики</w:t>
            </w:r>
            <w:r w:rsidR="002E212B" w:rsidRPr="004D03D1">
              <w:rPr>
                <w:sz w:val="20"/>
                <w:szCs w:val="20"/>
              </w:rPr>
              <w:t xml:space="preserve"> Узбекистан</w:t>
            </w:r>
            <w:r w:rsidR="000D18C4" w:rsidRPr="004D03D1">
              <w:rPr>
                <w:sz w:val="20"/>
                <w:szCs w:val="20"/>
              </w:rPr>
              <w:t xml:space="preserve">. </w:t>
            </w:r>
            <w:proofErr w:type="gramStart"/>
            <w:r w:rsidR="002E212B" w:rsidRPr="004D03D1">
              <w:rPr>
                <w:sz w:val="20"/>
                <w:szCs w:val="20"/>
              </w:rPr>
              <w:t>Л</w:t>
            </w:r>
            <w:r w:rsidR="000D18C4" w:rsidRPr="004D03D1">
              <w:rPr>
                <w:sz w:val="20"/>
                <w:szCs w:val="20"/>
              </w:rPr>
              <w:t>юбы</w:t>
            </w:r>
            <w:r w:rsidR="002E212B" w:rsidRPr="004D03D1">
              <w:rPr>
                <w:sz w:val="20"/>
                <w:szCs w:val="20"/>
              </w:rPr>
              <w:t>е</w:t>
            </w:r>
            <w:r w:rsidR="000D18C4" w:rsidRPr="004D03D1">
              <w:rPr>
                <w:sz w:val="20"/>
                <w:szCs w:val="20"/>
              </w:rPr>
              <w:t xml:space="preserve"> </w:t>
            </w:r>
            <w:r w:rsidR="004638E2" w:rsidRPr="004D03D1">
              <w:rPr>
                <w:sz w:val="20"/>
                <w:szCs w:val="20"/>
              </w:rPr>
              <w:t>разногласия</w:t>
            </w:r>
            <w:proofErr w:type="gramEnd"/>
            <w:r w:rsidR="000D18C4" w:rsidRPr="004D03D1">
              <w:rPr>
                <w:sz w:val="20"/>
                <w:szCs w:val="20"/>
              </w:rPr>
              <w:t xml:space="preserve"> возникающи</w:t>
            </w:r>
            <w:r w:rsidR="002E212B" w:rsidRPr="004D03D1">
              <w:rPr>
                <w:sz w:val="20"/>
                <w:szCs w:val="20"/>
              </w:rPr>
              <w:t>е</w:t>
            </w:r>
            <w:r w:rsidR="000D18C4" w:rsidRPr="004D03D1">
              <w:rPr>
                <w:sz w:val="20"/>
                <w:szCs w:val="20"/>
              </w:rPr>
              <w:t xml:space="preserve"> из настоящего Соглашения </w:t>
            </w:r>
            <w:r w:rsidR="000D18C4" w:rsidRPr="004D03D1">
              <w:rPr>
                <w:sz w:val="20"/>
                <w:szCs w:val="20"/>
              </w:rPr>
              <w:lastRenderedPageBreak/>
              <w:t>или в связи с ним</w:t>
            </w:r>
            <w:r w:rsidR="002E212B" w:rsidRPr="004D03D1">
              <w:rPr>
                <w:sz w:val="20"/>
                <w:szCs w:val="20"/>
              </w:rPr>
              <w:t xml:space="preserve"> будут</w:t>
            </w:r>
            <w:r w:rsidR="004638E2" w:rsidRPr="004D03D1">
              <w:rPr>
                <w:sz w:val="20"/>
                <w:szCs w:val="20"/>
              </w:rPr>
              <w:t xml:space="preserve"> разрешаться путем переговоров. В случае невозможности разрешения спора мирным путем, стороны вправе обратиться в</w:t>
            </w:r>
            <w:r w:rsidR="00D236DE" w:rsidRPr="004D03D1">
              <w:rPr>
                <w:sz w:val="20"/>
                <w:szCs w:val="20"/>
              </w:rPr>
              <w:t xml:space="preserve"> уполномоченный</w:t>
            </w:r>
            <w:r w:rsidR="004638E2" w:rsidRPr="004D03D1">
              <w:rPr>
                <w:sz w:val="20"/>
                <w:szCs w:val="20"/>
              </w:rPr>
              <w:t xml:space="preserve"> суд по ме</w:t>
            </w:r>
            <w:r w:rsidR="00D236DE" w:rsidRPr="004D03D1">
              <w:rPr>
                <w:sz w:val="20"/>
                <w:szCs w:val="20"/>
              </w:rPr>
              <w:t>сту нахождения ответчика.</w:t>
            </w:r>
            <w:r w:rsidR="00AB0271" w:rsidRPr="004D03D1">
              <w:rPr>
                <w:sz w:val="20"/>
                <w:szCs w:val="20"/>
              </w:rPr>
              <w:t xml:space="preserve"> В суде применяется право Республики Узбекистан.</w:t>
            </w:r>
            <w:r w:rsidR="000D18C4" w:rsidRPr="000D18C4">
              <w:rPr>
                <w:sz w:val="20"/>
                <w:szCs w:val="20"/>
              </w:rPr>
              <w:t xml:space="preserve"> </w:t>
            </w:r>
          </w:p>
          <w:p w:rsidR="00904252" w:rsidRDefault="00904252" w:rsidP="00B724DC">
            <w:pPr>
              <w:jc w:val="both"/>
              <w:rPr>
                <w:b/>
                <w:sz w:val="20"/>
                <w:szCs w:val="20"/>
              </w:rPr>
            </w:pPr>
          </w:p>
          <w:p w:rsidR="000D18C4" w:rsidRPr="00B724DC" w:rsidRDefault="000D18C4" w:rsidP="00B724DC">
            <w:pPr>
              <w:jc w:val="both"/>
              <w:rPr>
                <w:b/>
                <w:sz w:val="20"/>
                <w:szCs w:val="20"/>
              </w:rPr>
            </w:pPr>
            <w:r w:rsidRPr="00B724DC">
              <w:rPr>
                <w:b/>
                <w:sz w:val="20"/>
                <w:szCs w:val="20"/>
              </w:rPr>
              <w:t xml:space="preserve">РАЗДЕЛ </w:t>
            </w:r>
            <w:r w:rsidRPr="000D18C4">
              <w:rPr>
                <w:b/>
                <w:sz w:val="20"/>
                <w:szCs w:val="20"/>
              </w:rPr>
              <w:t>II</w:t>
            </w:r>
          </w:p>
          <w:p w:rsidR="000D18C4" w:rsidRPr="00B724DC" w:rsidRDefault="000D18C4" w:rsidP="00B724DC">
            <w:pPr>
              <w:jc w:val="both"/>
              <w:rPr>
                <w:b/>
                <w:sz w:val="20"/>
                <w:szCs w:val="20"/>
              </w:rPr>
            </w:pPr>
            <w:r w:rsidRPr="00B724DC">
              <w:rPr>
                <w:b/>
                <w:sz w:val="20"/>
                <w:szCs w:val="20"/>
              </w:rPr>
              <w:t>ОБЩИЕ УСЛОВИЯ ОКАЗАНИЯ УСЛУГ</w:t>
            </w:r>
          </w:p>
          <w:p w:rsidR="00904252" w:rsidRDefault="00904252" w:rsidP="00B724DC">
            <w:pPr>
              <w:spacing w:after="60"/>
              <w:jc w:val="both"/>
              <w:rPr>
                <w:b/>
                <w:sz w:val="20"/>
                <w:szCs w:val="20"/>
              </w:rPr>
            </w:pPr>
          </w:p>
          <w:p w:rsidR="000D18C4" w:rsidRPr="004D03D1" w:rsidRDefault="000D18C4" w:rsidP="00B724DC">
            <w:pPr>
              <w:spacing w:after="60"/>
              <w:jc w:val="both"/>
              <w:rPr>
                <w:sz w:val="20"/>
                <w:szCs w:val="20"/>
              </w:rPr>
            </w:pPr>
            <w:r w:rsidRPr="004D03D1">
              <w:rPr>
                <w:sz w:val="20"/>
                <w:szCs w:val="20"/>
              </w:rPr>
              <w:t>1. Т</w:t>
            </w:r>
            <w:r w:rsidR="00A674A8" w:rsidRPr="004D03D1">
              <w:rPr>
                <w:sz w:val="20"/>
                <w:szCs w:val="20"/>
              </w:rPr>
              <w:t>олкование</w:t>
            </w:r>
          </w:p>
          <w:p w:rsidR="00D2145C" w:rsidRDefault="000D18C4" w:rsidP="00B724DC">
            <w:pPr>
              <w:spacing w:after="60"/>
              <w:jc w:val="both"/>
              <w:rPr>
                <w:sz w:val="20"/>
                <w:szCs w:val="20"/>
              </w:rPr>
            </w:pPr>
            <w:r w:rsidRPr="004D03D1">
              <w:rPr>
                <w:sz w:val="20"/>
                <w:szCs w:val="20"/>
              </w:rPr>
              <w:t>1.1 В настоящем Соглашении следующие слова и выражения имеют следующие значения, если контекст не требует иного:</w:t>
            </w:r>
          </w:p>
          <w:p w:rsidR="000D18C4" w:rsidRPr="004D03D1" w:rsidRDefault="000D18C4" w:rsidP="00B724DC">
            <w:pPr>
              <w:spacing w:after="60"/>
              <w:jc w:val="both"/>
              <w:rPr>
                <w:sz w:val="20"/>
                <w:szCs w:val="20"/>
              </w:rPr>
            </w:pPr>
            <w:r w:rsidRPr="004D03D1">
              <w:rPr>
                <w:sz w:val="20"/>
                <w:szCs w:val="20"/>
              </w:rPr>
              <w:t>(a) «Соглашение» означает настоящее соглашение, заключенное между Заказчиком</w:t>
            </w:r>
            <w:r w:rsidR="00BF2B95" w:rsidRPr="004D03D1">
              <w:rPr>
                <w:sz w:val="20"/>
                <w:szCs w:val="20"/>
              </w:rPr>
              <w:t xml:space="preserve"> и Исполнителем</w:t>
            </w:r>
            <w:r w:rsidRPr="004D03D1">
              <w:rPr>
                <w:sz w:val="20"/>
                <w:szCs w:val="20"/>
              </w:rPr>
              <w:t>;</w:t>
            </w:r>
            <w:r w:rsidR="003048F2" w:rsidRPr="004D03D1">
              <w:rPr>
                <w:sz w:val="20"/>
                <w:szCs w:val="20"/>
              </w:rPr>
              <w:t xml:space="preserve"> Слова «Соглашение» и «Договор» равнозначны;</w:t>
            </w:r>
          </w:p>
          <w:p w:rsidR="000D18C4" w:rsidRPr="004D03D1" w:rsidRDefault="000D18C4" w:rsidP="00B724DC">
            <w:pPr>
              <w:spacing w:after="60"/>
              <w:jc w:val="both"/>
              <w:rPr>
                <w:sz w:val="20"/>
                <w:szCs w:val="20"/>
              </w:rPr>
            </w:pPr>
            <w:r w:rsidRPr="004D03D1">
              <w:rPr>
                <w:sz w:val="20"/>
                <w:szCs w:val="20"/>
              </w:rPr>
              <w:t>(b) «Плата» имеет значение, указанное в пункте 5.1;</w:t>
            </w:r>
          </w:p>
          <w:p w:rsidR="000D18C4" w:rsidRPr="00FE0F48" w:rsidRDefault="000D18C4" w:rsidP="00B724DC">
            <w:pPr>
              <w:spacing w:after="60"/>
              <w:jc w:val="both"/>
              <w:rPr>
                <w:sz w:val="20"/>
                <w:szCs w:val="20"/>
                <w:highlight w:val="yellow"/>
              </w:rPr>
            </w:pPr>
            <w:r w:rsidRPr="004D03D1">
              <w:rPr>
                <w:sz w:val="20"/>
                <w:szCs w:val="20"/>
              </w:rPr>
              <w:t>(c) «Конфиденциальная информация» означает всю информацию, представленную в любой форме или любым способом, которая: (a) раскрывается в соответствии с настоящим Соглашением или в ходе оказания Услуг в соответствии с ним; и (b) (i) раскрывается в письменной, электронной, визуальной, устной или иной форме и на момент такого раскрытия помечена, заверена печатью или иным образом обозначена раскрывающей стороной как конфиденциальная; и/или (ii) представляет собой информацию, независимо от способа ее раскрытия, которая может обоснованно рассматриваться получающей стороной как конфиденциальная.</w:t>
            </w:r>
          </w:p>
          <w:p w:rsidR="000D18C4" w:rsidRPr="004D03D1" w:rsidRDefault="000D18C4" w:rsidP="00B724DC">
            <w:pPr>
              <w:spacing w:after="60"/>
              <w:jc w:val="both"/>
              <w:rPr>
                <w:sz w:val="20"/>
                <w:szCs w:val="20"/>
              </w:rPr>
            </w:pPr>
            <w:r w:rsidRPr="004D03D1">
              <w:rPr>
                <w:sz w:val="20"/>
                <w:szCs w:val="20"/>
              </w:rPr>
              <w:t>(</w:t>
            </w:r>
            <w:r w:rsidR="00D2145C" w:rsidRPr="004D03D1">
              <w:rPr>
                <w:sz w:val="20"/>
                <w:szCs w:val="20"/>
              </w:rPr>
              <w:t>d</w:t>
            </w:r>
            <w:r w:rsidRPr="004D03D1">
              <w:rPr>
                <w:sz w:val="20"/>
                <w:szCs w:val="20"/>
              </w:rPr>
              <w:t>) «Отчет(ы)» имеет значение, указанное в пункте 2.</w:t>
            </w:r>
            <w:r w:rsidR="00E01932" w:rsidRPr="00E01932">
              <w:rPr>
                <w:sz w:val="20"/>
                <w:szCs w:val="20"/>
              </w:rPr>
              <w:t>2</w:t>
            </w:r>
            <w:r w:rsidRPr="004D03D1">
              <w:rPr>
                <w:sz w:val="20"/>
                <w:szCs w:val="20"/>
              </w:rPr>
              <w:t xml:space="preserve"> ниже;</w:t>
            </w:r>
          </w:p>
          <w:p w:rsidR="004D03D1" w:rsidRPr="005E6B00" w:rsidRDefault="000D18C4" w:rsidP="00B724DC">
            <w:pPr>
              <w:spacing w:after="60"/>
              <w:jc w:val="both"/>
              <w:rPr>
                <w:sz w:val="20"/>
                <w:szCs w:val="20"/>
              </w:rPr>
            </w:pPr>
            <w:r w:rsidRPr="004D03D1">
              <w:rPr>
                <w:sz w:val="20"/>
                <w:szCs w:val="20"/>
              </w:rPr>
              <w:t>1.2 Заголовки в настоящем Соглашении не влияют на его толкование.</w:t>
            </w:r>
          </w:p>
          <w:p w:rsidR="000D18C4" w:rsidRPr="000D18C4" w:rsidRDefault="000D18C4" w:rsidP="00B724DC">
            <w:pPr>
              <w:spacing w:after="60"/>
              <w:jc w:val="both"/>
              <w:rPr>
                <w:sz w:val="20"/>
                <w:szCs w:val="20"/>
              </w:rPr>
            </w:pPr>
            <w:r w:rsidRPr="000D18C4">
              <w:rPr>
                <w:b/>
                <w:sz w:val="20"/>
                <w:szCs w:val="20"/>
              </w:rPr>
              <w:t xml:space="preserve">2. </w:t>
            </w:r>
            <w:r w:rsidR="00A674A8">
              <w:rPr>
                <w:b/>
                <w:sz w:val="20"/>
                <w:szCs w:val="20"/>
              </w:rPr>
              <w:t>У</w:t>
            </w:r>
            <w:r w:rsidR="00A674A8" w:rsidRPr="000D18C4">
              <w:rPr>
                <w:b/>
                <w:sz w:val="20"/>
                <w:szCs w:val="20"/>
              </w:rPr>
              <w:t>слуги</w:t>
            </w:r>
          </w:p>
          <w:p w:rsidR="000D18C4" w:rsidRPr="004D03D1" w:rsidRDefault="000D18C4" w:rsidP="00B724DC">
            <w:pPr>
              <w:spacing w:after="60"/>
              <w:jc w:val="both"/>
              <w:rPr>
                <w:sz w:val="20"/>
                <w:szCs w:val="20"/>
              </w:rPr>
            </w:pPr>
            <w:r w:rsidRPr="004D03D1">
              <w:rPr>
                <w:sz w:val="20"/>
                <w:szCs w:val="20"/>
              </w:rPr>
              <w:t xml:space="preserve">2.1 </w:t>
            </w:r>
            <w:r w:rsidR="00BF2B95" w:rsidRPr="004D03D1">
              <w:rPr>
                <w:sz w:val="20"/>
                <w:szCs w:val="20"/>
              </w:rPr>
              <w:t>Исполнитель</w:t>
            </w:r>
            <w:r w:rsidRPr="004D03D1">
              <w:rPr>
                <w:sz w:val="20"/>
                <w:szCs w:val="20"/>
              </w:rPr>
              <w:t xml:space="preserve"> обязуется оказывать Услуги Заказчику в соответствии с условиями настоящего Соглашения</w:t>
            </w:r>
            <w:r w:rsidR="00BF2B95" w:rsidRPr="004D03D1">
              <w:rPr>
                <w:sz w:val="20"/>
                <w:szCs w:val="20"/>
              </w:rPr>
              <w:t xml:space="preserve"> и техническим заданием Заказчика</w:t>
            </w:r>
            <w:r w:rsidRPr="004D03D1">
              <w:rPr>
                <w:sz w:val="20"/>
                <w:szCs w:val="20"/>
              </w:rPr>
              <w:t>.</w:t>
            </w:r>
          </w:p>
          <w:p w:rsidR="000D18C4" w:rsidRPr="000D18C4" w:rsidRDefault="000D18C4" w:rsidP="00B724DC">
            <w:pPr>
              <w:spacing w:after="60"/>
              <w:jc w:val="both"/>
              <w:rPr>
                <w:sz w:val="20"/>
                <w:szCs w:val="20"/>
              </w:rPr>
            </w:pPr>
            <w:r w:rsidRPr="004D03D1">
              <w:rPr>
                <w:sz w:val="20"/>
                <w:szCs w:val="20"/>
              </w:rPr>
              <w:t>2.</w:t>
            </w:r>
            <w:r w:rsidR="00FE0F48" w:rsidRPr="004D03D1">
              <w:rPr>
                <w:sz w:val="20"/>
                <w:szCs w:val="20"/>
              </w:rPr>
              <w:t>2</w:t>
            </w:r>
            <w:r w:rsidRPr="004D03D1">
              <w:rPr>
                <w:sz w:val="20"/>
                <w:szCs w:val="20"/>
              </w:rPr>
              <w:t xml:space="preserve"> Услуги, предоставляемые </w:t>
            </w:r>
            <w:r w:rsidR="00BF2B95" w:rsidRPr="004D03D1">
              <w:rPr>
                <w:sz w:val="20"/>
                <w:szCs w:val="20"/>
              </w:rPr>
              <w:t>Исполнителем</w:t>
            </w:r>
            <w:r w:rsidRPr="004D03D1">
              <w:rPr>
                <w:sz w:val="20"/>
                <w:szCs w:val="20"/>
              </w:rPr>
              <w:t xml:space="preserve"> в соответствии с настоящим Соглашением, а также любые лабораторные данные, расчеты, измерения, оценки, заметки, сертификаты и другие материалы, подготовленные</w:t>
            </w:r>
            <w:r w:rsidR="00BF2B95" w:rsidRPr="004D03D1">
              <w:rPr>
                <w:sz w:val="20"/>
                <w:szCs w:val="20"/>
              </w:rPr>
              <w:t xml:space="preserve"> Исполнителем</w:t>
            </w:r>
            <w:r w:rsidRPr="004D03D1">
              <w:rPr>
                <w:sz w:val="20"/>
                <w:szCs w:val="20"/>
              </w:rPr>
              <w:t xml:space="preserve"> в ходе оказания Услуг Заказчику, вместе с отчетами о ходе работ или любыми другими сообщениями в любой форме, описывающими результаты выполненных работ или оказанных услуг (далее — «Отчет(ы)»), предназначены исключительно для использования и в интересах Заказчика.</w:t>
            </w:r>
          </w:p>
          <w:p w:rsidR="000D18C4" w:rsidRDefault="000D18C4" w:rsidP="00B724DC">
            <w:pPr>
              <w:spacing w:after="60"/>
              <w:jc w:val="both"/>
              <w:rPr>
                <w:strike/>
                <w:color w:val="FF0000"/>
                <w:sz w:val="20"/>
                <w:szCs w:val="20"/>
              </w:rPr>
            </w:pPr>
          </w:p>
          <w:p w:rsidR="000D18C4" w:rsidRPr="000D18C4" w:rsidRDefault="000D18C4" w:rsidP="00B724DC">
            <w:pPr>
              <w:spacing w:after="60"/>
              <w:jc w:val="both"/>
              <w:rPr>
                <w:sz w:val="20"/>
                <w:szCs w:val="20"/>
              </w:rPr>
            </w:pPr>
            <w:r w:rsidRPr="000D18C4">
              <w:rPr>
                <w:b/>
                <w:sz w:val="20"/>
                <w:szCs w:val="20"/>
              </w:rPr>
              <w:t xml:space="preserve">3. </w:t>
            </w:r>
            <w:r w:rsidRPr="004D03D1">
              <w:rPr>
                <w:b/>
                <w:bCs/>
                <w:sz w:val="20"/>
                <w:szCs w:val="20"/>
              </w:rPr>
              <w:t xml:space="preserve">ГАРАНТИИ </w:t>
            </w:r>
            <w:r w:rsidR="009D219F" w:rsidRPr="004D03D1">
              <w:rPr>
                <w:b/>
                <w:bCs/>
                <w:sz w:val="20"/>
                <w:szCs w:val="20"/>
              </w:rPr>
              <w:t>И ОБЯЗАТЕЛЬСТВА ИСПОЛНИТЕЛЯ</w:t>
            </w:r>
          </w:p>
          <w:p w:rsidR="000D18C4" w:rsidRPr="000D18C4" w:rsidRDefault="000D18C4" w:rsidP="00B724DC">
            <w:pPr>
              <w:spacing w:after="60"/>
              <w:jc w:val="both"/>
              <w:rPr>
                <w:sz w:val="20"/>
                <w:szCs w:val="20"/>
              </w:rPr>
            </w:pPr>
            <w:proofErr w:type="gramStart"/>
            <w:r w:rsidRPr="000D18C4">
              <w:rPr>
                <w:sz w:val="20"/>
                <w:szCs w:val="20"/>
              </w:rPr>
              <w:t xml:space="preserve">3.1 </w:t>
            </w:r>
            <w:r w:rsidRPr="00394D87">
              <w:rPr>
                <w:color w:val="FF0000"/>
                <w:sz w:val="20"/>
                <w:szCs w:val="20"/>
              </w:rPr>
              <w:t xml:space="preserve"> </w:t>
            </w:r>
            <w:r w:rsidR="00394D87" w:rsidRPr="004D03D1">
              <w:rPr>
                <w:sz w:val="20"/>
                <w:szCs w:val="20"/>
              </w:rPr>
              <w:t>Исполнитель</w:t>
            </w:r>
            <w:proofErr w:type="gramEnd"/>
            <w:r w:rsidR="00394D87">
              <w:rPr>
                <w:sz w:val="20"/>
                <w:szCs w:val="20"/>
              </w:rPr>
              <w:t xml:space="preserve"> </w:t>
            </w:r>
            <w:r w:rsidRPr="000D18C4">
              <w:rPr>
                <w:sz w:val="20"/>
                <w:szCs w:val="20"/>
              </w:rPr>
              <w:t>гарантирует:</w:t>
            </w:r>
          </w:p>
          <w:p w:rsidR="000D18C4" w:rsidRPr="000D18C4" w:rsidRDefault="000D18C4" w:rsidP="00B724DC">
            <w:pPr>
              <w:spacing w:after="60"/>
              <w:jc w:val="both"/>
              <w:rPr>
                <w:sz w:val="20"/>
                <w:szCs w:val="20"/>
              </w:rPr>
            </w:pPr>
            <w:r w:rsidRPr="004D03D1">
              <w:rPr>
                <w:sz w:val="20"/>
                <w:szCs w:val="20"/>
              </w:rPr>
              <w:t xml:space="preserve">(a) что он обладает полномочиями и правом заключать настоящее Соглашение и что он будет соблюдать соответствующие законы и нормативные акты, </w:t>
            </w:r>
            <w:r w:rsidR="00394D87" w:rsidRPr="004D03D1">
              <w:rPr>
                <w:sz w:val="20"/>
                <w:szCs w:val="20"/>
              </w:rPr>
              <w:lastRenderedPageBreak/>
              <w:t xml:space="preserve">регулирующие отношения сторон в рамках </w:t>
            </w:r>
            <w:r w:rsidRPr="004D03D1">
              <w:rPr>
                <w:sz w:val="20"/>
                <w:szCs w:val="20"/>
              </w:rPr>
              <w:t>настоящего Соглашения;</w:t>
            </w:r>
          </w:p>
          <w:p w:rsidR="000D18C4" w:rsidRPr="000D18C4" w:rsidRDefault="000D18C4" w:rsidP="00B724DC">
            <w:pPr>
              <w:spacing w:after="60"/>
              <w:jc w:val="both"/>
              <w:rPr>
                <w:sz w:val="20"/>
                <w:szCs w:val="20"/>
              </w:rPr>
            </w:pPr>
            <w:r w:rsidRPr="000D18C4">
              <w:rPr>
                <w:sz w:val="20"/>
                <w:szCs w:val="20"/>
              </w:rPr>
              <w:t>(b) что Услуги будут оказываться с той степенью тщательности и профессионализма, которая обычно демонстрируется другими компаниями, предоставляющими аналогичные услуги в схожих обстоятельствах;</w:t>
            </w:r>
          </w:p>
          <w:p w:rsidR="00E01932" w:rsidRDefault="000D18C4" w:rsidP="00B724DC">
            <w:pPr>
              <w:spacing w:after="60"/>
              <w:jc w:val="both"/>
              <w:rPr>
                <w:sz w:val="20"/>
                <w:szCs w:val="20"/>
              </w:rPr>
            </w:pPr>
            <w:r w:rsidRPr="000D18C4">
              <w:rPr>
                <w:sz w:val="20"/>
                <w:szCs w:val="20"/>
              </w:rPr>
              <w:t xml:space="preserve">(c) что она примет разумные меры для обеспечения того, чтобы ее персонал, находясь на территории Заказчика, соблюдал все правила и нормы по охране труда и технике безопасности, а также иные разумные требования безопасности, о которых Заказчик уведомил </w:t>
            </w:r>
            <w:r w:rsidR="00B76900" w:rsidRPr="004D03D1">
              <w:rPr>
                <w:sz w:val="20"/>
                <w:szCs w:val="20"/>
              </w:rPr>
              <w:t>Исполнителя</w:t>
            </w:r>
            <w:r w:rsidR="00E01932">
              <w:rPr>
                <w:sz w:val="20"/>
                <w:szCs w:val="20"/>
                <w:lang w:val="uz-Cyrl-UZ"/>
              </w:rPr>
              <w:t>;</w:t>
            </w:r>
            <w:r w:rsidRPr="000D18C4">
              <w:rPr>
                <w:sz w:val="20"/>
                <w:szCs w:val="20"/>
              </w:rPr>
              <w:t xml:space="preserve"> </w:t>
            </w:r>
          </w:p>
          <w:p w:rsidR="000D18C4" w:rsidRPr="000D18C4" w:rsidRDefault="00B76900" w:rsidP="00B724DC">
            <w:pPr>
              <w:spacing w:after="60"/>
              <w:jc w:val="both"/>
              <w:rPr>
                <w:sz w:val="20"/>
                <w:szCs w:val="20"/>
              </w:rPr>
            </w:pPr>
            <w:r>
              <w:rPr>
                <w:sz w:val="20"/>
                <w:szCs w:val="20"/>
              </w:rPr>
              <w:t xml:space="preserve"> </w:t>
            </w:r>
            <w:r w:rsidRPr="004D03D1">
              <w:rPr>
                <w:sz w:val="20"/>
                <w:szCs w:val="20"/>
              </w:rPr>
              <w:t>(в случае оказания услуг (выполнения работ) на территории предприятия Заказчика)</w:t>
            </w:r>
            <w:r w:rsidR="000D18C4" w:rsidRPr="000D18C4">
              <w:rPr>
                <w:sz w:val="20"/>
                <w:szCs w:val="20"/>
              </w:rPr>
              <w:t>;</w:t>
            </w:r>
          </w:p>
          <w:p w:rsidR="000D18C4" w:rsidRPr="000D18C4" w:rsidRDefault="000D18C4" w:rsidP="00B724DC">
            <w:pPr>
              <w:spacing w:after="60"/>
              <w:jc w:val="both"/>
              <w:rPr>
                <w:sz w:val="20"/>
                <w:szCs w:val="20"/>
              </w:rPr>
            </w:pPr>
            <w:r w:rsidRPr="000D18C4">
              <w:rPr>
                <w:sz w:val="20"/>
                <w:szCs w:val="20"/>
              </w:rPr>
              <w:t xml:space="preserve">(d) что Отчеты, составленные в связи с Услугами, не будут нарушать какие-либо законные права (включая права интеллектуальной собственности) третьих лиц. </w:t>
            </w:r>
          </w:p>
          <w:p w:rsidR="000D18C4" w:rsidRPr="000D18C4" w:rsidRDefault="000D18C4" w:rsidP="00B724DC">
            <w:pPr>
              <w:spacing w:after="60"/>
              <w:jc w:val="both"/>
              <w:rPr>
                <w:sz w:val="20"/>
                <w:szCs w:val="20"/>
              </w:rPr>
            </w:pPr>
            <w:r w:rsidRPr="000D18C4">
              <w:rPr>
                <w:sz w:val="20"/>
                <w:szCs w:val="20"/>
              </w:rPr>
              <w:t xml:space="preserve">3.2 В случае нарушения гарантии, изложенной в пункте 3.1 (b), </w:t>
            </w:r>
            <w:r w:rsidR="00B76900" w:rsidRPr="004D03D1">
              <w:rPr>
                <w:sz w:val="20"/>
                <w:szCs w:val="20"/>
              </w:rPr>
              <w:t>Исполнитель</w:t>
            </w:r>
            <w:r w:rsidRPr="000D18C4">
              <w:rPr>
                <w:sz w:val="20"/>
                <w:szCs w:val="20"/>
              </w:rPr>
              <w:t xml:space="preserve"> обязуется за свой счет оказать услуги того же типа, что и первоначально, в том объеме, который может быть обоснованно необходим для устранения любого недостатка в выполнении обязательств </w:t>
            </w:r>
            <w:r w:rsidR="00B76900" w:rsidRPr="004D03D1">
              <w:rPr>
                <w:sz w:val="20"/>
                <w:szCs w:val="20"/>
              </w:rPr>
              <w:t>Исполнителем</w:t>
            </w:r>
            <w:r w:rsidRPr="000D18C4">
              <w:rPr>
                <w:sz w:val="20"/>
                <w:szCs w:val="20"/>
              </w:rPr>
              <w:t>.</w:t>
            </w:r>
          </w:p>
          <w:p w:rsidR="009D219F" w:rsidRPr="005E6B00" w:rsidRDefault="009D219F" w:rsidP="00B724DC">
            <w:pPr>
              <w:spacing w:after="60"/>
              <w:jc w:val="both"/>
              <w:rPr>
                <w:b/>
                <w:bCs/>
                <w:sz w:val="20"/>
                <w:szCs w:val="20"/>
              </w:rPr>
            </w:pPr>
            <w:r w:rsidRPr="005E6B00">
              <w:rPr>
                <w:b/>
                <w:bCs/>
                <w:sz w:val="20"/>
                <w:szCs w:val="20"/>
              </w:rPr>
              <w:t>Исполнитель обязан:</w:t>
            </w:r>
          </w:p>
          <w:p w:rsidR="009D219F" w:rsidRPr="004D03D1" w:rsidRDefault="009D219F" w:rsidP="00B724DC">
            <w:pPr>
              <w:spacing w:after="60"/>
              <w:jc w:val="both"/>
              <w:rPr>
                <w:sz w:val="20"/>
                <w:szCs w:val="20"/>
              </w:rPr>
            </w:pPr>
            <w:r w:rsidRPr="004D03D1">
              <w:rPr>
                <w:sz w:val="20"/>
                <w:szCs w:val="20"/>
              </w:rPr>
              <w:t>(a) Уведомить Заказчика о получении отправленных образцов мазута.</w:t>
            </w:r>
          </w:p>
          <w:p w:rsidR="009D219F" w:rsidRPr="004D03D1" w:rsidRDefault="009D219F" w:rsidP="00B724DC">
            <w:pPr>
              <w:spacing w:after="60"/>
              <w:jc w:val="both"/>
              <w:rPr>
                <w:sz w:val="20"/>
                <w:szCs w:val="20"/>
              </w:rPr>
            </w:pPr>
            <w:r w:rsidRPr="004D03D1">
              <w:rPr>
                <w:sz w:val="20"/>
                <w:szCs w:val="20"/>
              </w:rPr>
              <w:t xml:space="preserve">(б) оказать услуги, предусмотренные настоящим договором и сдать соответствующие отчеты и иную документацию Заказчику в срок не </w:t>
            </w:r>
            <w:proofErr w:type="spellStart"/>
            <w:r w:rsidRPr="004D03D1">
              <w:rPr>
                <w:sz w:val="20"/>
                <w:szCs w:val="20"/>
              </w:rPr>
              <w:t>привышающий</w:t>
            </w:r>
            <w:proofErr w:type="spellEnd"/>
            <w:r w:rsidRPr="004D03D1">
              <w:rPr>
                <w:sz w:val="20"/>
                <w:szCs w:val="20"/>
              </w:rPr>
              <w:t xml:space="preserve"> 60 календарных дней</w:t>
            </w:r>
            <w:r w:rsidR="00C055B2" w:rsidRPr="004D03D1">
              <w:rPr>
                <w:sz w:val="20"/>
                <w:szCs w:val="20"/>
              </w:rPr>
              <w:t xml:space="preserve"> со дня получения образцов.</w:t>
            </w:r>
            <w:r w:rsidRPr="004D03D1">
              <w:rPr>
                <w:sz w:val="20"/>
                <w:szCs w:val="20"/>
              </w:rPr>
              <w:t xml:space="preserve"> </w:t>
            </w:r>
          </w:p>
          <w:p w:rsidR="00DA2E2B" w:rsidRDefault="00DA2E2B" w:rsidP="00B724DC">
            <w:pPr>
              <w:spacing w:after="60"/>
              <w:jc w:val="both"/>
              <w:rPr>
                <w:b/>
                <w:sz w:val="20"/>
                <w:szCs w:val="20"/>
              </w:rPr>
            </w:pPr>
          </w:p>
          <w:p w:rsidR="000D18C4" w:rsidRPr="000D18C4" w:rsidRDefault="000D18C4" w:rsidP="00B724DC">
            <w:pPr>
              <w:spacing w:after="60"/>
              <w:jc w:val="both"/>
              <w:rPr>
                <w:sz w:val="20"/>
                <w:szCs w:val="20"/>
              </w:rPr>
            </w:pPr>
            <w:r w:rsidRPr="000D18C4">
              <w:rPr>
                <w:b/>
                <w:sz w:val="20"/>
                <w:szCs w:val="20"/>
              </w:rPr>
              <w:t>4. ГАРАНТИИ И ОБЯЗАТЕЛЬСТВА ЗАКАЗЧИКА</w:t>
            </w:r>
          </w:p>
          <w:p w:rsidR="000D18C4" w:rsidRPr="000D18C4" w:rsidRDefault="000D18C4" w:rsidP="00B724DC">
            <w:pPr>
              <w:spacing w:after="60"/>
              <w:jc w:val="both"/>
              <w:rPr>
                <w:sz w:val="20"/>
                <w:szCs w:val="20"/>
              </w:rPr>
            </w:pPr>
            <w:r w:rsidRPr="000D18C4">
              <w:rPr>
                <w:sz w:val="20"/>
                <w:szCs w:val="20"/>
              </w:rPr>
              <w:t>4.1 Заказчик заявляет и гарантирует:</w:t>
            </w:r>
          </w:p>
          <w:p w:rsidR="000D18C4" w:rsidRPr="000D18C4" w:rsidRDefault="000D18C4" w:rsidP="00B724DC">
            <w:pPr>
              <w:spacing w:after="60"/>
              <w:jc w:val="both"/>
              <w:rPr>
                <w:sz w:val="20"/>
                <w:szCs w:val="20"/>
              </w:rPr>
            </w:pPr>
            <w:r w:rsidRPr="000D18C4">
              <w:rPr>
                <w:sz w:val="20"/>
                <w:szCs w:val="20"/>
              </w:rPr>
              <w:t xml:space="preserve">(a) что он обладает полномочиями и правом заключать настоящее Соглашение </w:t>
            </w:r>
          </w:p>
          <w:p w:rsidR="000D18C4" w:rsidRPr="000D18C4" w:rsidRDefault="000D18C4" w:rsidP="00B724DC">
            <w:pPr>
              <w:spacing w:after="60"/>
              <w:jc w:val="both"/>
              <w:rPr>
                <w:sz w:val="20"/>
                <w:szCs w:val="20"/>
              </w:rPr>
            </w:pPr>
            <w:r w:rsidRPr="000D18C4">
              <w:rPr>
                <w:sz w:val="20"/>
                <w:szCs w:val="20"/>
              </w:rPr>
              <w:t>(</w:t>
            </w:r>
            <w:r w:rsidR="00FA4CE6">
              <w:rPr>
                <w:sz w:val="20"/>
                <w:szCs w:val="20"/>
                <w:lang w:val="en-US"/>
              </w:rPr>
              <w:t>b</w:t>
            </w:r>
            <w:r w:rsidRPr="000D18C4">
              <w:rPr>
                <w:sz w:val="20"/>
                <w:szCs w:val="20"/>
              </w:rPr>
              <w:t xml:space="preserve">) что образцы, предоставляемые Заказчиком </w:t>
            </w:r>
            <w:r w:rsidR="0083667A">
              <w:rPr>
                <w:sz w:val="20"/>
                <w:szCs w:val="20"/>
              </w:rPr>
              <w:t>Исполнителю</w:t>
            </w:r>
            <w:r w:rsidRPr="000D18C4">
              <w:rPr>
                <w:sz w:val="20"/>
                <w:szCs w:val="20"/>
              </w:rPr>
              <w:t xml:space="preserve">, будут отправлены </w:t>
            </w:r>
            <w:r w:rsidR="0083667A" w:rsidRPr="004D03D1">
              <w:rPr>
                <w:sz w:val="20"/>
                <w:szCs w:val="20"/>
              </w:rPr>
              <w:t>в адрес Исполнителя</w:t>
            </w:r>
            <w:r w:rsidR="0083667A">
              <w:rPr>
                <w:sz w:val="20"/>
                <w:szCs w:val="20"/>
              </w:rPr>
              <w:t xml:space="preserve"> </w:t>
            </w:r>
            <w:r w:rsidRPr="004D03D1">
              <w:rPr>
                <w:sz w:val="20"/>
                <w:szCs w:val="20"/>
              </w:rPr>
              <w:t>(</w:t>
            </w:r>
            <w:r w:rsidRPr="000D18C4">
              <w:rPr>
                <w:sz w:val="20"/>
                <w:szCs w:val="20"/>
              </w:rPr>
              <w:t>за счет Заказчика</w:t>
            </w:r>
            <w:r w:rsidRPr="004D03D1">
              <w:rPr>
                <w:sz w:val="20"/>
                <w:szCs w:val="20"/>
              </w:rPr>
              <w:t xml:space="preserve">) </w:t>
            </w:r>
          </w:p>
          <w:p w:rsidR="000D18C4" w:rsidRPr="000D18C4" w:rsidRDefault="000D18C4" w:rsidP="00B724DC">
            <w:pPr>
              <w:spacing w:after="60"/>
              <w:jc w:val="both"/>
              <w:rPr>
                <w:sz w:val="20"/>
                <w:szCs w:val="20"/>
              </w:rPr>
            </w:pPr>
            <w:r w:rsidRPr="000D18C4">
              <w:rPr>
                <w:sz w:val="20"/>
                <w:szCs w:val="20"/>
              </w:rPr>
              <w:t>4.</w:t>
            </w:r>
            <w:r w:rsidR="00FA4CE6" w:rsidRPr="00E01932">
              <w:rPr>
                <w:sz w:val="20"/>
                <w:szCs w:val="20"/>
              </w:rPr>
              <w:t>2</w:t>
            </w:r>
            <w:r w:rsidRPr="000D18C4">
              <w:rPr>
                <w:sz w:val="20"/>
                <w:szCs w:val="20"/>
              </w:rPr>
              <w:t xml:space="preserve"> Заказчик обязуется:</w:t>
            </w:r>
          </w:p>
          <w:p w:rsidR="000D18C4" w:rsidRPr="00C1292F" w:rsidRDefault="000D18C4" w:rsidP="00B724DC">
            <w:pPr>
              <w:spacing w:after="60"/>
              <w:jc w:val="both"/>
              <w:rPr>
                <w:sz w:val="20"/>
                <w:szCs w:val="20"/>
              </w:rPr>
            </w:pPr>
            <w:r w:rsidRPr="000D18C4">
              <w:rPr>
                <w:sz w:val="20"/>
                <w:szCs w:val="20"/>
              </w:rPr>
              <w:t xml:space="preserve">(a) сотрудничать с </w:t>
            </w:r>
            <w:r w:rsidR="0083667A" w:rsidRPr="004D03D1">
              <w:rPr>
                <w:sz w:val="20"/>
                <w:szCs w:val="20"/>
              </w:rPr>
              <w:t>Исполнителем</w:t>
            </w:r>
            <w:r w:rsidRPr="000D18C4">
              <w:rPr>
                <w:sz w:val="20"/>
                <w:szCs w:val="20"/>
              </w:rPr>
              <w:t xml:space="preserve"> по всем вопросам, связанным с Услугами, и назначить ответственное лицо по Услугам, которое будет должным образом уполномочено давать указания </w:t>
            </w:r>
            <w:r w:rsidR="00C1292F" w:rsidRPr="004D03D1">
              <w:rPr>
                <w:sz w:val="20"/>
                <w:szCs w:val="20"/>
              </w:rPr>
              <w:t>Исполнителю</w:t>
            </w:r>
            <w:r w:rsidRPr="000D18C4">
              <w:rPr>
                <w:sz w:val="20"/>
                <w:szCs w:val="20"/>
              </w:rPr>
              <w:t xml:space="preserve"> от имени </w:t>
            </w:r>
            <w:r w:rsidR="00C1292F" w:rsidRPr="004D03D1">
              <w:rPr>
                <w:sz w:val="20"/>
                <w:szCs w:val="20"/>
              </w:rPr>
              <w:t>Заказчика</w:t>
            </w:r>
            <w:r w:rsidRPr="000D18C4">
              <w:rPr>
                <w:sz w:val="20"/>
                <w:szCs w:val="20"/>
              </w:rPr>
              <w:t>;</w:t>
            </w:r>
          </w:p>
          <w:p w:rsidR="000D18C4" w:rsidRPr="000D18C4" w:rsidRDefault="000D18C4" w:rsidP="00B724DC">
            <w:pPr>
              <w:spacing w:after="60"/>
              <w:jc w:val="both"/>
              <w:rPr>
                <w:sz w:val="20"/>
                <w:szCs w:val="20"/>
              </w:rPr>
            </w:pPr>
            <w:r w:rsidRPr="000D18C4">
              <w:rPr>
                <w:sz w:val="20"/>
                <w:szCs w:val="20"/>
              </w:rPr>
              <w:t xml:space="preserve">(b) своевременно предоставлять </w:t>
            </w:r>
            <w:r w:rsidR="00C1292F" w:rsidRPr="004D03D1">
              <w:rPr>
                <w:sz w:val="20"/>
                <w:szCs w:val="20"/>
              </w:rPr>
              <w:t>Исполнителю</w:t>
            </w:r>
            <w:r w:rsidRPr="000D18C4">
              <w:rPr>
                <w:sz w:val="20"/>
                <w:szCs w:val="20"/>
              </w:rPr>
              <w:t xml:space="preserve"> (включая её агентов, субподрядчиков и сотрудников) за свой счёт все образцы, информацию, материалы или иную документацию, необходимые для оказания Услуг, в объёме, достаточном для того, чтобы </w:t>
            </w:r>
            <w:r w:rsidR="00C1292F" w:rsidRPr="004D03D1">
              <w:rPr>
                <w:sz w:val="20"/>
                <w:szCs w:val="20"/>
              </w:rPr>
              <w:t>Исполнитель</w:t>
            </w:r>
            <w:r w:rsidRPr="000D18C4">
              <w:rPr>
                <w:sz w:val="20"/>
                <w:szCs w:val="20"/>
              </w:rPr>
              <w:t xml:space="preserve"> мог оказать Услуги в соответствии с настоящим Соглашением. Заказчик признает, что любые предоставленные образцы могут быть повреждены или уничтожены в ходе испытаний в рамках необходимого процесса тестирования, и обязуется освободить </w:t>
            </w:r>
            <w:r w:rsidR="00C1292F" w:rsidRPr="004D03D1">
              <w:rPr>
                <w:sz w:val="20"/>
                <w:szCs w:val="20"/>
              </w:rPr>
              <w:lastRenderedPageBreak/>
              <w:t>исполнителя</w:t>
            </w:r>
            <w:r w:rsidRPr="000D18C4">
              <w:rPr>
                <w:sz w:val="20"/>
                <w:szCs w:val="20"/>
              </w:rPr>
              <w:t xml:space="preserve"> от ответственности за такие изменения, повреждения или уничтожение;</w:t>
            </w:r>
          </w:p>
          <w:p w:rsidR="000D18C4" w:rsidRPr="000D18C4" w:rsidRDefault="000D18C4" w:rsidP="00B724DC">
            <w:pPr>
              <w:spacing w:after="60"/>
              <w:jc w:val="both"/>
              <w:rPr>
                <w:sz w:val="20"/>
                <w:szCs w:val="20"/>
              </w:rPr>
            </w:pPr>
            <w:r w:rsidRPr="000D18C4">
              <w:rPr>
                <w:sz w:val="20"/>
                <w:szCs w:val="20"/>
              </w:rPr>
              <w:t>(</w:t>
            </w:r>
            <w:r w:rsidR="00FA4CE6">
              <w:rPr>
                <w:sz w:val="20"/>
                <w:szCs w:val="20"/>
                <w:lang w:val="en-US"/>
              </w:rPr>
              <w:t>c</w:t>
            </w:r>
            <w:r w:rsidRPr="000D18C4">
              <w:rPr>
                <w:sz w:val="20"/>
                <w:szCs w:val="20"/>
              </w:rPr>
              <w:t xml:space="preserve">) предоставить </w:t>
            </w:r>
            <w:r w:rsidR="002D5D67" w:rsidRPr="004D03D1">
              <w:rPr>
                <w:sz w:val="20"/>
                <w:szCs w:val="20"/>
              </w:rPr>
              <w:t>Исполнителю</w:t>
            </w:r>
            <w:r w:rsidRPr="000D18C4">
              <w:rPr>
                <w:sz w:val="20"/>
                <w:szCs w:val="20"/>
              </w:rPr>
              <w:t xml:space="preserve"> (включая ее агентов, субподрядчиков и сотрудников) доступ к своим помещениям в той мере, в какой это может быть обоснованно необходимо для оказания Услуг, а также к любым другим соответствующим помещениям, в которых должны оказываться Услуги</w:t>
            </w:r>
            <w:r w:rsidR="002D5D67">
              <w:rPr>
                <w:sz w:val="20"/>
                <w:szCs w:val="20"/>
              </w:rPr>
              <w:t xml:space="preserve"> </w:t>
            </w:r>
            <w:r w:rsidR="002D5D67" w:rsidRPr="004D03D1">
              <w:rPr>
                <w:sz w:val="20"/>
                <w:szCs w:val="20"/>
              </w:rPr>
              <w:t>(в случае оказания услуг на территории предприятия Заказчика)</w:t>
            </w:r>
            <w:r w:rsidRPr="000D18C4">
              <w:rPr>
                <w:sz w:val="20"/>
                <w:szCs w:val="20"/>
              </w:rPr>
              <w:t>;</w:t>
            </w:r>
          </w:p>
          <w:p w:rsidR="000D18C4" w:rsidRDefault="000D18C4" w:rsidP="00B724DC">
            <w:pPr>
              <w:spacing w:after="60"/>
              <w:jc w:val="both"/>
              <w:rPr>
                <w:sz w:val="20"/>
                <w:szCs w:val="20"/>
              </w:rPr>
            </w:pPr>
            <w:r w:rsidRPr="000D18C4">
              <w:rPr>
                <w:sz w:val="20"/>
                <w:szCs w:val="20"/>
              </w:rPr>
              <w:t>(</w:t>
            </w:r>
            <w:r w:rsidR="00FA4CE6" w:rsidRPr="004D03D1">
              <w:rPr>
                <w:sz w:val="20"/>
                <w:szCs w:val="20"/>
              </w:rPr>
              <w:t>d</w:t>
            </w:r>
            <w:r w:rsidRPr="000D18C4">
              <w:rPr>
                <w:sz w:val="20"/>
                <w:szCs w:val="20"/>
              </w:rPr>
              <w:t xml:space="preserve">) до прибытия представителей </w:t>
            </w:r>
            <w:r w:rsidR="00B76900" w:rsidRPr="004D03D1">
              <w:rPr>
                <w:sz w:val="20"/>
                <w:szCs w:val="20"/>
              </w:rPr>
              <w:t>Исполнителя</w:t>
            </w:r>
            <w:r w:rsidRPr="000D18C4">
              <w:rPr>
                <w:sz w:val="20"/>
                <w:szCs w:val="20"/>
              </w:rPr>
              <w:t xml:space="preserve"> на любые помещения для оказания Услуг информировать </w:t>
            </w:r>
            <w:r w:rsidR="00B76900">
              <w:rPr>
                <w:sz w:val="20"/>
                <w:szCs w:val="20"/>
              </w:rPr>
              <w:t>его</w:t>
            </w:r>
            <w:r w:rsidRPr="000D18C4">
              <w:rPr>
                <w:sz w:val="20"/>
                <w:szCs w:val="20"/>
              </w:rPr>
              <w:t xml:space="preserve"> обо всех применимых правилах и нормах в области охраны труда и техники безопасности, а также о других разумных требованиях безопасности, которые могут действовать в любых соответствующих помещениях, в которых должны оказываться Услуги;</w:t>
            </w:r>
          </w:p>
          <w:p w:rsidR="00852331" w:rsidRDefault="00852331" w:rsidP="00B724DC">
            <w:pPr>
              <w:spacing w:after="60"/>
              <w:jc w:val="both"/>
              <w:rPr>
                <w:sz w:val="20"/>
                <w:szCs w:val="20"/>
              </w:rPr>
            </w:pPr>
            <w:r w:rsidRPr="000D18C4">
              <w:rPr>
                <w:sz w:val="20"/>
                <w:szCs w:val="20"/>
              </w:rPr>
              <w:t xml:space="preserve"> </w:t>
            </w:r>
            <w:r w:rsidR="000D18C4" w:rsidRPr="000D18C4">
              <w:rPr>
                <w:sz w:val="20"/>
                <w:szCs w:val="20"/>
              </w:rPr>
              <w:t>(</w:t>
            </w:r>
            <w:r w:rsidR="00FA4CE6">
              <w:rPr>
                <w:sz w:val="20"/>
                <w:szCs w:val="20"/>
                <w:lang w:val="en-US"/>
              </w:rPr>
              <w:t>e</w:t>
            </w:r>
            <w:r w:rsidR="000D18C4" w:rsidRPr="000D18C4">
              <w:rPr>
                <w:sz w:val="20"/>
                <w:szCs w:val="20"/>
              </w:rPr>
              <w:t>) получить и поддерживать в силе все необходимые лицензии и разрешения в целях соблюдения соответствующего законодательства и нормативных актов, касающихся Услуг;</w:t>
            </w:r>
          </w:p>
          <w:p w:rsidR="000D18C4" w:rsidRPr="000D18C4" w:rsidRDefault="000D18C4" w:rsidP="00B724DC">
            <w:pPr>
              <w:spacing w:after="60"/>
              <w:jc w:val="both"/>
              <w:rPr>
                <w:sz w:val="20"/>
                <w:szCs w:val="20"/>
              </w:rPr>
            </w:pPr>
            <w:r w:rsidRPr="000D18C4">
              <w:rPr>
                <w:b/>
                <w:sz w:val="20"/>
                <w:szCs w:val="20"/>
              </w:rPr>
              <w:t xml:space="preserve">5. </w:t>
            </w:r>
            <w:r w:rsidR="00934D41" w:rsidRPr="004D03D1">
              <w:rPr>
                <w:b/>
                <w:sz w:val="20"/>
                <w:szCs w:val="20"/>
              </w:rPr>
              <w:t>ПОРЯДОК</w:t>
            </w:r>
            <w:r w:rsidRPr="000D18C4">
              <w:rPr>
                <w:b/>
                <w:sz w:val="20"/>
                <w:szCs w:val="20"/>
              </w:rPr>
              <w:t xml:space="preserve"> ВЫСТАВЛЕНИ</w:t>
            </w:r>
            <w:r w:rsidR="00934D41">
              <w:rPr>
                <w:b/>
                <w:sz w:val="20"/>
                <w:szCs w:val="20"/>
              </w:rPr>
              <w:t>Я</w:t>
            </w:r>
            <w:r w:rsidRPr="000D18C4">
              <w:rPr>
                <w:b/>
                <w:sz w:val="20"/>
                <w:szCs w:val="20"/>
              </w:rPr>
              <w:t xml:space="preserve"> СЧЕТОВ И ОПЛАТ</w:t>
            </w:r>
            <w:r w:rsidR="00934D41">
              <w:rPr>
                <w:b/>
                <w:sz w:val="20"/>
                <w:szCs w:val="20"/>
              </w:rPr>
              <w:t>Ы</w:t>
            </w:r>
          </w:p>
          <w:p w:rsidR="000D18C4" w:rsidRPr="000D18C4" w:rsidRDefault="000D18C4" w:rsidP="00B724DC">
            <w:pPr>
              <w:spacing w:after="60"/>
              <w:jc w:val="both"/>
              <w:rPr>
                <w:sz w:val="20"/>
                <w:szCs w:val="20"/>
              </w:rPr>
            </w:pPr>
            <w:r w:rsidRPr="000D18C4">
              <w:rPr>
                <w:sz w:val="20"/>
                <w:szCs w:val="20"/>
              </w:rPr>
              <w:t xml:space="preserve">5.1 Заказчик обязуется уплатить </w:t>
            </w:r>
            <w:r w:rsidR="00BF2B95" w:rsidRPr="004D03D1">
              <w:rPr>
                <w:sz w:val="20"/>
                <w:szCs w:val="20"/>
              </w:rPr>
              <w:t>Исполнителю</w:t>
            </w:r>
            <w:r w:rsidRPr="000D18C4">
              <w:rPr>
                <w:sz w:val="20"/>
                <w:szCs w:val="20"/>
              </w:rPr>
              <w:t xml:space="preserve"> вознаграждение</w:t>
            </w:r>
            <w:r w:rsidRPr="00934D41">
              <w:rPr>
                <w:strike/>
                <w:color w:val="FF0000"/>
                <w:sz w:val="20"/>
                <w:szCs w:val="20"/>
              </w:rPr>
              <w:t xml:space="preserve"> </w:t>
            </w:r>
            <w:r w:rsidRPr="000D18C4">
              <w:rPr>
                <w:sz w:val="20"/>
                <w:szCs w:val="20"/>
              </w:rPr>
              <w:t>за оказание Услуг (далее — «Вознаграждение»).</w:t>
            </w:r>
          </w:p>
          <w:p w:rsidR="000D18C4" w:rsidRDefault="000D18C4" w:rsidP="00B724DC">
            <w:pPr>
              <w:spacing w:after="60"/>
              <w:jc w:val="both"/>
              <w:rPr>
                <w:sz w:val="20"/>
                <w:szCs w:val="20"/>
              </w:rPr>
            </w:pPr>
            <w:r w:rsidRPr="000D18C4">
              <w:rPr>
                <w:sz w:val="20"/>
                <w:szCs w:val="20"/>
              </w:rPr>
              <w:t xml:space="preserve">5.2 </w:t>
            </w:r>
            <w:r w:rsidR="00934D41" w:rsidRPr="004D03D1">
              <w:rPr>
                <w:sz w:val="20"/>
                <w:szCs w:val="20"/>
              </w:rPr>
              <w:t>Стоимость</w:t>
            </w:r>
            <w:r w:rsidR="00934D41">
              <w:rPr>
                <w:sz w:val="20"/>
                <w:szCs w:val="20"/>
              </w:rPr>
              <w:t xml:space="preserve"> </w:t>
            </w:r>
            <w:r w:rsidRPr="000D18C4">
              <w:rPr>
                <w:sz w:val="20"/>
                <w:szCs w:val="20"/>
              </w:rPr>
              <w:t xml:space="preserve">Услуг </w:t>
            </w:r>
            <w:r w:rsidR="00934D41">
              <w:rPr>
                <w:sz w:val="20"/>
                <w:szCs w:val="20"/>
              </w:rPr>
              <w:t>должна включать стоимо</w:t>
            </w:r>
            <w:r w:rsidR="00CA134D">
              <w:rPr>
                <w:sz w:val="20"/>
                <w:szCs w:val="20"/>
              </w:rPr>
              <w:t>сть сопутствующих трат Исполнителя</w:t>
            </w:r>
            <w:r w:rsidR="004B1475">
              <w:rPr>
                <w:sz w:val="20"/>
                <w:szCs w:val="20"/>
              </w:rPr>
              <w:t>, включая налоги и другое.</w:t>
            </w:r>
            <w:r w:rsidR="00934D41">
              <w:rPr>
                <w:sz w:val="20"/>
                <w:szCs w:val="20"/>
              </w:rPr>
              <w:t xml:space="preserve"> </w:t>
            </w:r>
          </w:p>
          <w:p w:rsidR="00454D00" w:rsidRPr="004D03D1" w:rsidRDefault="00454D00" w:rsidP="00B724DC">
            <w:pPr>
              <w:spacing w:after="60"/>
              <w:jc w:val="both"/>
              <w:rPr>
                <w:sz w:val="20"/>
                <w:szCs w:val="20"/>
              </w:rPr>
            </w:pPr>
            <w:r w:rsidRPr="004D03D1">
              <w:rPr>
                <w:sz w:val="20"/>
                <w:szCs w:val="20"/>
              </w:rPr>
              <w:t>5.</w:t>
            </w:r>
            <w:r w:rsidR="00C33E07" w:rsidRPr="004D03D1">
              <w:rPr>
                <w:sz w:val="20"/>
                <w:szCs w:val="20"/>
              </w:rPr>
              <w:t>3</w:t>
            </w:r>
            <w:r w:rsidRPr="004D03D1">
              <w:rPr>
                <w:sz w:val="20"/>
                <w:szCs w:val="20"/>
              </w:rPr>
              <w:t xml:space="preserve">. Общая сумма, подлежащая оплате Заказчиком Исполнителю </w:t>
            </w:r>
            <w:proofErr w:type="gramStart"/>
            <w:r w:rsidRPr="004D03D1">
              <w:rPr>
                <w:sz w:val="20"/>
                <w:szCs w:val="20"/>
              </w:rPr>
              <w:t>по настоящему договору</w:t>
            </w:r>
            <w:proofErr w:type="gramEnd"/>
            <w:r w:rsidRPr="004D03D1">
              <w:rPr>
                <w:sz w:val="20"/>
                <w:szCs w:val="20"/>
              </w:rPr>
              <w:t xml:space="preserve"> составляет ___________________.</w:t>
            </w:r>
          </w:p>
          <w:p w:rsidR="00454D00" w:rsidRPr="004D03D1" w:rsidRDefault="00454D00" w:rsidP="00B724DC">
            <w:pPr>
              <w:spacing w:after="60"/>
              <w:jc w:val="both"/>
              <w:rPr>
                <w:sz w:val="20"/>
                <w:szCs w:val="20"/>
              </w:rPr>
            </w:pPr>
            <w:r w:rsidRPr="004D03D1">
              <w:rPr>
                <w:sz w:val="20"/>
                <w:szCs w:val="20"/>
              </w:rPr>
              <w:t>5.</w:t>
            </w:r>
            <w:r w:rsidR="00C33E07" w:rsidRPr="004D03D1">
              <w:rPr>
                <w:sz w:val="20"/>
                <w:szCs w:val="20"/>
              </w:rPr>
              <w:t>4</w:t>
            </w:r>
            <w:r w:rsidRPr="004D03D1">
              <w:rPr>
                <w:sz w:val="20"/>
                <w:szCs w:val="20"/>
              </w:rPr>
              <w:t xml:space="preserve"> </w:t>
            </w:r>
            <w:r w:rsidR="00C33E07" w:rsidRPr="004D03D1">
              <w:rPr>
                <w:sz w:val="20"/>
                <w:szCs w:val="20"/>
              </w:rPr>
              <w:t xml:space="preserve">В течении 5 банковских дней со дня заключения договора </w:t>
            </w:r>
            <w:r w:rsidRPr="004D03D1">
              <w:rPr>
                <w:sz w:val="20"/>
                <w:szCs w:val="20"/>
              </w:rPr>
              <w:t>Заказчик перечисляет на расчетный счет Исполнителя авансовы</w:t>
            </w:r>
            <w:r w:rsidR="00C33E07" w:rsidRPr="004D03D1">
              <w:rPr>
                <w:sz w:val="20"/>
                <w:szCs w:val="20"/>
              </w:rPr>
              <w:t>й платеж в размере 15%. Оставшаяся часть вознаграждения уплачивается Исполнителю на условиях пункта 5.5.</w:t>
            </w:r>
          </w:p>
          <w:p w:rsidR="000D18C4" w:rsidRPr="004D03D1" w:rsidRDefault="000D18C4" w:rsidP="00B724DC">
            <w:pPr>
              <w:spacing w:after="60"/>
              <w:jc w:val="both"/>
              <w:rPr>
                <w:sz w:val="20"/>
                <w:szCs w:val="20"/>
              </w:rPr>
            </w:pPr>
            <w:r w:rsidRPr="000D18C4">
              <w:rPr>
                <w:sz w:val="20"/>
                <w:szCs w:val="20"/>
              </w:rPr>
              <w:t xml:space="preserve">5.5 </w:t>
            </w:r>
            <w:r w:rsidRPr="004D03D1">
              <w:rPr>
                <w:sz w:val="20"/>
                <w:szCs w:val="20"/>
              </w:rPr>
              <w:t xml:space="preserve">Заказчик обязуется оплатить </w:t>
            </w:r>
            <w:r w:rsidR="004B1475">
              <w:rPr>
                <w:sz w:val="20"/>
                <w:szCs w:val="20"/>
              </w:rPr>
              <w:t>за оказанные услуги</w:t>
            </w:r>
            <w:r w:rsidRPr="000D18C4">
              <w:rPr>
                <w:sz w:val="20"/>
                <w:szCs w:val="20"/>
              </w:rPr>
              <w:t xml:space="preserve"> в течение тридцати (30) дней с момента </w:t>
            </w:r>
            <w:r w:rsidR="004B1475" w:rsidRPr="004D03D1">
              <w:rPr>
                <w:sz w:val="20"/>
                <w:szCs w:val="20"/>
              </w:rPr>
              <w:t>подписания</w:t>
            </w:r>
            <w:r w:rsidR="00454D00" w:rsidRPr="004D03D1">
              <w:rPr>
                <w:sz w:val="20"/>
                <w:szCs w:val="20"/>
              </w:rPr>
              <w:t xml:space="preserve"> уполномоченными представителями сторон</w:t>
            </w:r>
            <w:r w:rsidR="004B1475" w:rsidRPr="004D03D1">
              <w:rPr>
                <w:sz w:val="20"/>
                <w:szCs w:val="20"/>
              </w:rPr>
              <w:t xml:space="preserve"> акта</w:t>
            </w:r>
            <w:r w:rsidR="00454D00" w:rsidRPr="004D03D1">
              <w:rPr>
                <w:sz w:val="20"/>
                <w:szCs w:val="20"/>
              </w:rPr>
              <w:t xml:space="preserve"> и направления Исполнителем счета-фактуры (инвойса, счета на оплату и проч.)</w:t>
            </w:r>
            <w:r w:rsidR="001A257C" w:rsidRPr="004D03D1">
              <w:rPr>
                <w:sz w:val="20"/>
                <w:szCs w:val="20"/>
              </w:rPr>
              <w:t xml:space="preserve"> путем прямого банковского перевода на расчетный счет исполнителя.</w:t>
            </w:r>
            <w:r w:rsidR="004B1475">
              <w:rPr>
                <w:sz w:val="20"/>
                <w:szCs w:val="20"/>
              </w:rPr>
              <w:t xml:space="preserve"> </w:t>
            </w:r>
          </w:p>
          <w:p w:rsidR="00FA4CE6" w:rsidRDefault="00FA4CE6" w:rsidP="00B724DC">
            <w:pPr>
              <w:spacing w:after="60"/>
              <w:jc w:val="both"/>
              <w:rPr>
                <w:strike/>
                <w:color w:val="FF0000"/>
                <w:sz w:val="20"/>
                <w:szCs w:val="20"/>
              </w:rPr>
            </w:pPr>
          </w:p>
          <w:p w:rsidR="000D18C4" w:rsidRPr="000D18C4" w:rsidRDefault="000D18C4" w:rsidP="00B724DC">
            <w:pPr>
              <w:spacing w:after="60"/>
              <w:jc w:val="both"/>
              <w:rPr>
                <w:sz w:val="20"/>
                <w:szCs w:val="20"/>
              </w:rPr>
            </w:pPr>
            <w:r w:rsidRPr="000D18C4">
              <w:rPr>
                <w:b/>
                <w:sz w:val="20"/>
                <w:szCs w:val="20"/>
              </w:rPr>
              <w:t>7. КОНФИДЕНЦИАЛЬНОСТЬ</w:t>
            </w:r>
          </w:p>
          <w:p w:rsidR="000D18C4" w:rsidRPr="000D18C4" w:rsidRDefault="000D18C4" w:rsidP="00B724DC">
            <w:pPr>
              <w:spacing w:after="60"/>
              <w:jc w:val="both"/>
              <w:rPr>
                <w:sz w:val="20"/>
                <w:szCs w:val="20"/>
              </w:rPr>
            </w:pPr>
            <w:proofErr w:type="gramStart"/>
            <w:r w:rsidRPr="000D18C4">
              <w:rPr>
                <w:sz w:val="20"/>
                <w:szCs w:val="20"/>
              </w:rPr>
              <w:t>7.1 В случае если</w:t>
            </w:r>
            <w:proofErr w:type="gramEnd"/>
            <w:r w:rsidRPr="000D18C4">
              <w:rPr>
                <w:sz w:val="20"/>
                <w:szCs w:val="20"/>
              </w:rPr>
              <w:t xml:space="preserve"> одна из сторон (Получающая сторона) получает Конфиденциальную информацию другой стороны (Раскрывающая сторона) в связи с настоящим Соглашением (как до, так и после даты заключения настоящего Соглашения), она обязана, с учетом положений пунктов 7.2–7.4:</w:t>
            </w:r>
          </w:p>
          <w:p w:rsidR="000D18C4" w:rsidRPr="000D18C4" w:rsidRDefault="000D18C4" w:rsidP="00B724DC">
            <w:pPr>
              <w:spacing w:after="60"/>
              <w:jc w:val="both"/>
              <w:rPr>
                <w:sz w:val="20"/>
                <w:szCs w:val="20"/>
              </w:rPr>
            </w:pPr>
            <w:r w:rsidRPr="000D18C4">
              <w:rPr>
                <w:sz w:val="20"/>
                <w:szCs w:val="20"/>
              </w:rPr>
              <w:t>(a) сохранять конфиденциальность такой Конфиденциальной информации, применяя тот же уровень заботы, который она применяет в отношении своей собственной Конфиденциальной информации;</w:t>
            </w:r>
          </w:p>
          <w:p w:rsidR="000D18C4" w:rsidRPr="000D18C4" w:rsidRDefault="000D18C4" w:rsidP="00B724DC">
            <w:pPr>
              <w:spacing w:after="60"/>
              <w:jc w:val="both"/>
              <w:rPr>
                <w:sz w:val="20"/>
                <w:szCs w:val="20"/>
              </w:rPr>
            </w:pPr>
            <w:r w:rsidRPr="000D18C4">
              <w:rPr>
                <w:sz w:val="20"/>
                <w:szCs w:val="20"/>
              </w:rPr>
              <w:lastRenderedPageBreak/>
              <w:t>(b) использовать данную Конфиденциальную информацию исключительно в целях выполнения обязательств по настоящему Соглашению; и</w:t>
            </w:r>
          </w:p>
          <w:p w:rsidR="000D18C4" w:rsidRPr="000D18C4" w:rsidRDefault="000D18C4" w:rsidP="00B724DC">
            <w:pPr>
              <w:spacing w:after="60"/>
              <w:jc w:val="both"/>
              <w:rPr>
                <w:sz w:val="20"/>
                <w:szCs w:val="20"/>
              </w:rPr>
            </w:pPr>
            <w:r w:rsidRPr="000D18C4">
              <w:rPr>
                <w:sz w:val="20"/>
                <w:szCs w:val="20"/>
              </w:rPr>
              <w:t>(c) не раскрывать данную Конфиденциальную информацию каким-либо третьим лицам без предварительного письменного согласия Раскрывающей стороны.</w:t>
            </w:r>
          </w:p>
          <w:p w:rsidR="000D18C4" w:rsidRPr="000D18C4" w:rsidRDefault="000D18C4" w:rsidP="00B724DC">
            <w:pPr>
              <w:spacing w:after="60"/>
              <w:jc w:val="both"/>
              <w:rPr>
                <w:sz w:val="20"/>
                <w:szCs w:val="20"/>
              </w:rPr>
            </w:pPr>
            <w:r w:rsidRPr="000D18C4">
              <w:rPr>
                <w:sz w:val="20"/>
                <w:szCs w:val="20"/>
              </w:rPr>
              <w:t>7.2 Получающая сторона вправе раскрывать Конфиденциальную информацию Раскрывающей стороны исключительно по принципу «необходимости знать»:</w:t>
            </w:r>
          </w:p>
          <w:p w:rsidR="000D18C4" w:rsidRPr="000D18C4" w:rsidRDefault="000D18C4" w:rsidP="00B724DC">
            <w:pPr>
              <w:spacing w:after="60"/>
              <w:jc w:val="both"/>
              <w:rPr>
                <w:sz w:val="20"/>
                <w:szCs w:val="20"/>
              </w:rPr>
            </w:pPr>
            <w:r w:rsidRPr="000D18C4">
              <w:rPr>
                <w:sz w:val="20"/>
                <w:szCs w:val="20"/>
              </w:rPr>
              <w:t>(a) любым юридическим консультантам и аудиторам, которых она привлекла для себя;</w:t>
            </w:r>
          </w:p>
          <w:p w:rsidR="000D18C4" w:rsidRPr="000D18C4" w:rsidRDefault="000D18C4" w:rsidP="00B724DC">
            <w:pPr>
              <w:spacing w:after="60"/>
              <w:jc w:val="both"/>
              <w:rPr>
                <w:sz w:val="20"/>
                <w:szCs w:val="20"/>
              </w:rPr>
            </w:pPr>
            <w:r w:rsidRPr="000D18C4">
              <w:rPr>
                <w:sz w:val="20"/>
                <w:szCs w:val="20"/>
              </w:rPr>
              <w:t>(b) любому регулирующему органу, обладающему полномочиями по регулированию или надзору за ее деятельностью;</w:t>
            </w:r>
          </w:p>
          <w:p w:rsidR="000D18C4" w:rsidRPr="000D18C4" w:rsidRDefault="000D18C4" w:rsidP="00B724DC">
            <w:pPr>
              <w:spacing w:after="60"/>
              <w:jc w:val="both"/>
              <w:rPr>
                <w:sz w:val="20"/>
                <w:szCs w:val="20"/>
              </w:rPr>
            </w:pPr>
            <w:r w:rsidRPr="000D18C4">
              <w:rPr>
                <w:sz w:val="20"/>
                <w:szCs w:val="20"/>
              </w:rPr>
              <w:t>(c) любому директору, должностному лицу или сотруднику Получающей Стороны при условии, что в каждом случае Получающая Сторона предварительно проинформировала данное лицо об обязательствах, предусмотренных пунктом 7.1, и обеспечила, чтобы на данное лицо были возложены обязательства по соблюдению конфиденциальности в отношении Конфиденциальной информации, не менее строгие, чем те, которые изложены в настоящем пункте 7; и</w:t>
            </w:r>
          </w:p>
          <w:p w:rsidR="000D18C4" w:rsidRPr="000D18C4" w:rsidRDefault="000D18C4" w:rsidP="00B724DC">
            <w:pPr>
              <w:spacing w:after="60"/>
              <w:jc w:val="both"/>
              <w:rPr>
                <w:sz w:val="20"/>
                <w:szCs w:val="20"/>
              </w:rPr>
            </w:pPr>
            <w:r w:rsidRPr="000D18C4">
              <w:rPr>
                <w:sz w:val="20"/>
                <w:szCs w:val="20"/>
              </w:rPr>
              <w:t xml:space="preserve">(d) если Получающей стороной является </w:t>
            </w:r>
            <w:r w:rsidR="00C33E07" w:rsidRPr="004D03D1">
              <w:rPr>
                <w:sz w:val="20"/>
                <w:szCs w:val="20"/>
              </w:rPr>
              <w:t>Исполнитель</w:t>
            </w:r>
            <w:r w:rsidRPr="000D18C4">
              <w:rPr>
                <w:sz w:val="20"/>
                <w:szCs w:val="20"/>
              </w:rPr>
              <w:t xml:space="preserve"> — любой из ее дочерних компаний, аффилированных лиц или субподрядчиков.</w:t>
            </w:r>
          </w:p>
          <w:p w:rsidR="000D18C4" w:rsidRPr="000D18C4" w:rsidRDefault="000D18C4" w:rsidP="00B724DC">
            <w:pPr>
              <w:spacing w:after="60"/>
              <w:jc w:val="both"/>
              <w:rPr>
                <w:sz w:val="20"/>
                <w:szCs w:val="20"/>
              </w:rPr>
            </w:pPr>
            <w:r w:rsidRPr="000D18C4">
              <w:rPr>
                <w:sz w:val="20"/>
                <w:szCs w:val="20"/>
              </w:rPr>
              <w:t>7.3 Положения пунктов 7.1 и 7.2 не применяются к любой Конфиденциальной информации, которая:</w:t>
            </w:r>
          </w:p>
          <w:p w:rsidR="000D18C4" w:rsidRPr="000D18C4" w:rsidRDefault="000D18C4" w:rsidP="00B724DC">
            <w:pPr>
              <w:spacing w:after="60"/>
              <w:jc w:val="both"/>
              <w:rPr>
                <w:sz w:val="20"/>
                <w:szCs w:val="20"/>
              </w:rPr>
            </w:pPr>
            <w:r w:rsidRPr="000D18C4">
              <w:rPr>
                <w:sz w:val="20"/>
                <w:szCs w:val="20"/>
              </w:rPr>
              <w:t>(a) уже находилась во владении Получающей Стороны до ее получения от Раскрывающей Стороны без каких-либо ограничений на ее использование или раскрытие;</w:t>
            </w:r>
          </w:p>
          <w:p w:rsidR="000D18C4" w:rsidRPr="000D18C4" w:rsidRDefault="000D18C4" w:rsidP="00B724DC">
            <w:pPr>
              <w:spacing w:after="60"/>
              <w:jc w:val="both"/>
              <w:rPr>
                <w:sz w:val="20"/>
                <w:szCs w:val="20"/>
              </w:rPr>
            </w:pPr>
            <w:r w:rsidRPr="000D18C4">
              <w:rPr>
                <w:sz w:val="20"/>
                <w:szCs w:val="20"/>
              </w:rPr>
              <w:t>(b) является или становится общеизвестной иным образом, чем в результате нарушения настоящего пункта 7;</w:t>
            </w:r>
          </w:p>
          <w:p w:rsidR="000D18C4" w:rsidRPr="000D18C4" w:rsidRDefault="000D18C4" w:rsidP="00B724DC">
            <w:pPr>
              <w:spacing w:after="60"/>
              <w:jc w:val="both"/>
              <w:rPr>
                <w:sz w:val="20"/>
                <w:szCs w:val="20"/>
              </w:rPr>
            </w:pPr>
            <w:r w:rsidRPr="000D18C4">
              <w:rPr>
                <w:sz w:val="20"/>
                <w:szCs w:val="20"/>
              </w:rPr>
              <w:t>(c) получена Получающей стороной от третьего лица, которое законно приобрело её и не несет никаких обязательств, ограничивающих её раскрытие; или</w:t>
            </w:r>
          </w:p>
          <w:p w:rsidR="000D18C4" w:rsidRPr="000D18C4" w:rsidRDefault="000D18C4" w:rsidP="00B724DC">
            <w:pPr>
              <w:spacing w:after="60"/>
              <w:jc w:val="both"/>
              <w:rPr>
                <w:sz w:val="20"/>
                <w:szCs w:val="20"/>
              </w:rPr>
            </w:pPr>
            <w:r w:rsidRPr="000D18C4">
              <w:rPr>
                <w:sz w:val="20"/>
                <w:szCs w:val="20"/>
              </w:rPr>
              <w:t>(d) была независимо разработана Получающей стороной без доступа к соответствующей Конфиденциальной информации.</w:t>
            </w:r>
          </w:p>
          <w:p w:rsidR="000D18C4" w:rsidRPr="000D18C4" w:rsidRDefault="000D18C4" w:rsidP="00B724DC">
            <w:pPr>
              <w:spacing w:after="60"/>
              <w:jc w:val="both"/>
              <w:rPr>
                <w:sz w:val="20"/>
                <w:szCs w:val="20"/>
              </w:rPr>
            </w:pPr>
            <w:r w:rsidRPr="000D18C4">
              <w:rPr>
                <w:sz w:val="20"/>
                <w:szCs w:val="20"/>
              </w:rPr>
              <w:t>7.4 Получающая сторона вправе раскрывать Конфиденциальную информацию Раскрывающей стороны в той мере, в какой это требуется законодательством, любым регулирующим органом или правилами любой фондовой биржи, на которой Получающая сторона зарегистрирована, при условии, что Получающая сторона незамедлительно уведомила Раскрывающую сторону в письменной форме о требовании раскрытия и, по возможности, предоставила Раскрывающей стороне разумную возможность предотвратить раскрытие с помощью соответствующих правовых средств.</w:t>
            </w:r>
          </w:p>
          <w:p w:rsidR="000D18C4" w:rsidRPr="000D18C4" w:rsidRDefault="000D18C4" w:rsidP="00B724DC">
            <w:pPr>
              <w:spacing w:after="60"/>
              <w:jc w:val="both"/>
              <w:rPr>
                <w:sz w:val="20"/>
                <w:szCs w:val="20"/>
              </w:rPr>
            </w:pPr>
            <w:r w:rsidRPr="000D18C4">
              <w:rPr>
                <w:sz w:val="20"/>
                <w:szCs w:val="20"/>
              </w:rPr>
              <w:t xml:space="preserve">7.5 Каждая сторона обязана обеспечить соблюдение своими сотрудниками, агентами и </w:t>
            </w:r>
            <w:proofErr w:type="gramStart"/>
            <w:r w:rsidRPr="000D18C4">
              <w:rPr>
                <w:sz w:val="20"/>
                <w:szCs w:val="20"/>
              </w:rPr>
              <w:t xml:space="preserve">представителями  </w:t>
            </w:r>
            <w:r w:rsidRPr="000D18C4">
              <w:rPr>
                <w:sz w:val="20"/>
                <w:szCs w:val="20"/>
              </w:rPr>
              <w:lastRenderedPageBreak/>
              <w:t>своих</w:t>
            </w:r>
            <w:proofErr w:type="gramEnd"/>
            <w:r w:rsidRPr="000D18C4">
              <w:rPr>
                <w:sz w:val="20"/>
                <w:szCs w:val="20"/>
              </w:rPr>
              <w:t xml:space="preserve"> обязательств, предусмотренных настоящим пунктом 7.</w:t>
            </w:r>
          </w:p>
          <w:p w:rsidR="000D18C4" w:rsidRPr="000D18C4" w:rsidRDefault="000D18C4" w:rsidP="00B724DC">
            <w:pPr>
              <w:spacing w:after="60"/>
              <w:jc w:val="both"/>
              <w:rPr>
                <w:sz w:val="20"/>
                <w:szCs w:val="20"/>
              </w:rPr>
            </w:pPr>
            <w:r w:rsidRPr="000D18C4">
              <w:rPr>
                <w:sz w:val="20"/>
                <w:szCs w:val="20"/>
              </w:rPr>
              <w:t>7.6 Само по себе раскрытие Конфиденциальной информации Раскрывающей стороной не означает предоставления какой-либо лицензии на Права интеллектуальной собственности в отношении такой Конфиденциальной информации.</w:t>
            </w:r>
          </w:p>
          <w:p w:rsidR="000D18C4" w:rsidRPr="000D18C4" w:rsidRDefault="000D18C4" w:rsidP="00B724DC">
            <w:pPr>
              <w:spacing w:after="60"/>
              <w:jc w:val="both"/>
              <w:rPr>
                <w:sz w:val="20"/>
                <w:szCs w:val="20"/>
              </w:rPr>
            </w:pPr>
            <w:r w:rsidRPr="000D18C4">
              <w:rPr>
                <w:sz w:val="20"/>
                <w:szCs w:val="20"/>
              </w:rPr>
              <w:t>7.7 Что касается архивного хранения, Заказчик признает, что компания «Intertek» вправе хранить в своём архиве в течение срока, требуемого её процедурами обеспечения качества и контроля, либо в соответствии с правилами испытаний и сертификации соответствующего органа по аккредитации, все материалы, необходимые для документирования оказанных Услуг.</w:t>
            </w:r>
          </w:p>
          <w:p w:rsidR="000D18C4" w:rsidRPr="000D18C4" w:rsidRDefault="000D18C4" w:rsidP="00B724DC">
            <w:pPr>
              <w:spacing w:after="60"/>
              <w:jc w:val="both"/>
              <w:rPr>
                <w:sz w:val="20"/>
                <w:szCs w:val="20"/>
              </w:rPr>
            </w:pPr>
            <w:r w:rsidRPr="000D18C4">
              <w:rPr>
                <w:b/>
                <w:sz w:val="20"/>
                <w:szCs w:val="20"/>
              </w:rPr>
              <w:t>8. ИЗМЕНЕНИЯ</w:t>
            </w:r>
          </w:p>
          <w:p w:rsidR="000D18C4" w:rsidRPr="000D18C4" w:rsidRDefault="000D18C4" w:rsidP="00B724DC">
            <w:pPr>
              <w:spacing w:after="60"/>
              <w:jc w:val="both"/>
              <w:rPr>
                <w:sz w:val="20"/>
                <w:szCs w:val="20"/>
              </w:rPr>
            </w:pPr>
            <w:r w:rsidRPr="000D18C4">
              <w:rPr>
                <w:sz w:val="20"/>
                <w:szCs w:val="20"/>
              </w:rPr>
              <w:t>8.1 Никакие изменения к настоящему Соглашению не вступают в силу, если они не оформлены в письменном виде, не содержат прямого указания на внесение изменений в настоящее Соглашение и не подписаны уполномоченным лицом каждой из сторон.</w:t>
            </w:r>
          </w:p>
          <w:p w:rsidR="000D18C4" w:rsidRPr="000D18C4" w:rsidRDefault="000D18C4" w:rsidP="00B724DC">
            <w:pPr>
              <w:spacing w:after="60"/>
              <w:jc w:val="both"/>
              <w:rPr>
                <w:sz w:val="20"/>
                <w:szCs w:val="20"/>
              </w:rPr>
            </w:pPr>
            <w:r w:rsidRPr="000D18C4">
              <w:rPr>
                <w:b/>
                <w:sz w:val="20"/>
                <w:szCs w:val="20"/>
              </w:rPr>
              <w:t>9. ФОРС-МАЖОР</w:t>
            </w:r>
          </w:p>
          <w:p w:rsidR="000D18C4" w:rsidRPr="000D18C4" w:rsidRDefault="000D18C4" w:rsidP="00B724DC">
            <w:pPr>
              <w:spacing w:after="60"/>
              <w:jc w:val="both"/>
              <w:rPr>
                <w:sz w:val="20"/>
                <w:szCs w:val="20"/>
              </w:rPr>
            </w:pPr>
            <w:r w:rsidRPr="000D18C4">
              <w:rPr>
                <w:sz w:val="20"/>
                <w:szCs w:val="20"/>
              </w:rPr>
              <w:t>9.1 Ни одна из сторон не несет ответственности перед другой стороной за любую задержку в исполнении или неисполнение какого-либо обязательства по настоящему Соглашению в той мере, в какой такая задержка или неисполнение являются результатом:</w:t>
            </w:r>
          </w:p>
          <w:p w:rsidR="000D18C4" w:rsidRPr="000D18C4" w:rsidRDefault="000D18C4" w:rsidP="00B724DC">
            <w:pPr>
              <w:spacing w:after="60"/>
              <w:jc w:val="both"/>
              <w:rPr>
                <w:sz w:val="20"/>
                <w:szCs w:val="20"/>
              </w:rPr>
            </w:pPr>
            <w:r w:rsidRPr="000D18C4">
              <w:rPr>
                <w:sz w:val="20"/>
                <w:szCs w:val="20"/>
              </w:rPr>
              <w:t>(a) войны (независимо от того, была ли она объявлена или нет), гражданской войны, массовых беспорядков, революции, террористических актов, военных действий, саботажа и/или пиратства;</w:t>
            </w:r>
          </w:p>
          <w:p w:rsidR="000D18C4" w:rsidRPr="000D18C4" w:rsidRDefault="000D18C4" w:rsidP="00B724DC">
            <w:pPr>
              <w:spacing w:after="60"/>
              <w:jc w:val="both"/>
              <w:rPr>
                <w:sz w:val="20"/>
                <w:szCs w:val="20"/>
              </w:rPr>
            </w:pPr>
            <w:r w:rsidRPr="000D18C4">
              <w:rPr>
                <w:sz w:val="20"/>
                <w:szCs w:val="20"/>
              </w:rPr>
              <w:t>(b) стихийных бедствий, таких как сильные штормы, землетрясения, цунами, наводнения и/или удары молнии; взрывов и пожаров;</w:t>
            </w:r>
          </w:p>
          <w:p w:rsidR="000D18C4" w:rsidRPr="000D18C4" w:rsidRDefault="000D18C4" w:rsidP="00B724DC">
            <w:pPr>
              <w:spacing w:after="60"/>
              <w:jc w:val="both"/>
              <w:rPr>
                <w:sz w:val="20"/>
                <w:szCs w:val="20"/>
              </w:rPr>
            </w:pPr>
            <w:r w:rsidRPr="000D18C4">
              <w:rPr>
                <w:sz w:val="20"/>
                <w:szCs w:val="20"/>
              </w:rPr>
              <w:t>(c) забастовок и трудовых споров, за исключением тех, которые инициированы одним или несколькими сотрудниками пострадавшей стороны, а также любым поставщиком или агентом пострадавшей стороны; или</w:t>
            </w:r>
          </w:p>
          <w:p w:rsidR="000D18C4" w:rsidRPr="000D18C4" w:rsidRDefault="000D18C4" w:rsidP="00B724DC">
            <w:pPr>
              <w:spacing w:after="60"/>
              <w:jc w:val="both"/>
              <w:rPr>
                <w:sz w:val="20"/>
                <w:szCs w:val="20"/>
              </w:rPr>
            </w:pPr>
            <w:r w:rsidRPr="000D18C4">
              <w:rPr>
                <w:sz w:val="20"/>
                <w:szCs w:val="20"/>
              </w:rPr>
              <w:t>(d) сбоев в работе коммунальных предприятий, таких как поставщики услуг связи, интернета, газа или электроэнергии.</w:t>
            </w:r>
          </w:p>
          <w:p w:rsidR="000D18C4" w:rsidRPr="000D18C4" w:rsidRDefault="000D18C4" w:rsidP="00B724DC">
            <w:pPr>
              <w:spacing w:after="60"/>
              <w:jc w:val="both"/>
              <w:rPr>
                <w:sz w:val="20"/>
                <w:szCs w:val="20"/>
              </w:rPr>
            </w:pPr>
            <w:r w:rsidRPr="000D18C4">
              <w:rPr>
                <w:sz w:val="20"/>
                <w:szCs w:val="20"/>
              </w:rPr>
              <w:t xml:space="preserve">9.2 Во избежание сомнений: если затронутой стороной является </w:t>
            </w:r>
            <w:r w:rsidR="006B4EDE" w:rsidRPr="004D03D1">
              <w:rPr>
                <w:sz w:val="20"/>
                <w:szCs w:val="20"/>
              </w:rPr>
              <w:t>Исполнитель</w:t>
            </w:r>
            <w:r w:rsidRPr="000D18C4">
              <w:rPr>
                <w:sz w:val="20"/>
                <w:szCs w:val="20"/>
              </w:rPr>
              <w:t>, любое неисполнение обязательств или задержка, вызванные неисполнением обязательств или задержкой со стороны субподрядчика, считаются событием форс-мажорных обстоятельств (как определено ниже) только в том случае, если на субподрядчика повлияло одно из событий, описанных выше.</w:t>
            </w:r>
          </w:p>
          <w:p w:rsidR="000D18C4" w:rsidRPr="000D18C4" w:rsidRDefault="000D18C4" w:rsidP="00B724DC">
            <w:pPr>
              <w:spacing w:after="60"/>
              <w:jc w:val="both"/>
              <w:rPr>
                <w:sz w:val="20"/>
                <w:szCs w:val="20"/>
              </w:rPr>
            </w:pPr>
            <w:r w:rsidRPr="000D18C4">
              <w:rPr>
                <w:sz w:val="20"/>
                <w:szCs w:val="20"/>
              </w:rPr>
              <w:t>9.3 Сторона, исполнение обязательств которой затронуто событием, описанным в пункте 9.1 (Событие форс-мажорных обстоятельств), обязана:</w:t>
            </w:r>
          </w:p>
          <w:p w:rsidR="000D18C4" w:rsidRPr="000D18C4" w:rsidRDefault="000D18C4" w:rsidP="00B724DC">
            <w:pPr>
              <w:spacing w:after="60"/>
              <w:jc w:val="both"/>
              <w:rPr>
                <w:sz w:val="20"/>
                <w:szCs w:val="20"/>
              </w:rPr>
            </w:pPr>
            <w:r w:rsidRPr="000D18C4">
              <w:rPr>
                <w:sz w:val="20"/>
                <w:szCs w:val="20"/>
              </w:rPr>
              <w:t xml:space="preserve">(a) незамедлительно уведомить другую сторону в письменной форме о событии непреодолимой силы, а также о причине и вероятной продолжительности </w:t>
            </w:r>
            <w:r w:rsidRPr="000D18C4">
              <w:rPr>
                <w:sz w:val="20"/>
                <w:szCs w:val="20"/>
              </w:rPr>
              <w:lastRenderedPageBreak/>
              <w:t>любой связанной с этим задержки или неисполнения своих обязательств;</w:t>
            </w:r>
          </w:p>
          <w:p w:rsidR="000D18C4" w:rsidRPr="000D18C4" w:rsidRDefault="000D18C4" w:rsidP="00B724DC">
            <w:pPr>
              <w:spacing w:after="60"/>
              <w:jc w:val="both"/>
              <w:rPr>
                <w:sz w:val="20"/>
                <w:szCs w:val="20"/>
              </w:rPr>
            </w:pPr>
            <w:r w:rsidRPr="000D18C4">
              <w:rPr>
                <w:sz w:val="20"/>
                <w:szCs w:val="20"/>
              </w:rPr>
              <w:t>(b) приложить все разумные усилия для предотвращения или смягчения последствий обстоятельств непреодолимой силы и продолжить исполнение или возобновить исполнение своих обязательств, на которые повлияли такие обстоятельства, как только это станет разумно возможным; и</w:t>
            </w:r>
          </w:p>
          <w:p w:rsidR="000D18C4" w:rsidRPr="000D18C4" w:rsidRDefault="000D18C4" w:rsidP="00B724DC">
            <w:pPr>
              <w:spacing w:after="60"/>
              <w:jc w:val="both"/>
              <w:rPr>
                <w:sz w:val="20"/>
                <w:szCs w:val="20"/>
              </w:rPr>
            </w:pPr>
            <w:r w:rsidRPr="000D18C4">
              <w:rPr>
                <w:sz w:val="20"/>
                <w:szCs w:val="20"/>
              </w:rPr>
              <w:t>(c) продолжать предоставлять Услуги, на которые событие форс-мажорных обстоятельств не оказало влияния.</w:t>
            </w:r>
          </w:p>
          <w:p w:rsidR="000D18C4" w:rsidRPr="000D18C4" w:rsidRDefault="000D18C4" w:rsidP="00B724DC">
            <w:pPr>
              <w:spacing w:after="60"/>
              <w:jc w:val="both"/>
              <w:rPr>
                <w:sz w:val="20"/>
                <w:szCs w:val="20"/>
              </w:rPr>
            </w:pPr>
            <w:r w:rsidRPr="000D18C4">
              <w:rPr>
                <w:sz w:val="20"/>
                <w:szCs w:val="20"/>
              </w:rPr>
              <w:t>9.4 Если обстоятельство непреодолимой силы продолжается более шестидесяти (60) дней с момента его наступления, каждая из сторон вправе расторгнуть настоящее Соглашение, направив другой стороне письменное уведомление не менее чем за десять (10) дней.</w:t>
            </w:r>
          </w:p>
          <w:p w:rsidR="000D18C4" w:rsidRPr="004D03D1" w:rsidRDefault="000D18C4" w:rsidP="004D03D1">
            <w:pPr>
              <w:jc w:val="both"/>
              <w:rPr>
                <w:b/>
                <w:sz w:val="20"/>
                <w:szCs w:val="20"/>
              </w:rPr>
            </w:pPr>
            <w:r w:rsidRPr="004D03D1">
              <w:rPr>
                <w:b/>
                <w:sz w:val="20"/>
                <w:szCs w:val="20"/>
              </w:rPr>
              <w:t xml:space="preserve">10. </w:t>
            </w:r>
            <w:r w:rsidR="00C055B2" w:rsidRPr="004D03D1">
              <w:rPr>
                <w:b/>
                <w:sz w:val="20"/>
                <w:szCs w:val="20"/>
              </w:rPr>
              <w:t>ОТВЕТСТВЕННОСТЬ ЗА ПРОСРОЧКУ ИСПОЛНЕНИЯ ОБЯЗАТЕЛЬСТВ</w:t>
            </w:r>
          </w:p>
          <w:p w:rsidR="00C055B2" w:rsidRPr="004D03D1" w:rsidRDefault="00C055B2" w:rsidP="00B724DC">
            <w:pPr>
              <w:spacing w:after="60"/>
              <w:jc w:val="both"/>
              <w:rPr>
                <w:sz w:val="20"/>
                <w:szCs w:val="20"/>
              </w:rPr>
            </w:pPr>
            <w:r w:rsidRPr="004D03D1">
              <w:rPr>
                <w:sz w:val="20"/>
                <w:szCs w:val="20"/>
              </w:rPr>
              <w:t xml:space="preserve">10.1 В случае просрочки в оказании услуг Исполнитель уплачивает Заказчику пеню в размере 0,5 процента неисполненной части обязательства за каждый день просрочки, но при этом общая сумма пени не должна превышать 15 процентов стоимости </w:t>
            </w:r>
            <w:proofErr w:type="spellStart"/>
            <w:r w:rsidRPr="004D03D1">
              <w:rPr>
                <w:sz w:val="20"/>
                <w:szCs w:val="20"/>
              </w:rPr>
              <w:t>неоказанных</w:t>
            </w:r>
            <w:proofErr w:type="spellEnd"/>
            <w:r w:rsidRPr="004D03D1">
              <w:rPr>
                <w:sz w:val="20"/>
                <w:szCs w:val="20"/>
              </w:rPr>
              <w:t xml:space="preserve"> услуг.</w:t>
            </w:r>
          </w:p>
          <w:p w:rsidR="00C055B2" w:rsidRPr="004D03D1" w:rsidRDefault="00C055B2" w:rsidP="004D03D1">
            <w:pPr>
              <w:spacing w:after="60"/>
              <w:jc w:val="both"/>
              <w:rPr>
                <w:sz w:val="20"/>
                <w:szCs w:val="20"/>
              </w:rPr>
            </w:pPr>
            <w:r w:rsidRPr="004D03D1">
              <w:rPr>
                <w:sz w:val="20"/>
                <w:szCs w:val="20"/>
              </w:rPr>
              <w:t>10.2 При несвоевременной оплате оказанных услуг Заказчик уплачивает Исполнителю пеню в размере 0,5 процента суммы просроченного платежа за каждый день просрочки, но не более 15 процентов суммы просроченного платежа.</w:t>
            </w:r>
          </w:p>
          <w:p w:rsidR="00C055B2" w:rsidRPr="004D03D1" w:rsidRDefault="00C055B2" w:rsidP="004D03D1">
            <w:pPr>
              <w:spacing w:after="60"/>
              <w:jc w:val="both"/>
              <w:rPr>
                <w:sz w:val="20"/>
                <w:szCs w:val="20"/>
              </w:rPr>
            </w:pPr>
            <w:r w:rsidRPr="004D03D1">
              <w:rPr>
                <w:sz w:val="20"/>
                <w:szCs w:val="20"/>
              </w:rPr>
              <w:t xml:space="preserve">10.3.  Уплата пени не освобождает сторону, нарушившую договорные обязательства от </w:t>
            </w:r>
            <w:r w:rsidR="003048F2" w:rsidRPr="004D03D1">
              <w:rPr>
                <w:sz w:val="20"/>
                <w:szCs w:val="20"/>
              </w:rPr>
              <w:t>исполнения обязательств по договору.</w:t>
            </w:r>
          </w:p>
          <w:p w:rsidR="00DC62EF" w:rsidRDefault="00DC62EF" w:rsidP="00B724DC">
            <w:pPr>
              <w:spacing w:after="60"/>
              <w:jc w:val="both"/>
              <w:rPr>
                <w:b/>
                <w:sz w:val="20"/>
                <w:szCs w:val="20"/>
              </w:rPr>
            </w:pPr>
          </w:p>
          <w:p w:rsidR="000D18C4" w:rsidRPr="000D18C4" w:rsidRDefault="000D18C4" w:rsidP="00B724DC">
            <w:pPr>
              <w:spacing w:after="60"/>
              <w:jc w:val="both"/>
              <w:rPr>
                <w:sz w:val="20"/>
                <w:szCs w:val="20"/>
              </w:rPr>
            </w:pPr>
            <w:r w:rsidRPr="000D18C4">
              <w:rPr>
                <w:b/>
                <w:sz w:val="20"/>
                <w:szCs w:val="20"/>
              </w:rPr>
              <w:t>1</w:t>
            </w:r>
            <w:r w:rsidR="00DC62EF" w:rsidRPr="002F221D">
              <w:rPr>
                <w:b/>
                <w:sz w:val="20"/>
                <w:szCs w:val="20"/>
              </w:rPr>
              <w:t>1</w:t>
            </w:r>
            <w:r w:rsidRPr="000D18C4">
              <w:rPr>
                <w:b/>
                <w:sz w:val="20"/>
                <w:szCs w:val="20"/>
              </w:rPr>
              <w:t>. РАСТОРЖЕНИЕ</w:t>
            </w:r>
          </w:p>
          <w:p w:rsidR="000D18C4" w:rsidRPr="000D18C4" w:rsidRDefault="000D18C4" w:rsidP="00B724DC">
            <w:pPr>
              <w:spacing w:after="60"/>
              <w:jc w:val="both"/>
              <w:rPr>
                <w:sz w:val="20"/>
                <w:szCs w:val="20"/>
              </w:rPr>
            </w:pPr>
            <w:r w:rsidRPr="000D18C4">
              <w:rPr>
                <w:sz w:val="20"/>
                <w:szCs w:val="20"/>
              </w:rPr>
              <w:t>13.</w:t>
            </w:r>
            <w:r w:rsidR="002F221D">
              <w:rPr>
                <w:sz w:val="20"/>
                <w:szCs w:val="20"/>
                <w:lang w:val="uz-Cyrl-UZ"/>
              </w:rPr>
              <w:t>1.</w:t>
            </w:r>
            <w:r w:rsidRPr="000D18C4">
              <w:rPr>
                <w:sz w:val="20"/>
                <w:szCs w:val="20"/>
              </w:rPr>
              <w:t xml:space="preserve"> Настоящее Соглашение может быть расторгнуто:</w:t>
            </w:r>
          </w:p>
          <w:p w:rsidR="002F221D" w:rsidRPr="000D18C4" w:rsidRDefault="000D18C4" w:rsidP="00B724DC">
            <w:pPr>
              <w:spacing w:after="60"/>
              <w:jc w:val="both"/>
              <w:rPr>
                <w:sz w:val="20"/>
                <w:szCs w:val="20"/>
              </w:rPr>
            </w:pPr>
            <w:r w:rsidRPr="000D18C4">
              <w:rPr>
                <w:sz w:val="20"/>
                <w:szCs w:val="20"/>
              </w:rPr>
              <w:t>(a) любой из сторон, если другая сторона продолжает существенно нарушать какое-либо обязательство, возложенное на нее по настоящему Соглашению, в течение более чем тридцати (30) дней после отправки этой Стороной письменного уведомления заказным письмом с уведомлением о вручении или курьерской службой с требованием к другой стороне устранить такое нарушение</w:t>
            </w:r>
          </w:p>
          <w:p w:rsidR="000D18C4" w:rsidRDefault="000D18C4" w:rsidP="00B724DC">
            <w:pPr>
              <w:spacing w:after="60"/>
              <w:jc w:val="both"/>
              <w:rPr>
                <w:sz w:val="20"/>
                <w:szCs w:val="20"/>
              </w:rPr>
            </w:pPr>
            <w:r w:rsidRPr="000D18C4">
              <w:rPr>
                <w:sz w:val="20"/>
                <w:szCs w:val="20"/>
              </w:rPr>
              <w:t xml:space="preserve">(b) </w:t>
            </w:r>
            <w:r w:rsidR="006B4EDE" w:rsidRPr="004D03D1">
              <w:rPr>
                <w:sz w:val="20"/>
                <w:szCs w:val="20"/>
              </w:rPr>
              <w:t>Исполнителем</w:t>
            </w:r>
            <w:r w:rsidRPr="000D18C4">
              <w:rPr>
                <w:sz w:val="20"/>
                <w:szCs w:val="20"/>
              </w:rPr>
              <w:t xml:space="preserve"> путем направления письменного уведомления Заказчику в случае, если Заказчик не оплатил какой-либо счет к установленному сроку и/или не произвел оплату после повторного требования об оплате; или</w:t>
            </w:r>
          </w:p>
          <w:p w:rsidR="000D18C4" w:rsidRPr="000D18C4" w:rsidRDefault="000D18C4" w:rsidP="00B724DC">
            <w:pPr>
              <w:spacing w:after="60"/>
              <w:jc w:val="both"/>
              <w:rPr>
                <w:sz w:val="20"/>
                <w:szCs w:val="20"/>
              </w:rPr>
            </w:pPr>
            <w:r w:rsidRPr="000D18C4">
              <w:rPr>
                <w:sz w:val="20"/>
                <w:szCs w:val="20"/>
              </w:rPr>
              <w:t xml:space="preserve">(c) любая из сторон, направив письменное уведомление другой </w:t>
            </w:r>
            <w:proofErr w:type="spellStart"/>
            <w:r w:rsidRPr="000D18C4">
              <w:rPr>
                <w:sz w:val="20"/>
                <w:szCs w:val="20"/>
              </w:rPr>
              <w:t>сторонеобъявляется</w:t>
            </w:r>
            <w:proofErr w:type="spellEnd"/>
            <w:r w:rsidRPr="000D18C4">
              <w:rPr>
                <w:sz w:val="20"/>
                <w:szCs w:val="20"/>
              </w:rPr>
              <w:t xml:space="preserve"> банкротом, </w:t>
            </w:r>
            <w:proofErr w:type="gramStart"/>
            <w:r w:rsidRPr="000D18C4">
              <w:rPr>
                <w:sz w:val="20"/>
                <w:szCs w:val="20"/>
              </w:rPr>
              <w:t>либо  вступает</w:t>
            </w:r>
            <w:proofErr w:type="gramEnd"/>
            <w:r w:rsidRPr="000D18C4">
              <w:rPr>
                <w:sz w:val="20"/>
                <w:szCs w:val="20"/>
              </w:rPr>
              <w:t xml:space="preserve"> в процедуру ликвидации (за исключением случаев слияния или реорганизации при наличии платежеспособности).</w:t>
            </w:r>
          </w:p>
          <w:p w:rsidR="000D18C4" w:rsidRPr="000D18C4" w:rsidRDefault="000D18C4" w:rsidP="00B724DC">
            <w:pPr>
              <w:spacing w:after="60"/>
              <w:jc w:val="both"/>
              <w:rPr>
                <w:sz w:val="20"/>
                <w:szCs w:val="20"/>
              </w:rPr>
            </w:pPr>
            <w:r w:rsidRPr="000D18C4">
              <w:rPr>
                <w:sz w:val="20"/>
                <w:szCs w:val="20"/>
              </w:rPr>
              <w:t>13.</w:t>
            </w:r>
            <w:r w:rsidR="002F221D">
              <w:rPr>
                <w:sz w:val="20"/>
                <w:szCs w:val="20"/>
                <w:lang w:val="uz-Cyrl-UZ"/>
              </w:rPr>
              <w:t>2.</w:t>
            </w:r>
            <w:r w:rsidRPr="000D18C4">
              <w:rPr>
                <w:sz w:val="20"/>
                <w:szCs w:val="20"/>
              </w:rPr>
              <w:t xml:space="preserve"> В случае расторжения Соглашения по любой причине и без ущерба для любых других прав или </w:t>
            </w:r>
            <w:r w:rsidRPr="000D18C4">
              <w:rPr>
                <w:sz w:val="20"/>
                <w:szCs w:val="20"/>
              </w:rPr>
              <w:lastRenderedPageBreak/>
              <w:t xml:space="preserve">средств правовой защиты, которыми могут обладать стороны, Заказчик обязан оплатить </w:t>
            </w:r>
            <w:r w:rsidR="00867F83">
              <w:rPr>
                <w:sz w:val="20"/>
                <w:szCs w:val="20"/>
              </w:rPr>
              <w:t>исполнителю</w:t>
            </w:r>
            <w:r w:rsidRPr="000D18C4">
              <w:rPr>
                <w:sz w:val="20"/>
                <w:szCs w:val="20"/>
              </w:rPr>
              <w:t xml:space="preserve"> все Услуги, оказанные до даты расторжения. Данное обязательство сохраняет силу после расторжения или истечения срока действия настоящего Соглашения.</w:t>
            </w:r>
          </w:p>
          <w:p w:rsidR="000D18C4" w:rsidRPr="000D18C4" w:rsidRDefault="000D18C4" w:rsidP="00B724DC">
            <w:pPr>
              <w:spacing w:after="60"/>
              <w:jc w:val="both"/>
              <w:rPr>
                <w:sz w:val="20"/>
                <w:szCs w:val="20"/>
              </w:rPr>
            </w:pPr>
            <w:r w:rsidRPr="000D18C4">
              <w:rPr>
                <w:b/>
                <w:sz w:val="20"/>
                <w:szCs w:val="20"/>
              </w:rPr>
              <w:t>14. ПЕРЕУСТУПЛЕНИЕ ПРАВ И ПРИВЛЕЧЕНИЕ СУБПОДРЯДЧИКОВ</w:t>
            </w:r>
          </w:p>
          <w:p w:rsidR="001A257C" w:rsidRPr="004D03D1" w:rsidRDefault="000D18C4" w:rsidP="00B724DC">
            <w:pPr>
              <w:spacing w:after="60"/>
              <w:jc w:val="both"/>
              <w:rPr>
                <w:sz w:val="20"/>
                <w:szCs w:val="20"/>
              </w:rPr>
            </w:pPr>
            <w:r w:rsidRPr="000D18C4">
              <w:rPr>
                <w:sz w:val="20"/>
                <w:szCs w:val="20"/>
              </w:rPr>
              <w:t xml:space="preserve">14.1 </w:t>
            </w:r>
            <w:r w:rsidR="00867F83" w:rsidRPr="004D03D1">
              <w:rPr>
                <w:sz w:val="20"/>
                <w:szCs w:val="20"/>
              </w:rPr>
              <w:t>Исполнитель</w:t>
            </w:r>
            <w:r w:rsidRPr="000D18C4">
              <w:rPr>
                <w:sz w:val="20"/>
                <w:szCs w:val="20"/>
              </w:rPr>
              <w:t xml:space="preserve"> оставляет за собой право при необходимости делегировать выполнение своих обязательств по настоящему Соглашению и оказание Услуг </w:t>
            </w:r>
            <w:r w:rsidR="00867F83" w:rsidRPr="004D03D1">
              <w:rPr>
                <w:sz w:val="20"/>
                <w:szCs w:val="20"/>
              </w:rPr>
              <w:t>третьим лицам</w:t>
            </w:r>
            <w:r w:rsidRPr="000D18C4">
              <w:rPr>
                <w:sz w:val="20"/>
                <w:szCs w:val="20"/>
              </w:rPr>
              <w:t xml:space="preserve"> </w:t>
            </w:r>
            <w:r w:rsidR="00867F83" w:rsidRPr="004D03D1">
              <w:rPr>
                <w:sz w:val="20"/>
                <w:szCs w:val="20"/>
              </w:rPr>
              <w:t>(</w:t>
            </w:r>
            <w:r w:rsidRPr="004D03D1">
              <w:rPr>
                <w:sz w:val="20"/>
                <w:szCs w:val="20"/>
              </w:rPr>
              <w:t>субподрядчикам</w:t>
            </w:r>
            <w:r w:rsidR="00867F83" w:rsidRPr="004D03D1">
              <w:rPr>
                <w:sz w:val="20"/>
                <w:szCs w:val="20"/>
              </w:rPr>
              <w:t>)</w:t>
            </w:r>
            <w:r w:rsidRPr="000D18C4">
              <w:rPr>
                <w:sz w:val="20"/>
                <w:szCs w:val="20"/>
              </w:rPr>
              <w:t xml:space="preserve">. </w:t>
            </w:r>
            <w:r w:rsidR="00867F83" w:rsidRPr="004D03D1">
              <w:rPr>
                <w:sz w:val="20"/>
                <w:szCs w:val="20"/>
              </w:rPr>
              <w:t>В случае привлечения Исполнителем к оказанию услуг по настоящему договору третьих лиц</w:t>
            </w:r>
            <w:r w:rsidR="001A257C" w:rsidRPr="004D03D1">
              <w:rPr>
                <w:sz w:val="20"/>
                <w:szCs w:val="20"/>
              </w:rPr>
              <w:t xml:space="preserve">, Исполнитель отвечает перед Заказчиком за действия таких лиц как за свои собственные. </w:t>
            </w:r>
          </w:p>
          <w:p w:rsidR="00867F83" w:rsidRPr="004D03D1" w:rsidRDefault="00226678" w:rsidP="00B724DC">
            <w:pPr>
              <w:spacing w:after="60"/>
              <w:jc w:val="both"/>
              <w:rPr>
                <w:sz w:val="20"/>
                <w:szCs w:val="20"/>
              </w:rPr>
            </w:pPr>
            <w:r w:rsidRPr="004D03D1">
              <w:rPr>
                <w:sz w:val="20"/>
                <w:szCs w:val="20"/>
              </w:rPr>
              <w:t xml:space="preserve">14.2 </w:t>
            </w:r>
            <w:r w:rsidR="001A257C" w:rsidRPr="004D03D1">
              <w:rPr>
                <w:sz w:val="20"/>
                <w:szCs w:val="20"/>
              </w:rPr>
              <w:t>Уступка прав</w:t>
            </w:r>
            <w:r w:rsidRPr="004D03D1">
              <w:rPr>
                <w:sz w:val="20"/>
                <w:szCs w:val="20"/>
              </w:rPr>
              <w:t>а</w:t>
            </w:r>
            <w:r w:rsidR="001A257C" w:rsidRPr="004D03D1">
              <w:rPr>
                <w:sz w:val="20"/>
                <w:szCs w:val="20"/>
              </w:rPr>
              <w:t xml:space="preserve"> </w:t>
            </w:r>
            <w:r w:rsidRPr="004D03D1">
              <w:rPr>
                <w:sz w:val="20"/>
                <w:szCs w:val="20"/>
              </w:rPr>
              <w:t xml:space="preserve">Исполнителя об оплате причитающегося ему вознаграждения третьим лицам </w:t>
            </w:r>
            <w:r w:rsidR="001A257C" w:rsidRPr="004D03D1">
              <w:rPr>
                <w:sz w:val="20"/>
                <w:szCs w:val="20"/>
              </w:rPr>
              <w:t>не допуска</w:t>
            </w:r>
            <w:r w:rsidRPr="004D03D1">
              <w:rPr>
                <w:sz w:val="20"/>
                <w:szCs w:val="20"/>
              </w:rPr>
              <w:t>е</w:t>
            </w:r>
            <w:r w:rsidR="001A257C" w:rsidRPr="004D03D1">
              <w:rPr>
                <w:sz w:val="20"/>
                <w:szCs w:val="20"/>
              </w:rPr>
              <w:t>тся</w:t>
            </w:r>
            <w:r w:rsidRPr="004D03D1">
              <w:rPr>
                <w:sz w:val="20"/>
                <w:szCs w:val="20"/>
              </w:rPr>
              <w:t>. Все расчеты за оказанные услуги будут произведены с Исполнителем.</w:t>
            </w:r>
            <w:r w:rsidR="00867F83">
              <w:rPr>
                <w:sz w:val="20"/>
                <w:szCs w:val="20"/>
              </w:rPr>
              <w:t xml:space="preserve">  </w:t>
            </w:r>
          </w:p>
          <w:p w:rsidR="004D03D1" w:rsidRDefault="004D03D1" w:rsidP="00B724DC">
            <w:pPr>
              <w:spacing w:after="60"/>
              <w:jc w:val="both"/>
              <w:rPr>
                <w:b/>
                <w:sz w:val="20"/>
                <w:szCs w:val="20"/>
              </w:rPr>
            </w:pPr>
          </w:p>
          <w:p w:rsidR="000D18C4" w:rsidRPr="000D18C4" w:rsidRDefault="000D18C4" w:rsidP="00B724DC">
            <w:pPr>
              <w:spacing w:after="60"/>
              <w:jc w:val="both"/>
              <w:rPr>
                <w:sz w:val="20"/>
                <w:szCs w:val="20"/>
              </w:rPr>
            </w:pPr>
            <w:r w:rsidRPr="000D18C4">
              <w:rPr>
                <w:b/>
                <w:sz w:val="20"/>
                <w:szCs w:val="20"/>
              </w:rPr>
              <w:t>15. ПРОЧИЕ ПОЛОЖЕНИЯ</w:t>
            </w:r>
          </w:p>
          <w:p w:rsidR="000D18C4" w:rsidRPr="002F221D" w:rsidRDefault="000D18C4" w:rsidP="00B724DC">
            <w:pPr>
              <w:spacing w:after="60"/>
              <w:jc w:val="both"/>
              <w:rPr>
                <w:b/>
                <w:bCs/>
                <w:sz w:val="20"/>
                <w:szCs w:val="20"/>
              </w:rPr>
            </w:pPr>
            <w:r w:rsidRPr="002F221D">
              <w:rPr>
                <w:b/>
                <w:bCs/>
                <w:sz w:val="20"/>
                <w:szCs w:val="20"/>
              </w:rPr>
              <w:t>Делимость</w:t>
            </w:r>
          </w:p>
          <w:p w:rsidR="000D18C4" w:rsidRPr="000D18C4" w:rsidRDefault="000D18C4" w:rsidP="00B724DC">
            <w:pPr>
              <w:spacing w:after="60"/>
              <w:jc w:val="both"/>
              <w:rPr>
                <w:sz w:val="20"/>
                <w:szCs w:val="20"/>
              </w:rPr>
            </w:pPr>
            <w:r w:rsidRPr="000D18C4">
              <w:rPr>
                <w:sz w:val="20"/>
                <w:szCs w:val="20"/>
              </w:rPr>
              <w:t xml:space="preserve">15.1 Если какое-либо положение настоящего Соглашения является или станет недействительным, незаконным или неисполнимым, такое положение будет исключено, а остальные положения останутся в полной силе и действии, как если бы настоящее Соглашение было заключено без данного недействительного, незаконного или неисполнимого положения. Если недействительность, незаконность или невозможность исполнения носят настолько существенный характер, что препятствуют достижению цели настоящего Соглашения, </w:t>
            </w:r>
            <w:r w:rsidR="00226678" w:rsidRPr="004D03D1">
              <w:rPr>
                <w:sz w:val="20"/>
                <w:szCs w:val="20"/>
              </w:rPr>
              <w:t>Заказчик</w:t>
            </w:r>
            <w:r w:rsidRPr="000D18C4">
              <w:rPr>
                <w:sz w:val="20"/>
                <w:szCs w:val="20"/>
              </w:rPr>
              <w:t xml:space="preserve"> и </w:t>
            </w:r>
            <w:r w:rsidR="00226678" w:rsidRPr="004D03D1">
              <w:rPr>
                <w:sz w:val="20"/>
                <w:szCs w:val="20"/>
              </w:rPr>
              <w:t>Исполнитель</w:t>
            </w:r>
            <w:r w:rsidRPr="000D18C4">
              <w:rPr>
                <w:sz w:val="20"/>
                <w:szCs w:val="20"/>
              </w:rPr>
              <w:t xml:space="preserve"> обязаны незамедлительно приступить к переговорам, действуя добросовестно, с целью согласования альтернативных условий.</w:t>
            </w:r>
          </w:p>
          <w:p w:rsidR="002F221D" w:rsidRDefault="002F221D" w:rsidP="00B724DC">
            <w:pPr>
              <w:spacing w:after="60"/>
              <w:jc w:val="both"/>
              <w:rPr>
                <w:strike/>
                <w:color w:val="FF0000"/>
                <w:sz w:val="20"/>
                <w:szCs w:val="20"/>
              </w:rPr>
            </w:pPr>
          </w:p>
          <w:p w:rsidR="0059347E" w:rsidRDefault="0059347E" w:rsidP="00B724DC">
            <w:pPr>
              <w:spacing w:after="60"/>
              <w:jc w:val="both"/>
              <w:rPr>
                <w:strike/>
                <w:color w:val="FF0000"/>
                <w:sz w:val="20"/>
                <w:szCs w:val="20"/>
              </w:rPr>
            </w:pPr>
          </w:p>
          <w:p w:rsidR="000D18C4" w:rsidRPr="002F221D" w:rsidRDefault="000D18C4" w:rsidP="00B724DC">
            <w:pPr>
              <w:spacing w:after="60"/>
              <w:jc w:val="both"/>
              <w:rPr>
                <w:b/>
                <w:bCs/>
                <w:sz w:val="20"/>
                <w:szCs w:val="20"/>
              </w:rPr>
            </w:pPr>
            <w:r w:rsidRPr="002F221D">
              <w:rPr>
                <w:b/>
                <w:bCs/>
                <w:sz w:val="20"/>
                <w:szCs w:val="20"/>
              </w:rPr>
              <w:t>Полное соглашение</w:t>
            </w:r>
          </w:p>
          <w:p w:rsidR="000D18C4" w:rsidRPr="000D18C4" w:rsidRDefault="000D18C4" w:rsidP="00B724DC">
            <w:pPr>
              <w:spacing w:after="60"/>
              <w:jc w:val="both"/>
              <w:rPr>
                <w:sz w:val="20"/>
                <w:szCs w:val="20"/>
              </w:rPr>
            </w:pPr>
            <w:r w:rsidRPr="000D18C4">
              <w:rPr>
                <w:sz w:val="20"/>
                <w:szCs w:val="20"/>
              </w:rPr>
              <w:t>15.</w:t>
            </w:r>
            <w:r w:rsidR="005E6B00" w:rsidRPr="005E6B00">
              <w:rPr>
                <w:sz w:val="20"/>
                <w:szCs w:val="20"/>
              </w:rPr>
              <w:t>2.</w:t>
            </w:r>
            <w:r w:rsidRPr="000D18C4">
              <w:rPr>
                <w:sz w:val="20"/>
                <w:szCs w:val="20"/>
              </w:rPr>
              <w:t xml:space="preserve"> Настоящее Соглашение и Предложение содержат полное соглашение между сторонами в отношении сделок, предусмотренных настоящим Соглашением, и заменяют собой все предыдущие соглашения, договоренности и понимания между сторонами, касающиеся этих сделок или данного предмета. Никакой заказ на поставку, заявление или иной аналогичный документ не может дополнять или изменять условия настоящего Соглашения.</w:t>
            </w:r>
          </w:p>
          <w:p w:rsidR="002F221D" w:rsidRDefault="000D18C4" w:rsidP="00B724DC">
            <w:pPr>
              <w:spacing w:after="60"/>
              <w:jc w:val="both"/>
              <w:rPr>
                <w:strike/>
                <w:color w:val="FF0000"/>
                <w:sz w:val="20"/>
                <w:szCs w:val="20"/>
              </w:rPr>
            </w:pPr>
            <w:r w:rsidRPr="000D18C4">
              <w:rPr>
                <w:sz w:val="20"/>
                <w:szCs w:val="20"/>
              </w:rPr>
              <w:t>15.</w:t>
            </w:r>
            <w:r w:rsidR="005E6B00" w:rsidRPr="005E6B00">
              <w:rPr>
                <w:sz w:val="20"/>
                <w:szCs w:val="20"/>
              </w:rPr>
              <w:t>3.</w:t>
            </w:r>
            <w:r w:rsidRPr="000D18C4">
              <w:rPr>
                <w:sz w:val="20"/>
                <w:szCs w:val="20"/>
              </w:rPr>
              <w:t xml:space="preserve"> Каждая сторона признает, что при заключении настоящего Соглашения она не полагалась на какие-либо заверения, гарантии, дополнительные договоры или иные заверения (за исключением тех, которые изложены или упомянуты в настоящем Соглашении), сделанные любой другой стороной или от ее имени до принятия или подписания настоящего Соглашения. </w:t>
            </w:r>
          </w:p>
          <w:p w:rsidR="002F221D" w:rsidRPr="005E6B00" w:rsidRDefault="000D18C4" w:rsidP="00B724DC">
            <w:pPr>
              <w:spacing w:after="60"/>
              <w:jc w:val="both"/>
              <w:rPr>
                <w:sz w:val="20"/>
                <w:szCs w:val="20"/>
              </w:rPr>
            </w:pPr>
            <w:r w:rsidRPr="000D18C4">
              <w:rPr>
                <w:sz w:val="20"/>
                <w:szCs w:val="20"/>
              </w:rPr>
              <w:lastRenderedPageBreak/>
              <w:t>15.</w:t>
            </w:r>
            <w:r w:rsidR="005E6B00" w:rsidRPr="005E6B00">
              <w:rPr>
                <w:sz w:val="20"/>
                <w:szCs w:val="20"/>
              </w:rPr>
              <w:t>4</w:t>
            </w:r>
            <w:r w:rsidR="005E6B00" w:rsidRPr="00E01932">
              <w:rPr>
                <w:sz w:val="20"/>
                <w:szCs w:val="20"/>
              </w:rPr>
              <w:t>.</w:t>
            </w:r>
            <w:r w:rsidRPr="000D18C4">
              <w:rPr>
                <w:sz w:val="20"/>
                <w:szCs w:val="20"/>
              </w:rPr>
              <w:t xml:space="preserve"> Ничто в настоящем Соглашении не ограничивает и не исключает ответственности за умышленное введение в заблуждение.</w:t>
            </w:r>
          </w:p>
          <w:p w:rsidR="00C055B2" w:rsidRDefault="00C055B2" w:rsidP="00B724DC">
            <w:pPr>
              <w:spacing w:after="60"/>
              <w:jc w:val="both"/>
              <w:rPr>
                <w:sz w:val="20"/>
                <w:szCs w:val="20"/>
              </w:rPr>
            </w:pPr>
            <w:r w:rsidRPr="004D03D1">
              <w:rPr>
                <w:sz w:val="20"/>
                <w:szCs w:val="20"/>
              </w:rPr>
              <w:t>15.</w:t>
            </w:r>
            <w:r w:rsidR="005E6B00" w:rsidRPr="005E6B00">
              <w:rPr>
                <w:sz w:val="20"/>
                <w:szCs w:val="20"/>
              </w:rPr>
              <w:t>5.</w:t>
            </w:r>
            <w:r w:rsidRPr="004D03D1">
              <w:rPr>
                <w:sz w:val="20"/>
                <w:szCs w:val="20"/>
              </w:rPr>
              <w:t xml:space="preserve"> Во всем, что не предусмотрено настоящим Соглашением стороны руководствуются законодательством Республики Узбекистан.</w:t>
            </w:r>
          </w:p>
          <w:p w:rsidR="000B766B" w:rsidRPr="00A53F30" w:rsidRDefault="000B766B" w:rsidP="00B724DC">
            <w:pPr>
              <w:spacing w:after="60"/>
              <w:jc w:val="both"/>
              <w:rPr>
                <w:b/>
                <w:bCs/>
                <w:color w:val="00B050"/>
                <w:sz w:val="20"/>
                <w:szCs w:val="20"/>
              </w:rPr>
            </w:pPr>
            <w:r w:rsidRPr="00A53F30">
              <w:rPr>
                <w:b/>
                <w:bCs/>
                <w:sz w:val="20"/>
                <w:szCs w:val="20"/>
              </w:rPr>
              <w:t>Антикоррупционная оговорка.</w:t>
            </w:r>
          </w:p>
          <w:p w:rsidR="00A53F30" w:rsidRDefault="00A53F30" w:rsidP="00A53F30">
            <w:pPr>
              <w:spacing w:after="60"/>
              <w:jc w:val="both"/>
              <w:rPr>
                <w:sz w:val="20"/>
              </w:rPr>
            </w:pPr>
            <w:r>
              <w:rPr>
                <w:sz w:val="20"/>
                <w:lang w:val="uz-Cyrl-UZ"/>
              </w:rPr>
              <w:t xml:space="preserve">15.6 </w:t>
            </w:r>
            <w:r w:rsidRPr="00D8662E">
              <w:rPr>
                <w:sz w:val="20"/>
              </w:rPr>
              <w:t>В рамках исполнения своих обязательств по Контракту, Стороны обеспечивают в том числе соблюдение требований применимого антикоррупционного законодательства, гарантируя, что они, их работники, аффилированные лица, бенефициары и привлекаемые для исполнения контракта деловые партнеры, посредники, подрядчики или агенты не осуществляют действия (отказываются от бездействия), квалифицируемое как получение взятки, коммерческий подкуп, дача или посредничество во взяточничестве, подкуп служащего государственного органа, организации с государственным участием и иные действия</w:t>
            </w:r>
            <w:r w:rsidRPr="00D8662E">
              <w:rPr>
                <w:sz w:val="20"/>
                <w:lang w:val="uz-Cyrl-UZ"/>
              </w:rPr>
              <w:t xml:space="preserve"> </w:t>
            </w:r>
            <w:r w:rsidRPr="00D8662E">
              <w:rPr>
                <w:sz w:val="20"/>
              </w:rPr>
              <w:t>коррупционного характера и настоящей</w:t>
            </w:r>
            <w:r w:rsidRPr="00D8662E">
              <w:rPr>
                <w:sz w:val="20"/>
                <w:lang w:val="uz-Cyrl-UZ"/>
              </w:rPr>
              <w:t xml:space="preserve"> </w:t>
            </w:r>
            <w:r w:rsidRPr="00D8662E">
              <w:rPr>
                <w:sz w:val="20"/>
              </w:rPr>
              <w:t>оговорки, предусмотренные применимым законодательством и международными актами легализации (отмыванию) доходов, полученных преступным путем и финансирования терроризма.</w:t>
            </w:r>
          </w:p>
          <w:p w:rsidR="00A53F30" w:rsidRDefault="00A53F30" w:rsidP="00A53F30">
            <w:pPr>
              <w:spacing w:after="60"/>
              <w:jc w:val="both"/>
              <w:rPr>
                <w:sz w:val="20"/>
              </w:rPr>
            </w:pPr>
            <w:r>
              <w:rPr>
                <w:sz w:val="20"/>
                <w:lang w:val="uz-Cyrl-UZ"/>
              </w:rPr>
              <w:t xml:space="preserve">15.7 </w:t>
            </w:r>
            <w:r w:rsidRPr="00D8662E">
              <w:rPr>
                <w:sz w:val="20"/>
              </w:rPr>
              <w:t>Стороны воздерживаются от прямого или косвенного, лично или через третьих лиц, предложения, обещания, дачи, вымогательства, просьбы, согласия получить и получения денежных средств, иных ценностей, имущества, имущественных прав или иной материальной и/или нематериальной выгоды в пользу или от каких-либо лиц для оказания на них с целью получения необоснованного преимущества или достижения иных неправомерных целей, в том числе несоответствующих принципам прозрачности и открытости взаимоотношений между Сторонами.</w:t>
            </w:r>
          </w:p>
          <w:p w:rsidR="00A53F30" w:rsidRDefault="00A53F30" w:rsidP="00A53F30">
            <w:pPr>
              <w:spacing w:after="60"/>
              <w:jc w:val="both"/>
              <w:rPr>
                <w:sz w:val="20"/>
              </w:rPr>
            </w:pPr>
            <w:r>
              <w:rPr>
                <w:sz w:val="20"/>
                <w:lang w:val="uz-Cyrl-UZ"/>
              </w:rPr>
              <w:t xml:space="preserve">15.8 </w:t>
            </w:r>
            <w:r w:rsidRPr="00D8662E">
              <w:rPr>
                <w:sz w:val="20"/>
              </w:rPr>
              <w:t>Стороны гарантируют принятие мер по недопущению указанных действий. Стороны обязуются открыто и незамедлительно уведомлять друг друга в письменной форме (в т.ч. с использованием корпоративной электронной почты) о возникновении подозрений нарушения или возможности нарушения Сторонами, работниками, бенефициарами, аффилированными или иными лицами, привлеченными ими в рамках исполнения Контракта и антикоррупционных положений настоящей оговорки.</w:t>
            </w:r>
          </w:p>
          <w:p w:rsidR="00A53F30" w:rsidRDefault="00A53F30" w:rsidP="00A53F30">
            <w:pPr>
              <w:spacing w:after="60"/>
              <w:jc w:val="both"/>
              <w:rPr>
                <w:sz w:val="20"/>
              </w:rPr>
            </w:pPr>
            <w:r>
              <w:rPr>
                <w:sz w:val="20"/>
                <w:lang w:val="uz-Cyrl-UZ"/>
              </w:rPr>
              <w:t xml:space="preserve">15.9 </w:t>
            </w:r>
            <w:r w:rsidRPr="00D8662E">
              <w:rPr>
                <w:sz w:val="20"/>
              </w:rPr>
              <w:t xml:space="preserve">Также в случае возникновения у одной из Сторон разумно обоснованных подозрений, что произошло или может произойти нарушение антикоррупционных положений применимого законодательства и/или настоящей оговорки другой Стороной, ее работниками, бенефициарами, аффилированными или иными лицами, привлеченными ими в рамках исполнения Контракта, данная Сторона вправе направить ей письменный запрос с требованием предоставить комментарии и информацию/документы, опровергающие или подтверждающие факт нарушения </w:t>
            </w:r>
            <w:r w:rsidRPr="00D8662E">
              <w:rPr>
                <w:sz w:val="20"/>
              </w:rPr>
              <w:lastRenderedPageBreak/>
              <w:t>в срок до 10 (десяти) рабочих дней с момента получения запроса.</w:t>
            </w:r>
          </w:p>
          <w:p w:rsidR="00A53F30" w:rsidRDefault="00A53F30" w:rsidP="00A53F30">
            <w:pPr>
              <w:spacing w:after="60"/>
              <w:jc w:val="both"/>
              <w:rPr>
                <w:sz w:val="20"/>
              </w:rPr>
            </w:pPr>
            <w:r>
              <w:rPr>
                <w:sz w:val="20"/>
                <w:lang w:val="uz-Cyrl-UZ"/>
              </w:rPr>
              <w:t xml:space="preserve">15.10 </w:t>
            </w:r>
            <w:r w:rsidRPr="00D8662E">
              <w:rPr>
                <w:sz w:val="20"/>
              </w:rPr>
              <w:t xml:space="preserve">Стороны соглашаются, что при неисполнении одной из Сторон требований пункта </w:t>
            </w:r>
            <w:r>
              <w:rPr>
                <w:sz w:val="20"/>
                <w:lang w:val="uz-Cyrl-UZ"/>
              </w:rPr>
              <w:t>15.9</w:t>
            </w:r>
            <w:r w:rsidRPr="00D8662E">
              <w:rPr>
                <w:sz w:val="20"/>
              </w:rPr>
              <w:t xml:space="preserve"> настоящей оговорки, а также в случае неполучения другой Стороной в установленный срок подтверждения, что нарушение не произошло или не произойдет, а также что Стороной реализованы меры по снижению коррупционного риска, другая Сторона имеет право расторгнуть настоящий Контракт в одностороннем порядке, равно как и приостановить его исполнение.</w:t>
            </w:r>
          </w:p>
          <w:p w:rsidR="00A53F30" w:rsidRDefault="00A53F30" w:rsidP="00A53F30">
            <w:pPr>
              <w:spacing w:after="60"/>
              <w:jc w:val="both"/>
              <w:rPr>
                <w:sz w:val="20"/>
              </w:rPr>
            </w:pPr>
            <w:r>
              <w:rPr>
                <w:sz w:val="20"/>
                <w:lang w:val="uz-Cyrl-UZ"/>
              </w:rPr>
              <w:t xml:space="preserve">15.11 </w:t>
            </w:r>
            <w:r w:rsidRPr="00D8662E">
              <w:rPr>
                <w:sz w:val="20"/>
              </w:rPr>
              <w:t xml:space="preserve">Возмещение понесенных убытков Стороне, потребовавшей одностороннего расторжения Контракта по основаниям, указанным в пункте </w:t>
            </w:r>
            <w:r>
              <w:rPr>
                <w:sz w:val="20"/>
                <w:lang w:val="uz-Cyrl-UZ"/>
              </w:rPr>
              <w:t>15.10</w:t>
            </w:r>
            <w:r w:rsidRPr="00D8662E">
              <w:rPr>
                <w:sz w:val="20"/>
              </w:rPr>
              <w:t xml:space="preserve"> настоящей оговорки, производится в порядке, определенном в соответствующей статье настоящей оговорки, при этом Сторона, нарушившая обязательства оговорки не имеет права требовать возмещения убытков, вызванных односторонним расторжением Контракта.</w:t>
            </w:r>
          </w:p>
          <w:p w:rsidR="002F221D" w:rsidRDefault="00A53F30" w:rsidP="00A53F30">
            <w:pPr>
              <w:spacing w:after="60"/>
              <w:jc w:val="both"/>
              <w:rPr>
                <w:b/>
                <w:strike/>
                <w:color w:val="FF0000"/>
                <w:sz w:val="20"/>
                <w:szCs w:val="20"/>
              </w:rPr>
            </w:pPr>
            <w:r>
              <w:rPr>
                <w:sz w:val="20"/>
                <w:lang w:val="uz-Cyrl-UZ"/>
              </w:rPr>
              <w:t xml:space="preserve">15.12 </w:t>
            </w:r>
            <w:r w:rsidRPr="00D8662E">
              <w:rPr>
                <w:sz w:val="20"/>
              </w:rPr>
              <w:t>Если Сторона по Контракту сталкивается с действиями работников Общества с фактами, указанными в настоящей оговорке и/или с фактами принуждения к совершению коррупционных нарушений, Стороне необходимо сообщить о данных фактах любым из удобных способом (телефон, факс, письменное обращение, электронная почта).</w:t>
            </w:r>
          </w:p>
          <w:p w:rsidR="000D18C4" w:rsidRPr="005E6B00" w:rsidRDefault="000D18C4" w:rsidP="004D03D1">
            <w:pPr>
              <w:spacing w:after="60"/>
              <w:jc w:val="both"/>
              <w:rPr>
                <w:sz w:val="20"/>
                <w:szCs w:val="20"/>
              </w:rPr>
            </w:pPr>
            <w:r w:rsidRPr="000D18C4">
              <w:rPr>
                <w:sz w:val="20"/>
                <w:szCs w:val="20"/>
              </w:rPr>
              <w:t>_____________</w:t>
            </w:r>
            <w:proofErr w:type="gramStart"/>
            <w:r w:rsidRPr="000D18C4">
              <w:rPr>
                <w:sz w:val="20"/>
                <w:szCs w:val="20"/>
              </w:rPr>
              <w:t>_«</w:t>
            </w:r>
            <w:proofErr w:type="gramEnd"/>
            <w:r w:rsidRPr="000D18C4">
              <w:rPr>
                <w:sz w:val="20"/>
                <w:szCs w:val="20"/>
              </w:rPr>
              <w:t>____»__________ 2026</w:t>
            </w:r>
          </w:p>
        </w:tc>
        <w:tc>
          <w:tcPr>
            <w:tcW w:w="5097" w:type="dxa"/>
          </w:tcPr>
          <w:p w:rsidR="00AB6AE4" w:rsidRPr="00AB6AE4" w:rsidRDefault="00AB6AE4" w:rsidP="00AB6AE4">
            <w:pPr>
              <w:jc w:val="center"/>
              <w:rPr>
                <w:b/>
                <w:sz w:val="20"/>
                <w:szCs w:val="20"/>
                <w:lang w:val="en-US"/>
              </w:rPr>
            </w:pPr>
            <w:r w:rsidRPr="00AB6AE4">
              <w:rPr>
                <w:b/>
                <w:sz w:val="20"/>
                <w:szCs w:val="20"/>
                <w:lang w:val="en-US"/>
              </w:rPr>
              <w:lastRenderedPageBreak/>
              <w:t>AGREEMENT No. __________</w:t>
            </w:r>
          </w:p>
          <w:p w:rsidR="00AB6AE4" w:rsidRPr="00AB6AE4" w:rsidRDefault="00AB6AE4" w:rsidP="00AB6AE4">
            <w:pPr>
              <w:jc w:val="center"/>
              <w:rPr>
                <w:b/>
                <w:sz w:val="20"/>
                <w:szCs w:val="20"/>
                <w:lang w:val="en-US"/>
              </w:rPr>
            </w:pPr>
            <w:r w:rsidRPr="00AB6AE4">
              <w:rPr>
                <w:b/>
                <w:sz w:val="20"/>
                <w:szCs w:val="20"/>
                <w:lang w:val="en-US"/>
              </w:rPr>
              <w:t>For the Provision of Services</w:t>
            </w:r>
          </w:p>
          <w:p w:rsidR="00AB6AE4" w:rsidRPr="00AB6AE4" w:rsidRDefault="00AB6AE4" w:rsidP="00AB6AE4">
            <w:pPr>
              <w:jc w:val="center"/>
              <w:rPr>
                <w:b/>
                <w:sz w:val="20"/>
                <w:szCs w:val="20"/>
                <w:lang w:val="en-US"/>
              </w:rPr>
            </w:pPr>
            <w:r w:rsidRPr="00AB6AE4">
              <w:rPr>
                <w:b/>
                <w:sz w:val="20"/>
                <w:szCs w:val="20"/>
                <w:lang w:val="en-US"/>
              </w:rPr>
              <w:t>SECTION I</w:t>
            </w:r>
          </w:p>
          <w:p w:rsidR="000D18C4" w:rsidRDefault="00AB6AE4" w:rsidP="00AB6AE4">
            <w:pPr>
              <w:jc w:val="center"/>
              <w:rPr>
                <w:b/>
                <w:sz w:val="20"/>
                <w:szCs w:val="20"/>
                <w:lang w:val="en-US"/>
              </w:rPr>
            </w:pPr>
            <w:r w:rsidRPr="00AB6AE4">
              <w:rPr>
                <w:b/>
                <w:sz w:val="20"/>
                <w:szCs w:val="20"/>
                <w:lang w:val="en-US"/>
              </w:rPr>
              <w:t>SPECIAL TERMS AND CONDITIONS FOR THE PROVISION OF SERVICES</w:t>
            </w:r>
          </w:p>
          <w:p w:rsidR="00AB6AE4" w:rsidRPr="00E01932" w:rsidRDefault="00AB6AE4" w:rsidP="00AB6AE4">
            <w:pPr>
              <w:rPr>
                <w:sz w:val="20"/>
                <w:szCs w:val="20"/>
                <w:lang w:val="en-US"/>
              </w:rPr>
            </w:pPr>
          </w:p>
          <w:p w:rsidR="000E7B7A" w:rsidRDefault="00AB6AE4" w:rsidP="000E7B7A">
            <w:pPr>
              <w:jc w:val="both"/>
              <w:rPr>
                <w:sz w:val="20"/>
                <w:szCs w:val="20"/>
                <w:lang w:val="en-US"/>
              </w:rPr>
            </w:pPr>
            <w:r w:rsidRPr="00AB6AE4">
              <w:rPr>
                <w:sz w:val="20"/>
                <w:szCs w:val="20"/>
                <w:lang w:val="en-US"/>
              </w:rPr>
              <w:t>Bukhara Oil Refinery LLC (hereinafter referred to as the “Customer”), represented by “Title, First Name, and Last Name,” acting pursuant to Power of Attorney No. _______________, on the one hand, and ________________________________ (hereinafter referred to as the “Contractor”), represented by _____________________________, acting pursuant to __________________, on the other hand, have entered into this Agreement as follows:</w:t>
            </w:r>
          </w:p>
          <w:p w:rsidR="00AB6AE4" w:rsidRPr="00E01932" w:rsidRDefault="00AB6AE4" w:rsidP="000E7B7A">
            <w:pPr>
              <w:jc w:val="both"/>
              <w:rPr>
                <w:b/>
                <w:sz w:val="20"/>
                <w:szCs w:val="20"/>
                <w:highlight w:val="yellow"/>
                <w:lang w:val="en-US"/>
              </w:rPr>
            </w:pPr>
          </w:p>
          <w:p w:rsidR="00AB6AE4" w:rsidRDefault="00AB6AE4" w:rsidP="00AB6AE4">
            <w:pPr>
              <w:jc w:val="both"/>
              <w:rPr>
                <w:b/>
                <w:sz w:val="20"/>
                <w:szCs w:val="20"/>
                <w:lang w:val="en-US"/>
              </w:rPr>
            </w:pPr>
          </w:p>
          <w:p w:rsidR="00AB6AE4" w:rsidRPr="00AB6AE4" w:rsidRDefault="00AB6AE4" w:rsidP="00AB6AE4">
            <w:pPr>
              <w:jc w:val="both"/>
              <w:rPr>
                <w:b/>
                <w:sz w:val="20"/>
                <w:szCs w:val="20"/>
                <w:lang w:val="en-US"/>
              </w:rPr>
            </w:pPr>
            <w:r w:rsidRPr="00AB6AE4">
              <w:rPr>
                <w:b/>
                <w:sz w:val="20"/>
                <w:szCs w:val="20"/>
                <w:lang w:val="en-US"/>
              </w:rPr>
              <w:t>1. Subject Matter of the Contract</w:t>
            </w:r>
          </w:p>
          <w:p w:rsidR="00AB6AE4" w:rsidRPr="000B766B" w:rsidRDefault="00AB6AE4" w:rsidP="00AB6AE4">
            <w:pPr>
              <w:spacing w:after="60"/>
              <w:jc w:val="both"/>
              <w:rPr>
                <w:sz w:val="20"/>
                <w:szCs w:val="20"/>
                <w:lang w:val="en-US"/>
              </w:rPr>
            </w:pPr>
            <w:r w:rsidRPr="000B766B">
              <w:rPr>
                <w:sz w:val="20"/>
                <w:szCs w:val="20"/>
                <w:lang w:val="en-US"/>
              </w:rPr>
              <w:t>1.1. Under this contract, the Contractor agrees to perform laboratory tests on fuel oil, as requested and in strict accordance with the Customer’s technical specifications, and the Customer agrees to pay for these services.</w:t>
            </w:r>
          </w:p>
          <w:p w:rsidR="00A674A8" w:rsidRPr="000B766B" w:rsidRDefault="00AB6AE4" w:rsidP="00AB6AE4">
            <w:pPr>
              <w:spacing w:after="60"/>
              <w:jc w:val="both"/>
              <w:rPr>
                <w:sz w:val="20"/>
                <w:szCs w:val="20"/>
                <w:lang w:val="en-US"/>
              </w:rPr>
            </w:pPr>
            <w:r w:rsidRPr="000B766B">
              <w:rPr>
                <w:sz w:val="20"/>
                <w:szCs w:val="20"/>
                <w:lang w:val="en-US"/>
              </w:rPr>
              <w:t>The technical specifications are set forth in Appendix No. 1, which is an integral part of this contract.</w:t>
            </w:r>
          </w:p>
          <w:p w:rsidR="004D03D1" w:rsidRPr="00E01932" w:rsidRDefault="004D03D1" w:rsidP="00B724DC">
            <w:pPr>
              <w:jc w:val="both"/>
              <w:rPr>
                <w:b/>
                <w:sz w:val="20"/>
                <w:szCs w:val="20"/>
                <w:lang w:val="en-US"/>
              </w:rPr>
            </w:pPr>
          </w:p>
          <w:p w:rsidR="00AB6AE4" w:rsidRDefault="00AB6AE4" w:rsidP="00B724DC">
            <w:pPr>
              <w:jc w:val="both"/>
              <w:rPr>
                <w:b/>
                <w:sz w:val="20"/>
                <w:szCs w:val="20"/>
                <w:lang w:val="en-US"/>
              </w:rPr>
            </w:pPr>
          </w:p>
          <w:p w:rsidR="00591B39" w:rsidRPr="00591B39" w:rsidRDefault="00591B39" w:rsidP="00591B39">
            <w:pPr>
              <w:jc w:val="both"/>
              <w:rPr>
                <w:b/>
                <w:sz w:val="20"/>
                <w:szCs w:val="20"/>
                <w:lang w:val="en-US"/>
              </w:rPr>
            </w:pPr>
            <w:r w:rsidRPr="00591B39">
              <w:rPr>
                <w:b/>
                <w:sz w:val="20"/>
                <w:szCs w:val="20"/>
                <w:lang w:val="en-US"/>
              </w:rPr>
              <w:t>2. Payment for Services</w:t>
            </w:r>
          </w:p>
          <w:p w:rsidR="00591B39" w:rsidRDefault="00591B39" w:rsidP="00591B39">
            <w:pPr>
              <w:jc w:val="both"/>
              <w:rPr>
                <w:bCs/>
                <w:sz w:val="20"/>
                <w:szCs w:val="20"/>
                <w:lang w:val="en-US"/>
              </w:rPr>
            </w:pPr>
          </w:p>
          <w:p w:rsidR="00591B39" w:rsidRPr="00591B39" w:rsidRDefault="00591B39" w:rsidP="00591B39">
            <w:pPr>
              <w:jc w:val="both"/>
              <w:rPr>
                <w:bCs/>
                <w:sz w:val="20"/>
                <w:szCs w:val="20"/>
                <w:lang w:val="en-US"/>
              </w:rPr>
            </w:pPr>
            <w:r w:rsidRPr="00591B39">
              <w:rPr>
                <w:bCs/>
                <w:sz w:val="20"/>
                <w:szCs w:val="20"/>
                <w:lang w:val="en-US"/>
              </w:rPr>
              <w:t>2.1. Services rendered shall be confirmed by an acceptance certificate, which must be signed and stamped by the parties.</w:t>
            </w:r>
          </w:p>
          <w:p w:rsidR="000E7B7A" w:rsidRPr="00591B39" w:rsidRDefault="00591B39" w:rsidP="00591B39">
            <w:pPr>
              <w:jc w:val="both"/>
              <w:rPr>
                <w:bCs/>
                <w:sz w:val="20"/>
                <w:szCs w:val="20"/>
                <w:lang w:val="en-US"/>
              </w:rPr>
            </w:pPr>
            <w:r w:rsidRPr="00591B39">
              <w:rPr>
                <w:bCs/>
                <w:sz w:val="20"/>
                <w:szCs w:val="20"/>
                <w:lang w:val="en-US"/>
              </w:rPr>
              <w:t>2.2. The prices specified in Section III / Proposal (Service Specifications) shall be payable in Uzbek sum or in U.S. dollars for non-resident contractors.</w:t>
            </w:r>
          </w:p>
          <w:p w:rsidR="00A674A8" w:rsidRPr="00E01932" w:rsidRDefault="00A674A8" w:rsidP="00B724DC">
            <w:pPr>
              <w:jc w:val="both"/>
              <w:rPr>
                <w:b/>
                <w:sz w:val="20"/>
                <w:szCs w:val="20"/>
                <w:highlight w:val="yellow"/>
                <w:lang w:val="en-US"/>
              </w:rPr>
            </w:pPr>
          </w:p>
          <w:p w:rsidR="00591B39" w:rsidRDefault="00591B39" w:rsidP="00B724DC">
            <w:pPr>
              <w:jc w:val="both"/>
              <w:rPr>
                <w:b/>
                <w:sz w:val="20"/>
                <w:szCs w:val="20"/>
                <w:lang w:val="en-US"/>
              </w:rPr>
            </w:pPr>
          </w:p>
          <w:p w:rsidR="00591B39" w:rsidRDefault="00591B39" w:rsidP="00B724DC">
            <w:pPr>
              <w:jc w:val="both"/>
              <w:rPr>
                <w:b/>
                <w:sz w:val="20"/>
                <w:szCs w:val="20"/>
                <w:lang w:val="en-US"/>
              </w:rPr>
            </w:pPr>
          </w:p>
          <w:p w:rsidR="00591B39" w:rsidRPr="00591B39" w:rsidRDefault="00591B39" w:rsidP="00591B39">
            <w:pPr>
              <w:jc w:val="both"/>
              <w:rPr>
                <w:b/>
                <w:sz w:val="20"/>
                <w:szCs w:val="20"/>
                <w:lang w:val="en-US"/>
              </w:rPr>
            </w:pPr>
            <w:r w:rsidRPr="00591B39">
              <w:rPr>
                <w:b/>
                <w:sz w:val="20"/>
                <w:szCs w:val="20"/>
                <w:lang w:val="en-US"/>
              </w:rPr>
              <w:t>3. Miscellaneous</w:t>
            </w:r>
          </w:p>
          <w:p w:rsidR="00591B39" w:rsidRDefault="00591B39" w:rsidP="00591B39">
            <w:pPr>
              <w:spacing w:after="60"/>
              <w:jc w:val="both"/>
              <w:rPr>
                <w:sz w:val="20"/>
                <w:szCs w:val="20"/>
                <w:lang w:val="en-US"/>
              </w:rPr>
            </w:pPr>
          </w:p>
          <w:p w:rsidR="00591B39" w:rsidRPr="00591B39" w:rsidRDefault="00591B39" w:rsidP="00591B39">
            <w:pPr>
              <w:spacing w:after="60"/>
              <w:jc w:val="both"/>
              <w:rPr>
                <w:sz w:val="20"/>
                <w:szCs w:val="20"/>
                <w:lang w:val="en-US"/>
              </w:rPr>
            </w:pPr>
            <w:r w:rsidRPr="00591B39">
              <w:rPr>
                <w:sz w:val="20"/>
                <w:szCs w:val="20"/>
                <w:lang w:val="en-US"/>
              </w:rPr>
              <w:t>3.1. This Agreement is executed in two (2) copies in Russian and Uzbek.</w:t>
            </w:r>
          </w:p>
          <w:p w:rsidR="000E7B7A" w:rsidRPr="00E01932" w:rsidRDefault="000B766B" w:rsidP="00B724DC">
            <w:pPr>
              <w:jc w:val="both"/>
              <w:rPr>
                <w:sz w:val="20"/>
                <w:szCs w:val="20"/>
                <w:lang w:val="en-US"/>
              </w:rPr>
            </w:pPr>
            <w:r w:rsidRPr="000B766B">
              <w:rPr>
                <w:sz w:val="20"/>
                <w:szCs w:val="20"/>
                <w:lang w:val="en-US"/>
              </w:rPr>
              <w:t>3.2. All signed copies (including electronic versions, scans, etc.) of this Agreement shall have equal legal force. In the event of any discrepancy between the Russian and English texts, the Russian text shall prevail.</w:t>
            </w:r>
          </w:p>
          <w:p w:rsidR="00591B39" w:rsidRDefault="00591B39" w:rsidP="00B724DC">
            <w:pPr>
              <w:jc w:val="both"/>
              <w:rPr>
                <w:b/>
                <w:sz w:val="20"/>
                <w:szCs w:val="20"/>
                <w:lang w:val="en-US"/>
              </w:rPr>
            </w:pPr>
          </w:p>
          <w:p w:rsidR="000B766B" w:rsidRDefault="000B766B" w:rsidP="00B724DC">
            <w:pPr>
              <w:jc w:val="both"/>
              <w:rPr>
                <w:b/>
                <w:sz w:val="20"/>
                <w:szCs w:val="20"/>
                <w:lang w:val="en-US"/>
              </w:rPr>
            </w:pPr>
          </w:p>
          <w:p w:rsidR="000B766B" w:rsidRDefault="000B766B" w:rsidP="00B724DC">
            <w:pPr>
              <w:jc w:val="both"/>
              <w:rPr>
                <w:b/>
                <w:sz w:val="20"/>
                <w:szCs w:val="20"/>
                <w:lang w:val="en-US"/>
              </w:rPr>
            </w:pPr>
          </w:p>
          <w:p w:rsidR="00591B39" w:rsidRPr="00591B39" w:rsidRDefault="00591B39" w:rsidP="00591B39">
            <w:pPr>
              <w:jc w:val="both"/>
              <w:rPr>
                <w:b/>
                <w:sz w:val="20"/>
                <w:szCs w:val="20"/>
                <w:lang w:val="en-US"/>
              </w:rPr>
            </w:pPr>
            <w:r w:rsidRPr="00591B39">
              <w:rPr>
                <w:b/>
                <w:sz w:val="20"/>
                <w:szCs w:val="20"/>
                <w:lang w:val="en-US"/>
              </w:rPr>
              <w:t>4. Term of the Agreement</w:t>
            </w:r>
          </w:p>
          <w:p w:rsidR="00591B39" w:rsidRPr="000B766B" w:rsidRDefault="00591B39" w:rsidP="00591B39">
            <w:pPr>
              <w:jc w:val="both"/>
              <w:rPr>
                <w:sz w:val="20"/>
                <w:szCs w:val="20"/>
                <w:lang w:val="en-US"/>
              </w:rPr>
            </w:pPr>
            <w:r w:rsidRPr="000B766B">
              <w:rPr>
                <w:sz w:val="20"/>
                <w:szCs w:val="20"/>
                <w:lang w:val="en-US"/>
              </w:rPr>
              <w:t>4.1. This Agreement shall enter into force on the date of its signing and shall remain in effect until December 31, 2026.</w:t>
            </w:r>
          </w:p>
          <w:p w:rsidR="00EB12F4" w:rsidRPr="000B766B" w:rsidRDefault="00591B39" w:rsidP="00591B39">
            <w:pPr>
              <w:jc w:val="both"/>
              <w:rPr>
                <w:sz w:val="20"/>
                <w:szCs w:val="20"/>
                <w:lang w:val="en-US"/>
              </w:rPr>
            </w:pPr>
            <w:r w:rsidRPr="000B766B">
              <w:rPr>
                <w:sz w:val="20"/>
                <w:szCs w:val="20"/>
                <w:lang w:val="en-US"/>
              </w:rPr>
              <w:t>4.2. Any additions or amendments to this Agreement may be made only by mutual written agreement of the Parties.</w:t>
            </w:r>
          </w:p>
          <w:p w:rsidR="00B816F2" w:rsidRPr="00E01932" w:rsidRDefault="00B816F2" w:rsidP="00B724DC">
            <w:pPr>
              <w:jc w:val="both"/>
              <w:rPr>
                <w:b/>
                <w:sz w:val="20"/>
                <w:szCs w:val="20"/>
                <w:lang w:val="en-US"/>
              </w:rPr>
            </w:pPr>
          </w:p>
          <w:p w:rsidR="00591B39" w:rsidRDefault="00591B39" w:rsidP="00B724DC">
            <w:pPr>
              <w:jc w:val="both"/>
              <w:rPr>
                <w:b/>
                <w:sz w:val="20"/>
                <w:szCs w:val="20"/>
                <w:lang w:val="en-US"/>
              </w:rPr>
            </w:pPr>
          </w:p>
          <w:p w:rsidR="00591B39" w:rsidRPr="00591B39" w:rsidRDefault="00591B39" w:rsidP="00591B39">
            <w:pPr>
              <w:jc w:val="both"/>
              <w:rPr>
                <w:b/>
                <w:sz w:val="20"/>
                <w:szCs w:val="20"/>
                <w:lang w:val="en-US"/>
              </w:rPr>
            </w:pPr>
            <w:r w:rsidRPr="00591B39">
              <w:rPr>
                <w:b/>
                <w:sz w:val="20"/>
                <w:szCs w:val="20"/>
                <w:lang w:val="en-US"/>
              </w:rPr>
              <w:t>5. Governing Law and Dispute Resolution</w:t>
            </w:r>
          </w:p>
          <w:p w:rsidR="00904252" w:rsidRPr="000B766B" w:rsidRDefault="00591B39" w:rsidP="00591B39">
            <w:pPr>
              <w:spacing w:after="60"/>
              <w:jc w:val="both"/>
              <w:rPr>
                <w:sz w:val="20"/>
                <w:szCs w:val="20"/>
                <w:lang w:val="en-US"/>
              </w:rPr>
            </w:pPr>
            <w:r w:rsidRPr="000B766B">
              <w:rPr>
                <w:sz w:val="20"/>
                <w:szCs w:val="20"/>
                <w:lang w:val="en-US"/>
              </w:rPr>
              <w:t xml:space="preserve">5.1    This Agreement shall be governed by the laws of the Republic of Uzbekistan. Any disputes arising out of or in connection with this Agreement shall be resolved through </w:t>
            </w:r>
            <w:r w:rsidRPr="000B766B">
              <w:rPr>
                <w:sz w:val="20"/>
                <w:szCs w:val="20"/>
                <w:lang w:val="en-US"/>
              </w:rPr>
              <w:lastRenderedPageBreak/>
              <w:t xml:space="preserve">negotiation. If the dispute cannot be resolved amicably, the parties have the right to bring the matter before the competent court at the defendant’s place of business. The laws of the Republic of Uzbekistan shall apply in court. </w:t>
            </w:r>
          </w:p>
          <w:p w:rsidR="00591B39" w:rsidRDefault="00591B39" w:rsidP="00B724DC">
            <w:pPr>
              <w:jc w:val="both"/>
              <w:rPr>
                <w:b/>
                <w:sz w:val="20"/>
                <w:szCs w:val="20"/>
                <w:lang w:val="en-US"/>
              </w:rPr>
            </w:pPr>
          </w:p>
          <w:p w:rsidR="00591B39" w:rsidRDefault="00591B39" w:rsidP="00B724DC">
            <w:pPr>
              <w:jc w:val="both"/>
              <w:rPr>
                <w:b/>
                <w:sz w:val="20"/>
                <w:szCs w:val="20"/>
                <w:lang w:val="en-US"/>
              </w:rPr>
            </w:pPr>
          </w:p>
          <w:p w:rsidR="00591B39" w:rsidRDefault="00591B39" w:rsidP="00B724DC">
            <w:pPr>
              <w:jc w:val="both"/>
              <w:rPr>
                <w:b/>
                <w:sz w:val="20"/>
                <w:szCs w:val="20"/>
                <w:lang w:val="en-US"/>
              </w:rPr>
            </w:pPr>
          </w:p>
          <w:p w:rsidR="00591B39" w:rsidRPr="00591B39" w:rsidRDefault="00591B39" w:rsidP="00591B39">
            <w:pPr>
              <w:jc w:val="both"/>
              <w:rPr>
                <w:b/>
                <w:sz w:val="20"/>
                <w:szCs w:val="20"/>
                <w:lang w:val="en-US"/>
              </w:rPr>
            </w:pPr>
            <w:r w:rsidRPr="00591B39">
              <w:rPr>
                <w:b/>
                <w:sz w:val="20"/>
                <w:szCs w:val="20"/>
                <w:lang w:val="en-US"/>
              </w:rPr>
              <w:t>SECTION II</w:t>
            </w:r>
          </w:p>
          <w:p w:rsidR="000D18C4" w:rsidRDefault="00591B39" w:rsidP="00591B39">
            <w:pPr>
              <w:jc w:val="both"/>
              <w:rPr>
                <w:b/>
                <w:sz w:val="20"/>
                <w:szCs w:val="20"/>
                <w:lang w:val="en-US"/>
              </w:rPr>
            </w:pPr>
            <w:r w:rsidRPr="00591B39">
              <w:rPr>
                <w:b/>
                <w:sz w:val="20"/>
                <w:szCs w:val="20"/>
                <w:lang w:val="en-US"/>
              </w:rPr>
              <w:t>GENERAL TERMS AND CONDITIONS FOR THE PROVISION OF SERVICES</w:t>
            </w:r>
          </w:p>
          <w:p w:rsidR="00591B39" w:rsidRPr="00E01932" w:rsidRDefault="00591B39" w:rsidP="00591B39">
            <w:pPr>
              <w:jc w:val="both"/>
              <w:rPr>
                <w:sz w:val="20"/>
                <w:szCs w:val="20"/>
                <w:lang w:val="en-US"/>
              </w:rPr>
            </w:pPr>
          </w:p>
          <w:p w:rsidR="00591B39" w:rsidRPr="00591B39" w:rsidRDefault="00591B39" w:rsidP="00591B39">
            <w:pPr>
              <w:spacing w:after="60"/>
              <w:jc w:val="both"/>
              <w:rPr>
                <w:sz w:val="20"/>
                <w:szCs w:val="20"/>
                <w:lang w:val="en-US"/>
              </w:rPr>
            </w:pPr>
            <w:r w:rsidRPr="00591B39">
              <w:rPr>
                <w:sz w:val="20"/>
                <w:szCs w:val="20"/>
                <w:lang w:val="en-US"/>
              </w:rPr>
              <w:t>1. Definitions</w:t>
            </w:r>
          </w:p>
          <w:p w:rsidR="00591B39" w:rsidRPr="00591B39" w:rsidRDefault="00591B39" w:rsidP="00591B39">
            <w:pPr>
              <w:spacing w:after="60"/>
              <w:jc w:val="both"/>
              <w:rPr>
                <w:sz w:val="20"/>
                <w:szCs w:val="20"/>
                <w:lang w:val="en-US"/>
              </w:rPr>
            </w:pPr>
            <w:r w:rsidRPr="00591B39">
              <w:rPr>
                <w:sz w:val="20"/>
                <w:szCs w:val="20"/>
                <w:lang w:val="en-US"/>
              </w:rPr>
              <w:t>1.1 In this Agreement, the following words and expressions shall have the meanings set forth below, unless the context requires otherwise:</w:t>
            </w:r>
          </w:p>
          <w:p w:rsidR="00591B39" w:rsidRPr="00591B39" w:rsidRDefault="00591B39" w:rsidP="00591B39">
            <w:pPr>
              <w:spacing w:after="60"/>
              <w:jc w:val="both"/>
              <w:rPr>
                <w:sz w:val="20"/>
                <w:szCs w:val="20"/>
                <w:lang w:val="en-US"/>
              </w:rPr>
            </w:pPr>
            <w:r w:rsidRPr="00591B39">
              <w:rPr>
                <w:sz w:val="20"/>
                <w:szCs w:val="20"/>
                <w:lang w:val="en-US"/>
              </w:rPr>
              <w:t>(a) “Agreement” means this agreement entered into between the Customer and the Contractor; the terms “Agreement” and “Contract” are interchangeable;</w:t>
            </w:r>
          </w:p>
          <w:p w:rsidR="00591B39" w:rsidRDefault="00591B39" w:rsidP="00591B39">
            <w:pPr>
              <w:spacing w:after="60"/>
              <w:jc w:val="both"/>
              <w:rPr>
                <w:sz w:val="20"/>
                <w:szCs w:val="20"/>
                <w:lang w:val="en-US"/>
              </w:rPr>
            </w:pPr>
            <w:r w:rsidRPr="00591B39">
              <w:rPr>
                <w:sz w:val="20"/>
                <w:szCs w:val="20"/>
                <w:lang w:val="en-US"/>
              </w:rPr>
              <w:t xml:space="preserve">(b) “Fee” has the meaning set forth in Section 5.1; </w:t>
            </w:r>
          </w:p>
          <w:p w:rsidR="000D18C4" w:rsidRPr="00E01932" w:rsidRDefault="00591B39" w:rsidP="00591B39">
            <w:pPr>
              <w:spacing w:after="60"/>
              <w:jc w:val="both"/>
              <w:rPr>
                <w:sz w:val="20"/>
                <w:szCs w:val="20"/>
                <w:lang w:val="en-US"/>
              </w:rPr>
            </w:pPr>
            <w:r w:rsidRPr="00591B39">
              <w:rPr>
                <w:sz w:val="20"/>
                <w:szCs w:val="20"/>
                <w:lang w:val="en-US"/>
              </w:rPr>
              <w:t xml:space="preserve">(c) “Confidential Information” means all information provided in any form or by any means that: </w:t>
            </w:r>
            <w:r w:rsidR="000D18C4" w:rsidRPr="00E01932">
              <w:rPr>
                <w:sz w:val="20"/>
                <w:szCs w:val="20"/>
                <w:lang w:val="en-US"/>
              </w:rPr>
              <w:t xml:space="preserve"> </w:t>
            </w:r>
            <w:r w:rsidRPr="00591B39">
              <w:rPr>
                <w:sz w:val="20"/>
                <w:szCs w:val="20"/>
                <w:lang w:val="en-US"/>
              </w:rPr>
              <w:t>(a) is disclosed in accordance with this Agreement or in the course of providing the Services pursuant to this Agreement; and (b) (</w:t>
            </w:r>
            <w:proofErr w:type="spellStart"/>
            <w:r w:rsidRPr="00591B39">
              <w:rPr>
                <w:sz w:val="20"/>
                <w:szCs w:val="20"/>
                <w:lang w:val="en-US"/>
              </w:rPr>
              <w:t>i</w:t>
            </w:r>
            <w:proofErr w:type="spellEnd"/>
            <w:r w:rsidRPr="00591B39">
              <w:rPr>
                <w:sz w:val="20"/>
                <w:szCs w:val="20"/>
                <w:lang w:val="en-US"/>
              </w:rPr>
              <w:t>) is disclosed in written, electronic, visual, oral, or any other form and, at the time of such disclosure, is marked, stamped, or otherwise designated as confidential by the disclosing party; and/or (ii) constitutes information, regardless of the manner of its disclosure, that may reasonably be regarded by the receiving party as confidential.</w:t>
            </w:r>
          </w:p>
          <w:p w:rsidR="00591B39" w:rsidRPr="00591B39" w:rsidRDefault="00D2145C" w:rsidP="00591B39">
            <w:pPr>
              <w:spacing w:after="60"/>
              <w:jc w:val="both"/>
              <w:rPr>
                <w:sz w:val="20"/>
                <w:szCs w:val="20"/>
                <w:lang w:val="en-US"/>
              </w:rPr>
            </w:pPr>
            <w:r w:rsidRPr="00E01932">
              <w:rPr>
                <w:sz w:val="20"/>
                <w:szCs w:val="20"/>
                <w:lang w:val="en-US"/>
              </w:rPr>
              <w:t xml:space="preserve"> </w:t>
            </w:r>
            <w:r w:rsidR="00591B39" w:rsidRPr="00591B39">
              <w:rPr>
                <w:sz w:val="20"/>
                <w:szCs w:val="20"/>
                <w:lang w:val="en-US"/>
              </w:rPr>
              <w:t>(d) “Report(s)” has the meaning set forth in Section 2.2 below;</w:t>
            </w:r>
          </w:p>
          <w:p w:rsidR="00D2145C" w:rsidRPr="00E01932" w:rsidRDefault="00591B39" w:rsidP="00591B39">
            <w:pPr>
              <w:jc w:val="both"/>
              <w:rPr>
                <w:b/>
                <w:sz w:val="20"/>
                <w:szCs w:val="20"/>
                <w:lang w:val="en-US"/>
              </w:rPr>
            </w:pPr>
            <w:r w:rsidRPr="00591B39">
              <w:rPr>
                <w:sz w:val="20"/>
                <w:szCs w:val="20"/>
                <w:lang w:val="en-US"/>
              </w:rPr>
              <w:t>1.2 The headings in this Agreement shall not affect its interpretation.</w:t>
            </w:r>
          </w:p>
          <w:p w:rsidR="00D2145C" w:rsidRPr="00E01932" w:rsidRDefault="00D2145C" w:rsidP="00B724DC">
            <w:pPr>
              <w:jc w:val="both"/>
              <w:rPr>
                <w:b/>
                <w:sz w:val="20"/>
                <w:szCs w:val="20"/>
                <w:lang w:val="en-US"/>
              </w:rPr>
            </w:pPr>
          </w:p>
          <w:p w:rsidR="00591B39" w:rsidRDefault="00591B39" w:rsidP="00B724DC">
            <w:pPr>
              <w:jc w:val="both"/>
              <w:rPr>
                <w:b/>
                <w:sz w:val="20"/>
                <w:szCs w:val="20"/>
                <w:lang w:val="en-US"/>
              </w:rPr>
            </w:pPr>
          </w:p>
          <w:p w:rsidR="00591B39" w:rsidRDefault="00591B39" w:rsidP="00591B39">
            <w:pPr>
              <w:jc w:val="both"/>
              <w:rPr>
                <w:b/>
                <w:sz w:val="20"/>
                <w:szCs w:val="20"/>
                <w:lang w:val="en-US"/>
              </w:rPr>
            </w:pPr>
            <w:r w:rsidRPr="00591B39">
              <w:rPr>
                <w:b/>
                <w:sz w:val="20"/>
                <w:szCs w:val="20"/>
                <w:lang w:val="en-US"/>
              </w:rPr>
              <w:t>2. Services</w:t>
            </w:r>
          </w:p>
          <w:p w:rsidR="00591B39" w:rsidRPr="00591B39" w:rsidRDefault="00591B39" w:rsidP="00591B39">
            <w:pPr>
              <w:jc w:val="both"/>
              <w:rPr>
                <w:b/>
                <w:sz w:val="20"/>
                <w:szCs w:val="20"/>
                <w:lang w:val="en-US"/>
              </w:rPr>
            </w:pPr>
          </w:p>
          <w:p w:rsidR="00591B39" w:rsidRPr="00591B39" w:rsidRDefault="00591B39" w:rsidP="00591B39">
            <w:pPr>
              <w:spacing w:after="60"/>
              <w:jc w:val="both"/>
              <w:rPr>
                <w:bCs/>
                <w:sz w:val="20"/>
                <w:szCs w:val="20"/>
                <w:lang w:val="en-US"/>
              </w:rPr>
            </w:pPr>
            <w:r w:rsidRPr="00591B39">
              <w:rPr>
                <w:bCs/>
                <w:sz w:val="20"/>
                <w:szCs w:val="20"/>
                <w:lang w:val="en-US"/>
              </w:rPr>
              <w:t>2.1 The Contractor agrees to provide Services to the Customer in accordance with the terms of this Agreement and the Customer’s technical specifications.</w:t>
            </w:r>
          </w:p>
          <w:p w:rsidR="00D2145C" w:rsidRDefault="00591B39" w:rsidP="00B724DC">
            <w:pPr>
              <w:jc w:val="both"/>
              <w:rPr>
                <w:sz w:val="20"/>
                <w:szCs w:val="20"/>
                <w:lang w:val="en-US"/>
              </w:rPr>
            </w:pPr>
            <w:r w:rsidRPr="00591B39">
              <w:rPr>
                <w:sz w:val="20"/>
                <w:szCs w:val="20"/>
                <w:lang w:val="en-US"/>
              </w:rPr>
              <w:t>2.2 The services provided by the Contractor under this Agreement, as well as any laboratory data, calculations, measurements, assessments, notes, certificates, and other materials prepared by the Contractor in the course of providing the Services to the Customer, together with progress reports or any other communications in any form describing the results of the work performed or services rendered (hereinafter referred to as the “Report(s)”), are intended solely for the use and in the best interests of the Customer.</w:t>
            </w:r>
          </w:p>
          <w:p w:rsidR="00591B39" w:rsidRDefault="00591B39" w:rsidP="00B724DC">
            <w:pPr>
              <w:jc w:val="both"/>
              <w:rPr>
                <w:sz w:val="20"/>
                <w:szCs w:val="20"/>
                <w:lang w:val="en-US"/>
              </w:rPr>
            </w:pPr>
          </w:p>
          <w:p w:rsidR="00591B39" w:rsidRDefault="00591B39" w:rsidP="00B724DC">
            <w:pPr>
              <w:jc w:val="both"/>
              <w:rPr>
                <w:sz w:val="20"/>
                <w:szCs w:val="20"/>
                <w:lang w:val="en-US"/>
              </w:rPr>
            </w:pPr>
          </w:p>
          <w:p w:rsidR="000D18C4" w:rsidRPr="00E01932" w:rsidRDefault="000D18C4" w:rsidP="00B724DC">
            <w:pPr>
              <w:jc w:val="both"/>
              <w:rPr>
                <w:sz w:val="20"/>
                <w:szCs w:val="20"/>
                <w:lang w:val="en-US"/>
              </w:rPr>
            </w:pPr>
            <w:r w:rsidRPr="00E01932">
              <w:rPr>
                <w:b/>
                <w:sz w:val="20"/>
                <w:szCs w:val="20"/>
                <w:lang w:val="en-US"/>
              </w:rPr>
              <w:t>3.</w:t>
            </w:r>
            <w:r w:rsidR="00A674A8" w:rsidRPr="00E01932">
              <w:rPr>
                <w:b/>
                <w:sz w:val="20"/>
                <w:szCs w:val="20"/>
                <w:lang w:val="en-US"/>
              </w:rPr>
              <w:t xml:space="preserve"> </w:t>
            </w:r>
            <w:r w:rsidR="00591B39" w:rsidRPr="00591B39">
              <w:rPr>
                <w:b/>
                <w:bCs/>
                <w:sz w:val="20"/>
                <w:szCs w:val="20"/>
                <w:lang w:val="en-US"/>
              </w:rPr>
              <w:t>CONTRACTOR'S WARRANTIES AND OBLIGATIONS</w:t>
            </w:r>
          </w:p>
          <w:p w:rsidR="000B35F6" w:rsidRPr="00E01932" w:rsidRDefault="000B35F6" w:rsidP="00B724DC">
            <w:pPr>
              <w:jc w:val="both"/>
              <w:rPr>
                <w:sz w:val="20"/>
                <w:szCs w:val="20"/>
                <w:lang w:val="en-US"/>
              </w:rPr>
            </w:pPr>
          </w:p>
          <w:p w:rsidR="00591B39" w:rsidRPr="00591B39" w:rsidRDefault="00591B39" w:rsidP="00591B39">
            <w:pPr>
              <w:jc w:val="both"/>
              <w:rPr>
                <w:sz w:val="20"/>
                <w:szCs w:val="20"/>
                <w:lang w:val="en-US"/>
              </w:rPr>
            </w:pPr>
            <w:proofErr w:type="gramStart"/>
            <w:r w:rsidRPr="00591B39">
              <w:rPr>
                <w:sz w:val="20"/>
                <w:szCs w:val="20"/>
                <w:lang w:val="en-US"/>
              </w:rPr>
              <w:t>3.1  The</w:t>
            </w:r>
            <w:proofErr w:type="gramEnd"/>
            <w:r w:rsidRPr="00591B39">
              <w:rPr>
                <w:sz w:val="20"/>
                <w:szCs w:val="20"/>
                <w:lang w:val="en-US"/>
              </w:rPr>
              <w:t xml:space="preserve"> Contractor warrants:</w:t>
            </w:r>
          </w:p>
          <w:p w:rsidR="00591B39" w:rsidRDefault="00591B39" w:rsidP="00591B39">
            <w:pPr>
              <w:jc w:val="both"/>
              <w:rPr>
                <w:sz w:val="20"/>
                <w:szCs w:val="20"/>
                <w:lang w:val="en-US"/>
              </w:rPr>
            </w:pPr>
            <w:r w:rsidRPr="00591B39">
              <w:rPr>
                <w:sz w:val="20"/>
                <w:szCs w:val="20"/>
                <w:lang w:val="en-US"/>
              </w:rPr>
              <w:lastRenderedPageBreak/>
              <w:t xml:space="preserve">(a) that it has the authority and right to enter into this Agreement and that it will comply with the applicable laws and regulations governing the relationship between the parties under this Agreement; </w:t>
            </w:r>
          </w:p>
          <w:p w:rsidR="000019BE" w:rsidRDefault="000019BE" w:rsidP="00591B39">
            <w:pPr>
              <w:jc w:val="both"/>
              <w:rPr>
                <w:sz w:val="20"/>
                <w:szCs w:val="20"/>
                <w:lang w:val="en-US"/>
              </w:rPr>
            </w:pPr>
          </w:p>
          <w:p w:rsidR="00DD43F3" w:rsidRPr="00DD43F3" w:rsidRDefault="00DD43F3" w:rsidP="00DD43F3">
            <w:pPr>
              <w:jc w:val="both"/>
              <w:rPr>
                <w:sz w:val="20"/>
                <w:szCs w:val="20"/>
                <w:lang w:val="en-US"/>
              </w:rPr>
            </w:pPr>
            <w:r w:rsidRPr="00DD43F3">
              <w:rPr>
                <w:sz w:val="20"/>
                <w:szCs w:val="20"/>
                <w:lang w:val="en-US"/>
              </w:rPr>
              <w:t>(b) that the Services will be provided with the same degree of care and professionalism as is typically demonstrated by other companies providing similar services under comparable circumstances;</w:t>
            </w:r>
          </w:p>
          <w:p w:rsidR="00DD43F3" w:rsidRDefault="00DD43F3" w:rsidP="00DD43F3">
            <w:pPr>
              <w:jc w:val="both"/>
              <w:rPr>
                <w:sz w:val="20"/>
                <w:szCs w:val="20"/>
                <w:lang w:val="en-US"/>
              </w:rPr>
            </w:pPr>
            <w:r w:rsidRPr="00DD43F3">
              <w:rPr>
                <w:sz w:val="20"/>
                <w:szCs w:val="20"/>
                <w:lang w:val="en-US"/>
              </w:rPr>
              <w:t xml:space="preserve">(c) that it will take reasonable measures to ensure that its personnel, while on the Client’s premises, comply with all occupational health and safety rules and regulations, as well as any other reasonable safety requirements of which the Client has notified the Contractor; </w:t>
            </w:r>
          </w:p>
          <w:p w:rsidR="00DD43F3" w:rsidRDefault="00DD43F3" w:rsidP="00DD43F3">
            <w:pPr>
              <w:jc w:val="both"/>
              <w:rPr>
                <w:sz w:val="20"/>
                <w:szCs w:val="20"/>
                <w:lang w:val="en-US"/>
              </w:rPr>
            </w:pPr>
            <w:r w:rsidRPr="00DD43F3">
              <w:rPr>
                <w:sz w:val="20"/>
                <w:szCs w:val="20"/>
                <w:lang w:val="en-US"/>
              </w:rPr>
              <w:t>(in the event that services are provided (work is performed) on the Customer’s premises);</w:t>
            </w:r>
          </w:p>
          <w:p w:rsidR="00DD43F3" w:rsidRPr="00DD43F3" w:rsidRDefault="00DD43F3" w:rsidP="00DD43F3">
            <w:pPr>
              <w:jc w:val="both"/>
              <w:rPr>
                <w:sz w:val="20"/>
                <w:szCs w:val="20"/>
                <w:lang w:val="en-US"/>
              </w:rPr>
            </w:pPr>
            <w:r w:rsidRPr="00DD43F3">
              <w:rPr>
                <w:sz w:val="20"/>
                <w:szCs w:val="20"/>
                <w:lang w:val="en-US"/>
              </w:rPr>
              <w:t xml:space="preserve">(d) that the Reports prepared in connection with the Services will not infringe upon any legal rights (including intellectual property rights) of third parties. </w:t>
            </w:r>
          </w:p>
          <w:p w:rsidR="000B35F6" w:rsidRPr="00E01932" w:rsidRDefault="00DD43F3" w:rsidP="00DD43F3">
            <w:pPr>
              <w:jc w:val="both"/>
              <w:rPr>
                <w:b/>
                <w:sz w:val="20"/>
                <w:szCs w:val="20"/>
                <w:lang w:val="en-US"/>
              </w:rPr>
            </w:pPr>
            <w:r w:rsidRPr="00DD43F3">
              <w:rPr>
                <w:sz w:val="20"/>
                <w:szCs w:val="20"/>
                <w:lang w:val="en-US"/>
              </w:rPr>
              <w:t>3.2 In the event of a breach of the warranty set forth in Section 3.1(b), the Contractor agrees, at its own expense, to provide services of the same type as those originally provided, to the extent reasonably necessary to remedy any deficiency in the Contractor’s performance of its obligations.</w:t>
            </w:r>
          </w:p>
          <w:p w:rsidR="00E01932" w:rsidRDefault="00E01932" w:rsidP="00DA2E2B">
            <w:pPr>
              <w:jc w:val="both"/>
              <w:rPr>
                <w:b/>
                <w:bCs/>
                <w:sz w:val="20"/>
                <w:szCs w:val="20"/>
                <w:lang w:val="en-US"/>
              </w:rPr>
            </w:pPr>
          </w:p>
          <w:p w:rsidR="0059347E" w:rsidRDefault="0059347E" w:rsidP="00DD43F3">
            <w:pPr>
              <w:jc w:val="both"/>
              <w:rPr>
                <w:b/>
                <w:bCs/>
                <w:sz w:val="20"/>
                <w:szCs w:val="20"/>
                <w:lang w:val="en-US"/>
              </w:rPr>
            </w:pPr>
          </w:p>
          <w:p w:rsidR="0059347E" w:rsidRDefault="0059347E" w:rsidP="00DD43F3">
            <w:pPr>
              <w:jc w:val="both"/>
              <w:rPr>
                <w:b/>
                <w:bCs/>
                <w:sz w:val="20"/>
                <w:szCs w:val="20"/>
                <w:lang w:val="en-US"/>
              </w:rPr>
            </w:pPr>
          </w:p>
          <w:p w:rsidR="00DD43F3" w:rsidRPr="00DD43F3" w:rsidRDefault="00DD43F3" w:rsidP="00DD43F3">
            <w:pPr>
              <w:jc w:val="both"/>
              <w:rPr>
                <w:b/>
                <w:bCs/>
                <w:sz w:val="20"/>
                <w:szCs w:val="20"/>
                <w:lang w:val="en-US"/>
              </w:rPr>
            </w:pPr>
            <w:r w:rsidRPr="00DD43F3">
              <w:rPr>
                <w:b/>
                <w:bCs/>
                <w:sz w:val="20"/>
                <w:szCs w:val="20"/>
                <w:lang w:val="en-US"/>
              </w:rPr>
              <w:t>The Contractor shall:</w:t>
            </w:r>
          </w:p>
          <w:p w:rsidR="00DD43F3" w:rsidRPr="000B766B" w:rsidRDefault="00DD43F3" w:rsidP="00DD43F3">
            <w:pPr>
              <w:spacing w:after="60"/>
              <w:jc w:val="both"/>
              <w:rPr>
                <w:sz w:val="20"/>
                <w:szCs w:val="20"/>
                <w:lang w:val="en-US"/>
              </w:rPr>
            </w:pPr>
          </w:p>
          <w:p w:rsidR="00DD43F3" w:rsidRPr="00DD43F3" w:rsidRDefault="00DD43F3" w:rsidP="00DD43F3">
            <w:pPr>
              <w:spacing w:after="60"/>
              <w:jc w:val="both"/>
              <w:rPr>
                <w:sz w:val="20"/>
                <w:szCs w:val="20"/>
                <w:lang w:val="en-US"/>
              </w:rPr>
            </w:pPr>
            <w:r w:rsidRPr="00DD43F3">
              <w:rPr>
                <w:sz w:val="20"/>
                <w:szCs w:val="20"/>
                <w:lang w:val="en-US"/>
              </w:rPr>
              <w:t>(a) Notify the Customer of the receipt of the fuel oil samples sent.</w:t>
            </w:r>
          </w:p>
          <w:p w:rsidR="000B35F6" w:rsidRPr="000B766B" w:rsidRDefault="00DD43F3" w:rsidP="00DD43F3">
            <w:pPr>
              <w:spacing w:after="60"/>
              <w:jc w:val="both"/>
              <w:rPr>
                <w:sz w:val="20"/>
                <w:szCs w:val="20"/>
                <w:lang w:val="en-US"/>
              </w:rPr>
            </w:pPr>
            <w:r w:rsidRPr="000B766B">
              <w:rPr>
                <w:sz w:val="20"/>
                <w:szCs w:val="20"/>
                <w:lang w:val="en-US"/>
              </w:rPr>
              <w:t xml:space="preserve">(b) Provide the services specified in this contract and submit the relevant reports and other documentation to the Customer within a period not exceeding 60 calendar days from the date of receipt of the samples. </w:t>
            </w:r>
          </w:p>
          <w:p w:rsidR="000019BE" w:rsidRDefault="000019BE" w:rsidP="00B724DC">
            <w:pPr>
              <w:jc w:val="both"/>
              <w:rPr>
                <w:b/>
                <w:sz w:val="20"/>
                <w:szCs w:val="20"/>
                <w:lang w:val="en-US"/>
              </w:rPr>
            </w:pPr>
          </w:p>
          <w:p w:rsidR="000D18C4" w:rsidRPr="00E01932" w:rsidRDefault="000D18C4" w:rsidP="00B724DC">
            <w:pPr>
              <w:jc w:val="both"/>
              <w:rPr>
                <w:sz w:val="20"/>
                <w:szCs w:val="20"/>
                <w:lang w:val="en-US"/>
              </w:rPr>
            </w:pPr>
            <w:r w:rsidRPr="00E01932">
              <w:rPr>
                <w:b/>
                <w:sz w:val="20"/>
                <w:szCs w:val="20"/>
                <w:lang w:val="en-US"/>
              </w:rPr>
              <w:t xml:space="preserve">4. </w:t>
            </w:r>
            <w:r w:rsidR="00DD43F3" w:rsidRPr="00DD43F3">
              <w:rPr>
                <w:b/>
                <w:sz w:val="20"/>
                <w:szCs w:val="20"/>
                <w:lang w:val="en-US"/>
              </w:rPr>
              <w:t>GUARANTEES AND OBLIGATIONS OF THE CUSTOMER</w:t>
            </w:r>
          </w:p>
          <w:p w:rsidR="00DD43F3" w:rsidRPr="00DD43F3" w:rsidRDefault="00DD43F3" w:rsidP="00DD43F3">
            <w:pPr>
              <w:jc w:val="both"/>
              <w:rPr>
                <w:sz w:val="20"/>
                <w:szCs w:val="20"/>
                <w:lang w:val="en-US"/>
              </w:rPr>
            </w:pPr>
            <w:r w:rsidRPr="00DD43F3">
              <w:rPr>
                <w:sz w:val="20"/>
                <w:szCs w:val="20"/>
                <w:lang w:val="en-US"/>
              </w:rPr>
              <w:t>4.1 The Customer represents and warrants:</w:t>
            </w:r>
          </w:p>
          <w:p w:rsidR="00DD43F3" w:rsidRPr="00DD43F3" w:rsidRDefault="00DD43F3" w:rsidP="00DD43F3">
            <w:pPr>
              <w:jc w:val="both"/>
              <w:rPr>
                <w:sz w:val="20"/>
                <w:szCs w:val="20"/>
                <w:lang w:val="en-US"/>
              </w:rPr>
            </w:pPr>
            <w:r w:rsidRPr="00DD43F3">
              <w:rPr>
                <w:sz w:val="20"/>
                <w:szCs w:val="20"/>
                <w:lang w:val="en-US"/>
              </w:rPr>
              <w:t xml:space="preserve">(a) that it has the authority and right to enter into this Agreement </w:t>
            </w:r>
          </w:p>
          <w:p w:rsidR="00DD43F3" w:rsidRDefault="00DD43F3" w:rsidP="00DD43F3">
            <w:pPr>
              <w:tabs>
                <w:tab w:val="left" w:pos="433"/>
              </w:tabs>
              <w:jc w:val="both"/>
              <w:rPr>
                <w:sz w:val="20"/>
                <w:szCs w:val="20"/>
                <w:lang w:val="uz-Cyrl-UZ"/>
              </w:rPr>
            </w:pPr>
            <w:r w:rsidRPr="00DD43F3">
              <w:rPr>
                <w:sz w:val="20"/>
                <w:szCs w:val="20"/>
                <w:lang w:val="en-US"/>
              </w:rPr>
              <w:t>(b) that the samples provided by the Customer to the Contractor will be shipped to the Contractor’s address (at the Customer’s expense)</w:t>
            </w:r>
          </w:p>
          <w:p w:rsidR="00DA2E2B" w:rsidRPr="00DA2E2B" w:rsidRDefault="00FA4CE6" w:rsidP="00DD43F3">
            <w:pPr>
              <w:tabs>
                <w:tab w:val="left" w:pos="433"/>
              </w:tabs>
              <w:jc w:val="both"/>
              <w:rPr>
                <w:sz w:val="20"/>
                <w:szCs w:val="20"/>
                <w:lang w:val="en-US"/>
              </w:rPr>
            </w:pPr>
            <w:r>
              <w:rPr>
                <w:sz w:val="20"/>
                <w:szCs w:val="20"/>
                <w:lang w:val="en-US"/>
              </w:rPr>
              <w:tab/>
            </w:r>
          </w:p>
          <w:p w:rsidR="00DA3E71" w:rsidRPr="00DA3E71" w:rsidRDefault="00DA3E71" w:rsidP="00DA3E71">
            <w:pPr>
              <w:jc w:val="both"/>
              <w:rPr>
                <w:sz w:val="20"/>
                <w:szCs w:val="20"/>
                <w:lang w:val="en-US"/>
              </w:rPr>
            </w:pPr>
            <w:r w:rsidRPr="00DA3E71">
              <w:rPr>
                <w:sz w:val="20"/>
                <w:szCs w:val="20"/>
                <w:lang w:val="en-US"/>
              </w:rPr>
              <w:t>4.2 The Customer agrees to:</w:t>
            </w:r>
          </w:p>
          <w:p w:rsidR="00DA3E71" w:rsidRDefault="00DA3E71" w:rsidP="00DA3E71">
            <w:pPr>
              <w:jc w:val="both"/>
              <w:rPr>
                <w:sz w:val="20"/>
                <w:szCs w:val="20"/>
                <w:lang w:val="en-US"/>
              </w:rPr>
            </w:pPr>
            <w:r w:rsidRPr="00DA3E71">
              <w:rPr>
                <w:sz w:val="20"/>
                <w:szCs w:val="20"/>
                <w:lang w:val="en-US"/>
              </w:rPr>
              <w:t xml:space="preserve">(a) cooperate with the Contractor on all matters related to the Services and designate a person responsible for the Services who will be duly authorized to issue instructions to the Contractor on behalf of the Customer; </w:t>
            </w:r>
          </w:p>
          <w:p w:rsidR="00852331" w:rsidRPr="00DA3E71" w:rsidRDefault="00DA3E71" w:rsidP="00B724DC">
            <w:pPr>
              <w:jc w:val="both"/>
              <w:rPr>
                <w:sz w:val="20"/>
                <w:szCs w:val="20"/>
                <w:lang w:val="uz-Cyrl-UZ"/>
              </w:rPr>
            </w:pPr>
            <w:r w:rsidRPr="00DA3E71">
              <w:rPr>
                <w:sz w:val="20"/>
                <w:szCs w:val="20"/>
                <w:lang w:val="en-US"/>
              </w:rPr>
              <w:t>(b) to provide the Contractor (including its agents, subcontractors, and employees) in a timely manner and at its own expense with all samples, information, materials, or other documentation necessary for the provision of the Services, in an amount sufficient to enable the Contractor to provide the Services in accordance with this Agreement.</w:t>
            </w:r>
            <w:r>
              <w:rPr>
                <w:sz w:val="20"/>
                <w:szCs w:val="20"/>
                <w:lang w:val="uz-Cyrl-UZ"/>
              </w:rPr>
              <w:t xml:space="preserve"> </w:t>
            </w:r>
            <w:r w:rsidRPr="00DA3E71">
              <w:rPr>
                <w:sz w:val="20"/>
                <w:szCs w:val="20"/>
                <w:lang w:val="uz-Cyrl-UZ"/>
              </w:rPr>
              <w:t xml:space="preserve">The Customer acknowledges that any samples provided may be damaged or destroyed during testing as part of the necessary </w:t>
            </w:r>
            <w:r w:rsidRPr="00DA3E71">
              <w:rPr>
                <w:sz w:val="20"/>
                <w:szCs w:val="20"/>
                <w:lang w:val="uz-Cyrl-UZ"/>
              </w:rPr>
              <w:lastRenderedPageBreak/>
              <w:t>testing process, and agrees to hold the Contractor harmless for such changes, damage, or destruction;</w:t>
            </w:r>
          </w:p>
          <w:p w:rsidR="00E01932" w:rsidRPr="00DA3E71" w:rsidRDefault="00E01932" w:rsidP="00B724DC">
            <w:pPr>
              <w:jc w:val="both"/>
              <w:rPr>
                <w:sz w:val="20"/>
                <w:szCs w:val="20"/>
                <w:lang w:val="uz-Cyrl-UZ"/>
              </w:rPr>
            </w:pPr>
          </w:p>
          <w:p w:rsidR="00DA3E71" w:rsidRDefault="00DA3E71" w:rsidP="00B724DC">
            <w:pPr>
              <w:jc w:val="both"/>
              <w:rPr>
                <w:sz w:val="20"/>
                <w:szCs w:val="20"/>
                <w:lang w:val="en-US"/>
              </w:rPr>
            </w:pPr>
          </w:p>
          <w:p w:rsidR="00852331" w:rsidRPr="00852331" w:rsidRDefault="00DA3E71" w:rsidP="00B724DC">
            <w:pPr>
              <w:jc w:val="both"/>
              <w:rPr>
                <w:sz w:val="20"/>
                <w:szCs w:val="20"/>
                <w:lang w:val="en-US"/>
              </w:rPr>
            </w:pPr>
            <w:r w:rsidRPr="00DA3E71">
              <w:rPr>
                <w:sz w:val="20"/>
                <w:szCs w:val="20"/>
                <w:lang w:val="en-US"/>
              </w:rPr>
              <w:t>(c) grant the Contractor (including its agents, subcontractors, and employees) access to its premises to the extent reasonably necessary for the provision of the Services, as well as to any other relevant premises where the Services are to be provided (if the Services are to be provided on the Customer’s premises);</w:t>
            </w:r>
          </w:p>
          <w:p w:rsidR="00DA3E71" w:rsidRDefault="00DA3E71" w:rsidP="00B724DC">
            <w:pPr>
              <w:jc w:val="both"/>
              <w:rPr>
                <w:sz w:val="20"/>
                <w:szCs w:val="20"/>
                <w:lang w:val="en-US"/>
              </w:rPr>
            </w:pPr>
          </w:p>
          <w:p w:rsidR="00DA3E71" w:rsidRDefault="00DA3E71" w:rsidP="00B724DC">
            <w:pPr>
              <w:jc w:val="both"/>
              <w:rPr>
                <w:sz w:val="20"/>
                <w:szCs w:val="20"/>
                <w:lang w:val="en-US"/>
              </w:rPr>
            </w:pPr>
            <w:r w:rsidRPr="00DA3E71">
              <w:rPr>
                <w:sz w:val="20"/>
                <w:szCs w:val="20"/>
                <w:lang w:val="en-US"/>
              </w:rPr>
              <w:t>(d) prior to the arrival of the Contractor’s representatives at any premises where the Services are to be performed, inform the Contractor of all applicable occupational health and safety rules and regulations, as well as any other reasonable safety requirements that may be in effect at any relevant premises where the Services are to be performed;</w:t>
            </w:r>
          </w:p>
          <w:p w:rsidR="000019BE" w:rsidRDefault="000019BE" w:rsidP="00B724DC">
            <w:pPr>
              <w:jc w:val="both"/>
              <w:rPr>
                <w:sz w:val="20"/>
                <w:szCs w:val="20"/>
                <w:lang w:val="en-US"/>
              </w:rPr>
            </w:pPr>
          </w:p>
          <w:p w:rsidR="000D18C4" w:rsidRPr="00FA4CE6" w:rsidRDefault="00DA3E71" w:rsidP="00B724DC">
            <w:pPr>
              <w:jc w:val="both"/>
              <w:rPr>
                <w:sz w:val="20"/>
                <w:szCs w:val="20"/>
                <w:lang w:val="en-US"/>
              </w:rPr>
            </w:pPr>
            <w:r w:rsidRPr="00DA3E71">
              <w:rPr>
                <w:sz w:val="20"/>
                <w:szCs w:val="20"/>
                <w:lang w:val="en-US"/>
              </w:rPr>
              <w:t>(e) obtain and maintain all necessary licenses and permits in order to comply with applicable laws and regulations governing the Services;</w:t>
            </w:r>
          </w:p>
          <w:p w:rsidR="005E6B00" w:rsidRDefault="005E6B00" w:rsidP="00B724DC">
            <w:pPr>
              <w:jc w:val="both"/>
              <w:rPr>
                <w:b/>
                <w:sz w:val="20"/>
                <w:szCs w:val="20"/>
                <w:lang w:val="en-US"/>
              </w:rPr>
            </w:pPr>
          </w:p>
          <w:p w:rsidR="00DA3E71" w:rsidRDefault="00DA3E71" w:rsidP="00B724DC">
            <w:pPr>
              <w:jc w:val="both"/>
              <w:rPr>
                <w:b/>
                <w:sz w:val="20"/>
                <w:szCs w:val="20"/>
                <w:lang w:val="en-US"/>
              </w:rPr>
            </w:pPr>
          </w:p>
          <w:p w:rsidR="0059347E" w:rsidRDefault="0059347E" w:rsidP="00B724DC">
            <w:pPr>
              <w:jc w:val="both"/>
              <w:rPr>
                <w:b/>
                <w:sz w:val="20"/>
                <w:szCs w:val="20"/>
                <w:lang w:val="en-US"/>
              </w:rPr>
            </w:pPr>
          </w:p>
          <w:p w:rsidR="000D18C4" w:rsidRPr="00FA4CE6" w:rsidRDefault="000D18C4" w:rsidP="00B724DC">
            <w:pPr>
              <w:jc w:val="both"/>
              <w:rPr>
                <w:sz w:val="20"/>
                <w:szCs w:val="20"/>
                <w:lang w:val="en-US"/>
              </w:rPr>
            </w:pPr>
            <w:r w:rsidRPr="00852331">
              <w:rPr>
                <w:b/>
                <w:sz w:val="20"/>
                <w:szCs w:val="20"/>
                <w:lang w:val="en-US"/>
              </w:rPr>
              <w:t xml:space="preserve">5. </w:t>
            </w:r>
            <w:r w:rsidR="00DA3E71" w:rsidRPr="00DA3E71">
              <w:rPr>
                <w:b/>
                <w:sz w:val="20"/>
                <w:szCs w:val="20"/>
                <w:lang w:val="en-US"/>
              </w:rPr>
              <w:t>PROCEDURE FOR ISSUING INVOICES AND PAYMENT</w:t>
            </w:r>
          </w:p>
          <w:p w:rsidR="00DA3E71" w:rsidRPr="00DA3E71" w:rsidRDefault="00DA3E71" w:rsidP="00DA3E71">
            <w:pPr>
              <w:jc w:val="both"/>
              <w:rPr>
                <w:sz w:val="20"/>
                <w:szCs w:val="20"/>
                <w:lang w:val="en-US"/>
              </w:rPr>
            </w:pPr>
            <w:r w:rsidRPr="00DA3E71">
              <w:rPr>
                <w:sz w:val="20"/>
                <w:szCs w:val="20"/>
                <w:lang w:val="en-US"/>
              </w:rPr>
              <w:t>5.1 The Customer agrees to pay the Contractor a fee for the provision of the Services (hereinafter referred to as the “Fee”).</w:t>
            </w:r>
          </w:p>
          <w:p w:rsidR="00DA3E71" w:rsidRPr="00DA3E71" w:rsidRDefault="00DA3E71" w:rsidP="00DA3E71">
            <w:pPr>
              <w:jc w:val="both"/>
              <w:rPr>
                <w:sz w:val="20"/>
                <w:szCs w:val="20"/>
                <w:lang w:val="en-US"/>
              </w:rPr>
            </w:pPr>
            <w:r w:rsidRPr="00DA3E71">
              <w:rPr>
                <w:sz w:val="20"/>
                <w:szCs w:val="20"/>
                <w:lang w:val="en-US"/>
              </w:rPr>
              <w:t xml:space="preserve">5.2 The cost of the Services shall include the Contractor’s incidental expenses, including taxes and other charges. </w:t>
            </w:r>
          </w:p>
          <w:p w:rsidR="000D18C4" w:rsidRDefault="00DA3E71" w:rsidP="00DA3E71">
            <w:pPr>
              <w:jc w:val="both"/>
              <w:rPr>
                <w:sz w:val="20"/>
                <w:szCs w:val="20"/>
                <w:lang w:val="en-US"/>
              </w:rPr>
            </w:pPr>
            <w:r w:rsidRPr="00DA3E71">
              <w:rPr>
                <w:sz w:val="20"/>
                <w:szCs w:val="20"/>
                <w:lang w:val="en-US"/>
              </w:rPr>
              <w:t>5.3 The total amount payable by the Customer to the Contractor under this agreement is ___________________.</w:t>
            </w:r>
          </w:p>
          <w:p w:rsidR="00DA3E71" w:rsidRDefault="00DA3E71" w:rsidP="00B724DC">
            <w:pPr>
              <w:jc w:val="both"/>
              <w:rPr>
                <w:sz w:val="20"/>
                <w:szCs w:val="20"/>
                <w:lang w:val="en-US"/>
              </w:rPr>
            </w:pPr>
            <w:r w:rsidRPr="00DA3E71">
              <w:rPr>
                <w:sz w:val="20"/>
                <w:szCs w:val="20"/>
                <w:lang w:val="en-US"/>
              </w:rPr>
              <w:t>5.4 Within 5 banking days of the date the contract is signed, the Customer shall transfer an advance payment of 15% to the Contractor’s bank account. The remaining portion of the fee shall be paid to the Contractor in accordance with the terms of Section 5.5.</w:t>
            </w:r>
          </w:p>
          <w:p w:rsidR="005E6B00" w:rsidRDefault="00DA3E71" w:rsidP="00B724DC">
            <w:pPr>
              <w:jc w:val="both"/>
              <w:rPr>
                <w:sz w:val="20"/>
                <w:szCs w:val="20"/>
                <w:lang w:val="en-US"/>
              </w:rPr>
            </w:pPr>
            <w:r w:rsidRPr="00DA3E71">
              <w:rPr>
                <w:sz w:val="20"/>
                <w:szCs w:val="20"/>
                <w:lang w:val="en-US"/>
              </w:rPr>
              <w:t xml:space="preserve">5.5 The Customer agrees to pay for the services rendered within thirty (30) days of the date on which the parties’ authorized representatives sign the acceptance certificate and the Contractor sends an invoice (or other payment request) via direct bank transfer to the Contractor’s bank account. </w:t>
            </w:r>
          </w:p>
          <w:p w:rsidR="00DA3E71" w:rsidRDefault="00DA3E71" w:rsidP="00B724DC">
            <w:pPr>
              <w:jc w:val="both"/>
              <w:rPr>
                <w:sz w:val="20"/>
                <w:szCs w:val="20"/>
                <w:lang w:val="en-US"/>
              </w:rPr>
            </w:pPr>
          </w:p>
          <w:p w:rsidR="000B766B" w:rsidRDefault="000B766B" w:rsidP="00B724DC">
            <w:pPr>
              <w:jc w:val="both"/>
              <w:rPr>
                <w:sz w:val="20"/>
                <w:szCs w:val="20"/>
                <w:lang w:val="en-US"/>
              </w:rPr>
            </w:pPr>
          </w:p>
          <w:p w:rsidR="000B766B" w:rsidRDefault="000B766B" w:rsidP="00B724DC">
            <w:pPr>
              <w:jc w:val="both"/>
              <w:rPr>
                <w:sz w:val="20"/>
                <w:szCs w:val="20"/>
                <w:lang w:val="en-US"/>
              </w:rPr>
            </w:pPr>
          </w:p>
          <w:p w:rsidR="000D18C4" w:rsidRPr="00E01932" w:rsidRDefault="000D18C4" w:rsidP="00B724DC">
            <w:pPr>
              <w:jc w:val="both"/>
              <w:rPr>
                <w:sz w:val="20"/>
                <w:szCs w:val="20"/>
                <w:lang w:val="en-US"/>
              </w:rPr>
            </w:pPr>
            <w:r w:rsidRPr="00E01932">
              <w:rPr>
                <w:b/>
                <w:sz w:val="20"/>
                <w:szCs w:val="20"/>
                <w:lang w:val="en-US"/>
              </w:rPr>
              <w:t xml:space="preserve">7. </w:t>
            </w:r>
            <w:r w:rsidR="00DA3E71" w:rsidRPr="00DA3E71">
              <w:rPr>
                <w:b/>
                <w:sz w:val="20"/>
                <w:szCs w:val="20"/>
                <w:lang w:val="en-US"/>
              </w:rPr>
              <w:t>CONFIDENTIALITY</w:t>
            </w:r>
          </w:p>
          <w:p w:rsidR="000D18C4" w:rsidRPr="00E01932" w:rsidRDefault="000D18C4" w:rsidP="00B724DC">
            <w:pPr>
              <w:jc w:val="both"/>
              <w:rPr>
                <w:sz w:val="20"/>
                <w:szCs w:val="20"/>
                <w:lang w:val="en-US"/>
              </w:rPr>
            </w:pPr>
            <w:r w:rsidRPr="00E01932">
              <w:rPr>
                <w:sz w:val="20"/>
                <w:szCs w:val="20"/>
                <w:lang w:val="en-US"/>
              </w:rPr>
              <w:t xml:space="preserve">7.1. </w:t>
            </w:r>
            <w:r w:rsidR="00DA3E71" w:rsidRPr="00DA3E71">
              <w:rPr>
                <w:sz w:val="20"/>
                <w:szCs w:val="20"/>
                <w:lang w:val="en-US"/>
              </w:rPr>
              <w:t>If one party (the Receiving Party) receives Confidential Information from the other party (the Disclosing Party) in connection with this Agreement (whether before or after the effective date of this Agreement), it shall, subject to the provisions of Sections 7.2–7.4:</w:t>
            </w:r>
          </w:p>
          <w:p w:rsidR="00DA3E71" w:rsidRPr="00DA3E71" w:rsidRDefault="00DA3E71" w:rsidP="00DA3E71">
            <w:pPr>
              <w:jc w:val="both"/>
              <w:rPr>
                <w:sz w:val="20"/>
                <w:szCs w:val="20"/>
                <w:lang w:val="en-US"/>
              </w:rPr>
            </w:pPr>
            <w:r w:rsidRPr="00DA3E71">
              <w:rPr>
                <w:sz w:val="20"/>
                <w:szCs w:val="20"/>
                <w:lang w:val="en-US"/>
              </w:rPr>
              <w:t>(a) maintain the confidentiality of such Confidential Information by exercising the same level of care that it exercises with respect to its own Confidential Information;</w:t>
            </w:r>
          </w:p>
          <w:p w:rsidR="00DA3E71" w:rsidRPr="00DA3E71" w:rsidRDefault="00DA3E71" w:rsidP="00DA3E71">
            <w:pPr>
              <w:jc w:val="both"/>
              <w:rPr>
                <w:sz w:val="20"/>
                <w:szCs w:val="20"/>
                <w:lang w:val="en-US"/>
              </w:rPr>
            </w:pPr>
            <w:r w:rsidRPr="00DA3E71">
              <w:rPr>
                <w:sz w:val="20"/>
                <w:szCs w:val="20"/>
                <w:lang w:val="en-US"/>
              </w:rPr>
              <w:t>(b) use such Confidential Information solely for the purpose of fulfilling its obligations under this Agreement; and</w:t>
            </w:r>
          </w:p>
          <w:p w:rsidR="00DA3E71" w:rsidRDefault="00DA3E71" w:rsidP="00DA3E71">
            <w:pPr>
              <w:jc w:val="both"/>
              <w:rPr>
                <w:sz w:val="20"/>
                <w:szCs w:val="20"/>
                <w:lang w:val="en-US"/>
              </w:rPr>
            </w:pPr>
            <w:r w:rsidRPr="00DA3E71">
              <w:rPr>
                <w:sz w:val="20"/>
                <w:szCs w:val="20"/>
                <w:lang w:val="en-US"/>
              </w:rPr>
              <w:t>(c) not disclose such Confidential Information to any third parties without the prior written consent of the Disclosing Party.</w:t>
            </w:r>
          </w:p>
          <w:p w:rsidR="00DA3E71" w:rsidRPr="00DA3E71" w:rsidRDefault="00DA3E71" w:rsidP="00DA3E71">
            <w:pPr>
              <w:jc w:val="both"/>
              <w:rPr>
                <w:sz w:val="20"/>
                <w:szCs w:val="20"/>
                <w:lang w:val="en-US"/>
              </w:rPr>
            </w:pPr>
            <w:r w:rsidRPr="00DA3E71">
              <w:rPr>
                <w:sz w:val="20"/>
                <w:szCs w:val="20"/>
                <w:lang w:val="en-US"/>
              </w:rPr>
              <w:lastRenderedPageBreak/>
              <w:t>7.2 The Receiving Party may disclose the Disclosing Party’s Confidential Information solely on a “need-to-know” basis: (a) any legal advisors and auditors it has engaged;</w:t>
            </w:r>
          </w:p>
          <w:p w:rsidR="00DA3E71" w:rsidRDefault="00DA3E71" w:rsidP="00DA3E71">
            <w:pPr>
              <w:jc w:val="both"/>
              <w:rPr>
                <w:sz w:val="20"/>
                <w:szCs w:val="20"/>
                <w:lang w:val="en-US"/>
              </w:rPr>
            </w:pPr>
            <w:r w:rsidRPr="00DA3E71">
              <w:rPr>
                <w:sz w:val="20"/>
                <w:szCs w:val="20"/>
                <w:lang w:val="en-US"/>
              </w:rPr>
              <w:t xml:space="preserve">(b) any regulatory authority with the authority to regulate or supervise its activities; </w:t>
            </w:r>
          </w:p>
          <w:p w:rsidR="00C91633" w:rsidRDefault="00C91633" w:rsidP="00B724DC">
            <w:pPr>
              <w:jc w:val="both"/>
              <w:rPr>
                <w:sz w:val="20"/>
                <w:szCs w:val="20"/>
                <w:lang w:val="en-US"/>
              </w:rPr>
            </w:pPr>
            <w:r w:rsidRPr="00C91633">
              <w:rPr>
                <w:sz w:val="20"/>
                <w:szCs w:val="20"/>
                <w:lang w:val="en-US"/>
              </w:rPr>
              <w:t xml:space="preserve">(c) any director, officer, or employee of the Receiving Party, provided that, in each case, the Receiving Party has first informed such person of the obligations set forth in Section 7.1, and has ensured that such person is subject to confidentiality obligations with respect to Confidential Information that are no less stringent than those set forth in this Section 7; and </w:t>
            </w:r>
          </w:p>
          <w:p w:rsidR="00C91633" w:rsidRDefault="00C91633" w:rsidP="00B724DC">
            <w:pPr>
              <w:jc w:val="both"/>
              <w:rPr>
                <w:sz w:val="20"/>
                <w:szCs w:val="20"/>
                <w:lang w:val="en-US"/>
              </w:rPr>
            </w:pPr>
            <w:r w:rsidRPr="00C91633">
              <w:rPr>
                <w:sz w:val="20"/>
                <w:szCs w:val="20"/>
                <w:lang w:val="en-US"/>
              </w:rPr>
              <w:t>(d) if the Receiving Party is an Executive—any of its subsidiaries, affiliates, or subcontractors.</w:t>
            </w:r>
          </w:p>
          <w:p w:rsidR="00C91633" w:rsidRPr="00C91633" w:rsidRDefault="00C91633" w:rsidP="00C91633">
            <w:pPr>
              <w:jc w:val="both"/>
              <w:rPr>
                <w:sz w:val="20"/>
                <w:szCs w:val="20"/>
                <w:lang w:val="en-US"/>
              </w:rPr>
            </w:pPr>
            <w:r w:rsidRPr="00C91633">
              <w:rPr>
                <w:sz w:val="20"/>
                <w:szCs w:val="20"/>
                <w:lang w:val="en-US"/>
              </w:rPr>
              <w:t>7.3 The provisions of paragraphs 7.1 and 7.2 shall not apply to any Confidential Information that:</w:t>
            </w:r>
          </w:p>
          <w:p w:rsidR="00C91633" w:rsidRPr="00C91633" w:rsidRDefault="00C91633" w:rsidP="00C91633">
            <w:pPr>
              <w:jc w:val="both"/>
              <w:rPr>
                <w:sz w:val="20"/>
                <w:szCs w:val="20"/>
                <w:lang w:val="en-US"/>
              </w:rPr>
            </w:pPr>
            <w:r w:rsidRPr="00C91633">
              <w:rPr>
                <w:sz w:val="20"/>
                <w:szCs w:val="20"/>
                <w:lang w:val="en-US"/>
              </w:rPr>
              <w:t>(a) was already in the possession of the Receiving Party prior to its receipt from the Disclosing Party, without any restrictions on its use or disclosure;</w:t>
            </w:r>
          </w:p>
          <w:p w:rsidR="00C91633" w:rsidRDefault="00C91633" w:rsidP="00C91633">
            <w:pPr>
              <w:jc w:val="both"/>
              <w:rPr>
                <w:sz w:val="20"/>
                <w:szCs w:val="20"/>
                <w:lang w:val="en-US"/>
              </w:rPr>
            </w:pPr>
            <w:r w:rsidRPr="00C91633">
              <w:rPr>
                <w:sz w:val="20"/>
                <w:szCs w:val="20"/>
                <w:lang w:val="en-US"/>
              </w:rPr>
              <w:t xml:space="preserve">(b) is or becomes generally known other than as a result of a breach of this Section 7; </w:t>
            </w:r>
          </w:p>
          <w:p w:rsidR="00C91633" w:rsidRPr="00C91633" w:rsidRDefault="00C91633" w:rsidP="00C91633">
            <w:pPr>
              <w:jc w:val="both"/>
              <w:rPr>
                <w:sz w:val="20"/>
                <w:szCs w:val="20"/>
                <w:lang w:val="en-US"/>
              </w:rPr>
            </w:pPr>
            <w:r w:rsidRPr="00C91633">
              <w:rPr>
                <w:sz w:val="20"/>
                <w:szCs w:val="20"/>
                <w:lang w:val="en-US"/>
              </w:rPr>
              <w:t>(c) was received by the Receiving Party from a third party who lawfully acquired it and is not subject to any obligations restricting its disclosure; or</w:t>
            </w:r>
          </w:p>
          <w:p w:rsidR="00C91633" w:rsidRDefault="00C91633" w:rsidP="00C91633">
            <w:pPr>
              <w:jc w:val="both"/>
              <w:rPr>
                <w:sz w:val="20"/>
                <w:szCs w:val="20"/>
                <w:lang w:val="en-US"/>
              </w:rPr>
            </w:pPr>
            <w:r w:rsidRPr="00C91633">
              <w:rPr>
                <w:sz w:val="20"/>
                <w:szCs w:val="20"/>
                <w:lang w:val="en-US"/>
              </w:rPr>
              <w:t>(d) was independently developed by the Receiving Party without access to the relevant Confidential Information.</w:t>
            </w:r>
          </w:p>
          <w:p w:rsidR="000D18C4" w:rsidRDefault="000D18C4" w:rsidP="00C91633">
            <w:pPr>
              <w:jc w:val="both"/>
              <w:rPr>
                <w:sz w:val="20"/>
                <w:szCs w:val="20"/>
                <w:lang w:val="en-US"/>
              </w:rPr>
            </w:pPr>
            <w:r w:rsidRPr="00E01932">
              <w:rPr>
                <w:sz w:val="20"/>
                <w:szCs w:val="20"/>
                <w:lang w:val="en-US"/>
              </w:rPr>
              <w:t xml:space="preserve">7.4. </w:t>
            </w:r>
            <w:r w:rsidR="00C91633" w:rsidRPr="00C91633">
              <w:rPr>
                <w:sz w:val="20"/>
                <w:szCs w:val="20"/>
                <w:lang w:val="en-US"/>
              </w:rPr>
              <w:t>The Receiving Party shall be entitled to disclose the Disclosing Party’s Confidential Information to the extent required by law, by any regulatory authority, or by the rules of any stock exchange on which the Receiving Party is listed, provided that the Receiving Party promptly notifies the Disclosing Party in writing of the disclosure requirement and,</w:t>
            </w:r>
          </w:p>
          <w:p w:rsidR="00C91633" w:rsidRPr="00E01932" w:rsidRDefault="00C91633" w:rsidP="00C91633">
            <w:pPr>
              <w:jc w:val="both"/>
              <w:rPr>
                <w:sz w:val="20"/>
                <w:szCs w:val="20"/>
                <w:lang w:val="en-US"/>
              </w:rPr>
            </w:pPr>
            <w:r w:rsidRPr="00C91633">
              <w:rPr>
                <w:sz w:val="20"/>
                <w:szCs w:val="20"/>
                <w:lang w:val="en-US"/>
              </w:rPr>
              <w:t>to the extent possible, provided the Disclosing Party with a reasonable opportunity to prevent the disclosure through appropriate legal means.</w:t>
            </w:r>
          </w:p>
          <w:p w:rsidR="00C91633" w:rsidRDefault="00C91633" w:rsidP="00B724DC">
            <w:pPr>
              <w:jc w:val="both"/>
              <w:rPr>
                <w:sz w:val="20"/>
                <w:szCs w:val="20"/>
                <w:lang w:val="en-US"/>
              </w:rPr>
            </w:pPr>
            <w:r w:rsidRPr="00C91633">
              <w:rPr>
                <w:sz w:val="20"/>
                <w:szCs w:val="20"/>
                <w:lang w:val="en-US"/>
              </w:rPr>
              <w:t>7.5 Each party shall ensure that its employees, agents, and representatives comply with their obligations under this Section 7.</w:t>
            </w:r>
          </w:p>
          <w:p w:rsidR="00C91633" w:rsidRDefault="00C91633" w:rsidP="00B724DC">
            <w:pPr>
              <w:jc w:val="both"/>
              <w:rPr>
                <w:sz w:val="20"/>
                <w:szCs w:val="20"/>
                <w:lang w:val="en-US"/>
              </w:rPr>
            </w:pPr>
            <w:r w:rsidRPr="00C91633">
              <w:rPr>
                <w:sz w:val="20"/>
                <w:szCs w:val="20"/>
                <w:lang w:val="en-US"/>
              </w:rPr>
              <w:t>7.6 The mere disclosure of Confidential Information by the Disclosing Party does not constitute the granting of any license to the Intellectual Property Rights relating to such Confidential Information.</w:t>
            </w:r>
          </w:p>
          <w:p w:rsidR="00F0095B" w:rsidRPr="00E01932" w:rsidRDefault="00B84919" w:rsidP="00B724DC">
            <w:pPr>
              <w:jc w:val="both"/>
              <w:rPr>
                <w:b/>
                <w:sz w:val="20"/>
                <w:szCs w:val="20"/>
                <w:lang w:val="en-US"/>
              </w:rPr>
            </w:pPr>
            <w:r w:rsidRPr="00B84919">
              <w:rPr>
                <w:sz w:val="20"/>
                <w:szCs w:val="20"/>
                <w:lang w:val="en-US"/>
              </w:rPr>
              <w:t>7.7 With respect to archival storage, the Customer acknowledges that Intertek is entitled to retain in its archives, for the period required by its quality assurance and control procedures or in accordance with the testing and certification rules of the relevant accreditation body, all materials necessary to document the Services provided.</w:t>
            </w: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5E6B00" w:rsidRPr="00E01932" w:rsidRDefault="005E6B00" w:rsidP="00B724DC">
            <w:pPr>
              <w:jc w:val="both"/>
              <w:rPr>
                <w:b/>
                <w:sz w:val="20"/>
                <w:szCs w:val="20"/>
                <w:lang w:val="en-US"/>
              </w:rPr>
            </w:pPr>
          </w:p>
          <w:p w:rsidR="005E6B00" w:rsidRPr="00E01932" w:rsidRDefault="005E6B00" w:rsidP="00B724DC">
            <w:pPr>
              <w:jc w:val="both"/>
              <w:rPr>
                <w:b/>
                <w:sz w:val="20"/>
                <w:szCs w:val="20"/>
                <w:lang w:val="en-US"/>
              </w:rPr>
            </w:pPr>
          </w:p>
          <w:p w:rsidR="005E6B00" w:rsidRPr="00E01932" w:rsidRDefault="005E6B00" w:rsidP="00B724DC">
            <w:pPr>
              <w:jc w:val="both"/>
              <w:rPr>
                <w:b/>
                <w:sz w:val="20"/>
                <w:szCs w:val="20"/>
                <w:lang w:val="en-US"/>
              </w:rPr>
            </w:pPr>
          </w:p>
          <w:p w:rsidR="00F0095B" w:rsidRPr="00E01932" w:rsidRDefault="00F0095B" w:rsidP="00B724DC">
            <w:pPr>
              <w:jc w:val="both"/>
              <w:rPr>
                <w:b/>
                <w:sz w:val="20"/>
                <w:szCs w:val="20"/>
                <w:lang w:val="en-US"/>
              </w:rPr>
            </w:pPr>
          </w:p>
          <w:p w:rsidR="00E4231D" w:rsidRPr="00E01932" w:rsidRDefault="00E4231D" w:rsidP="00B724DC">
            <w:pPr>
              <w:jc w:val="both"/>
              <w:rPr>
                <w:b/>
                <w:sz w:val="20"/>
                <w:szCs w:val="20"/>
                <w:lang w:val="en-US"/>
              </w:rPr>
            </w:pPr>
          </w:p>
          <w:p w:rsidR="00C91633" w:rsidRDefault="00C91633" w:rsidP="00B724DC">
            <w:pPr>
              <w:jc w:val="both"/>
              <w:rPr>
                <w:b/>
                <w:sz w:val="20"/>
                <w:szCs w:val="20"/>
                <w:lang w:val="en-US"/>
              </w:rPr>
            </w:pPr>
          </w:p>
          <w:p w:rsidR="00C91633" w:rsidRDefault="00C91633" w:rsidP="00B724DC">
            <w:pPr>
              <w:jc w:val="both"/>
              <w:rPr>
                <w:b/>
                <w:sz w:val="20"/>
                <w:szCs w:val="20"/>
                <w:lang w:val="en-US"/>
              </w:rPr>
            </w:pPr>
          </w:p>
          <w:p w:rsidR="00C91633" w:rsidRDefault="00C91633" w:rsidP="00B724DC">
            <w:pPr>
              <w:jc w:val="both"/>
              <w:rPr>
                <w:b/>
                <w:sz w:val="20"/>
                <w:szCs w:val="20"/>
                <w:lang w:val="en-US"/>
              </w:rPr>
            </w:pPr>
          </w:p>
          <w:p w:rsidR="0059347E" w:rsidRDefault="0059347E" w:rsidP="00B724DC">
            <w:pPr>
              <w:jc w:val="both"/>
              <w:rPr>
                <w:b/>
                <w:sz w:val="20"/>
                <w:szCs w:val="20"/>
                <w:lang w:val="en-US"/>
              </w:rPr>
            </w:pPr>
          </w:p>
          <w:p w:rsidR="0059347E" w:rsidRDefault="0059347E" w:rsidP="00B724DC">
            <w:pPr>
              <w:jc w:val="both"/>
              <w:rPr>
                <w:b/>
                <w:sz w:val="20"/>
                <w:szCs w:val="20"/>
                <w:lang w:val="en-US"/>
              </w:rPr>
            </w:pPr>
          </w:p>
          <w:p w:rsidR="0059347E" w:rsidRDefault="0059347E" w:rsidP="00B724DC">
            <w:pPr>
              <w:jc w:val="both"/>
              <w:rPr>
                <w:b/>
                <w:sz w:val="20"/>
                <w:szCs w:val="20"/>
                <w:lang w:val="en-US"/>
              </w:rPr>
            </w:pPr>
          </w:p>
          <w:p w:rsidR="0059347E" w:rsidRDefault="0059347E" w:rsidP="00B724DC">
            <w:pPr>
              <w:jc w:val="both"/>
              <w:rPr>
                <w:b/>
                <w:sz w:val="20"/>
                <w:szCs w:val="20"/>
                <w:lang w:val="en-US"/>
              </w:rPr>
            </w:pPr>
          </w:p>
          <w:p w:rsidR="00B84919" w:rsidRPr="00B84919" w:rsidRDefault="00B84919" w:rsidP="00B84919">
            <w:pPr>
              <w:jc w:val="both"/>
              <w:rPr>
                <w:b/>
                <w:sz w:val="20"/>
                <w:szCs w:val="20"/>
                <w:lang w:val="en-US"/>
              </w:rPr>
            </w:pPr>
            <w:r w:rsidRPr="00B84919">
              <w:rPr>
                <w:b/>
                <w:sz w:val="20"/>
                <w:szCs w:val="20"/>
                <w:lang w:val="en-US"/>
              </w:rPr>
              <w:t>8. AMENDMENTS</w:t>
            </w:r>
          </w:p>
          <w:p w:rsidR="004D03D1" w:rsidRPr="00B84919" w:rsidRDefault="00B84919" w:rsidP="00B84919">
            <w:pPr>
              <w:jc w:val="both"/>
              <w:rPr>
                <w:bCs/>
                <w:sz w:val="20"/>
                <w:szCs w:val="20"/>
                <w:lang w:val="en-US"/>
              </w:rPr>
            </w:pPr>
            <w:r w:rsidRPr="00B84919">
              <w:rPr>
                <w:bCs/>
                <w:sz w:val="20"/>
                <w:szCs w:val="20"/>
                <w:lang w:val="en-US"/>
              </w:rPr>
              <w:t>8.1 No amendments to this Agreement shall be effective unless they are in writing, expressly state that they amend this Agreement, and are signed by an authorized representative of each party.</w:t>
            </w:r>
          </w:p>
          <w:p w:rsidR="00B84919" w:rsidRPr="00E01932" w:rsidRDefault="00B84919" w:rsidP="00B84919">
            <w:pPr>
              <w:jc w:val="both"/>
              <w:rPr>
                <w:b/>
                <w:sz w:val="20"/>
                <w:szCs w:val="20"/>
                <w:lang w:val="en-US"/>
              </w:rPr>
            </w:pPr>
          </w:p>
          <w:p w:rsidR="00B84919" w:rsidRPr="00B84919" w:rsidRDefault="00B84919" w:rsidP="00B84919">
            <w:pPr>
              <w:jc w:val="both"/>
              <w:rPr>
                <w:b/>
                <w:sz w:val="20"/>
                <w:szCs w:val="20"/>
                <w:lang w:val="en-US"/>
              </w:rPr>
            </w:pPr>
            <w:r w:rsidRPr="00B84919">
              <w:rPr>
                <w:b/>
                <w:sz w:val="20"/>
                <w:szCs w:val="20"/>
                <w:lang w:val="en-US"/>
              </w:rPr>
              <w:t>9. FORCE MAJEURE</w:t>
            </w:r>
          </w:p>
          <w:p w:rsidR="00B84919" w:rsidRPr="00B84919" w:rsidRDefault="00B84919" w:rsidP="00B84919">
            <w:pPr>
              <w:jc w:val="both"/>
              <w:rPr>
                <w:bCs/>
                <w:sz w:val="20"/>
                <w:szCs w:val="20"/>
                <w:lang w:val="en-US"/>
              </w:rPr>
            </w:pPr>
            <w:r w:rsidRPr="00B84919">
              <w:rPr>
                <w:bCs/>
                <w:sz w:val="20"/>
                <w:szCs w:val="20"/>
                <w:lang w:val="en-US"/>
              </w:rPr>
              <w:t>9.1 Neither party shall be liable to the other party for any delay in the performance of, or failure to perform, any obligation under this Agreement to the extent that such delay or failure results from:</w:t>
            </w:r>
          </w:p>
          <w:p w:rsidR="00B84919" w:rsidRPr="00B84919" w:rsidRDefault="00B84919" w:rsidP="00B84919">
            <w:pPr>
              <w:jc w:val="both"/>
              <w:rPr>
                <w:bCs/>
                <w:sz w:val="20"/>
                <w:szCs w:val="20"/>
                <w:lang w:val="en-US"/>
              </w:rPr>
            </w:pPr>
            <w:r w:rsidRPr="00B84919">
              <w:rPr>
                <w:bCs/>
                <w:sz w:val="20"/>
                <w:szCs w:val="20"/>
                <w:lang w:val="en-US"/>
              </w:rPr>
              <w:t xml:space="preserve">(a) war (whether declared or not), civil war, civil unrest, revolution, acts of terrorism, military operations, sabotage, and/or piracy; </w:t>
            </w:r>
          </w:p>
          <w:p w:rsidR="00B84919" w:rsidRPr="00B84919" w:rsidRDefault="00B84919" w:rsidP="00B84919">
            <w:pPr>
              <w:jc w:val="both"/>
              <w:rPr>
                <w:sz w:val="20"/>
                <w:szCs w:val="20"/>
                <w:lang w:val="en-US"/>
              </w:rPr>
            </w:pPr>
            <w:r w:rsidRPr="00B84919">
              <w:rPr>
                <w:sz w:val="20"/>
                <w:szCs w:val="20"/>
                <w:lang w:val="en-US"/>
              </w:rPr>
              <w:t>(b) natural disasters, such as severe storms, earthquakes, tsunamis, floods, and/or lightning strikes; explosions and fires;</w:t>
            </w:r>
          </w:p>
          <w:p w:rsidR="00B84919" w:rsidRPr="00B84919" w:rsidRDefault="00B84919" w:rsidP="00B84919">
            <w:pPr>
              <w:jc w:val="both"/>
              <w:rPr>
                <w:sz w:val="20"/>
                <w:szCs w:val="20"/>
                <w:lang w:val="en-US"/>
              </w:rPr>
            </w:pPr>
            <w:r w:rsidRPr="00B84919">
              <w:rPr>
                <w:sz w:val="20"/>
                <w:szCs w:val="20"/>
                <w:lang w:val="en-US"/>
              </w:rPr>
              <w:t>(c) strikes and labor disputes, except those initiated by one or more employees of the affected party, as well as any supplier or agent of the affected party; or</w:t>
            </w:r>
          </w:p>
          <w:p w:rsidR="00B84919" w:rsidRDefault="00B84919" w:rsidP="00B84919">
            <w:pPr>
              <w:jc w:val="both"/>
              <w:rPr>
                <w:sz w:val="20"/>
                <w:szCs w:val="20"/>
                <w:lang w:val="en-US"/>
              </w:rPr>
            </w:pPr>
            <w:r w:rsidRPr="00B84919">
              <w:rPr>
                <w:sz w:val="20"/>
                <w:szCs w:val="20"/>
                <w:lang w:val="en-US"/>
              </w:rPr>
              <w:t>(d) disruptions in the operations of public utilities, such as telecommunications, internet, gas, or electricity providers.</w:t>
            </w:r>
          </w:p>
          <w:p w:rsidR="00B84919" w:rsidRDefault="00B84919" w:rsidP="00B724DC">
            <w:pPr>
              <w:jc w:val="both"/>
              <w:rPr>
                <w:sz w:val="20"/>
                <w:szCs w:val="20"/>
                <w:lang w:val="en-US"/>
              </w:rPr>
            </w:pPr>
            <w:r w:rsidRPr="00B84919">
              <w:rPr>
                <w:sz w:val="20"/>
                <w:szCs w:val="20"/>
                <w:lang w:val="en-US"/>
              </w:rPr>
              <w:t>9.2 For the avoidance of doubt: if the affected party is the Contractor, any failure to perform or delay caused by a failure to perform or delay on the part of the subcontractor shall be considered a force majeure event (as defined below) only if the subcontractor was affected by one of the events described above.</w:t>
            </w:r>
          </w:p>
          <w:p w:rsidR="00B84919" w:rsidRPr="00B84919" w:rsidRDefault="00B84919" w:rsidP="00B84919">
            <w:pPr>
              <w:jc w:val="both"/>
              <w:rPr>
                <w:sz w:val="20"/>
                <w:szCs w:val="20"/>
                <w:lang w:val="en-US"/>
              </w:rPr>
            </w:pPr>
            <w:r w:rsidRPr="00B84919">
              <w:rPr>
                <w:sz w:val="20"/>
                <w:szCs w:val="20"/>
                <w:lang w:val="en-US"/>
              </w:rPr>
              <w:t>9.3 A Party whose performance of its obligations is affected by an event described in Section 9.1 (Force Majeure Event) shall:</w:t>
            </w:r>
          </w:p>
          <w:p w:rsidR="000D18C4" w:rsidRPr="00E01932" w:rsidRDefault="00B84919" w:rsidP="00B84919">
            <w:pPr>
              <w:jc w:val="both"/>
              <w:rPr>
                <w:sz w:val="20"/>
                <w:szCs w:val="20"/>
                <w:lang w:val="en-US"/>
              </w:rPr>
            </w:pPr>
            <w:r w:rsidRPr="00B84919">
              <w:rPr>
                <w:sz w:val="20"/>
                <w:szCs w:val="20"/>
                <w:lang w:val="en-US"/>
              </w:rPr>
              <w:t>(a) immediately notify the other party in writing of the force majeure event, as well as the cause and likely duration of any related delay or failure to perform its obligations;</w:t>
            </w:r>
          </w:p>
          <w:p w:rsidR="00B84919" w:rsidRPr="00B84919" w:rsidRDefault="00B84919" w:rsidP="00B84919">
            <w:pPr>
              <w:jc w:val="both"/>
              <w:rPr>
                <w:sz w:val="20"/>
                <w:szCs w:val="20"/>
                <w:lang w:val="en-US"/>
              </w:rPr>
            </w:pPr>
            <w:r w:rsidRPr="00B84919">
              <w:rPr>
                <w:sz w:val="20"/>
                <w:szCs w:val="20"/>
                <w:lang w:val="en-US"/>
              </w:rPr>
              <w:t>(b) use all reasonable efforts to prevent or mitigate the effects of force majeure events and to continue or resume performance of its obligations affected by such events as soon as reasonably possible; and</w:t>
            </w:r>
          </w:p>
          <w:p w:rsidR="00B84919" w:rsidRDefault="00B84919" w:rsidP="00B84919">
            <w:pPr>
              <w:jc w:val="both"/>
              <w:rPr>
                <w:sz w:val="20"/>
                <w:szCs w:val="20"/>
                <w:lang w:val="en-US"/>
              </w:rPr>
            </w:pPr>
            <w:r w:rsidRPr="00B84919">
              <w:rPr>
                <w:sz w:val="20"/>
                <w:szCs w:val="20"/>
                <w:lang w:val="en-US"/>
              </w:rPr>
              <w:t>(c) continue to provide the Services that have not been affected by the force majeure event.</w:t>
            </w:r>
          </w:p>
          <w:p w:rsidR="00F0095B" w:rsidRPr="00E01932" w:rsidRDefault="00B84919" w:rsidP="00B724DC">
            <w:pPr>
              <w:jc w:val="both"/>
              <w:rPr>
                <w:b/>
                <w:sz w:val="20"/>
                <w:szCs w:val="20"/>
                <w:lang w:val="en-US"/>
              </w:rPr>
            </w:pPr>
            <w:r w:rsidRPr="00B84919">
              <w:rPr>
                <w:sz w:val="20"/>
                <w:szCs w:val="20"/>
                <w:lang w:val="en-US"/>
              </w:rPr>
              <w:t>9.4 If a force majeure event continues for more than sixty (60) days from the date it occurs, either party may terminate this Agreement by providing the other party with written notice at least ten (10) days in advance.</w:t>
            </w: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F0095B" w:rsidRPr="00E01932" w:rsidRDefault="00F0095B" w:rsidP="00B724DC">
            <w:pPr>
              <w:jc w:val="both"/>
              <w:rPr>
                <w:b/>
                <w:sz w:val="20"/>
                <w:szCs w:val="20"/>
                <w:lang w:val="en-US"/>
              </w:rPr>
            </w:pPr>
          </w:p>
          <w:p w:rsidR="00B84919" w:rsidRDefault="00B84919" w:rsidP="004D03D1">
            <w:pPr>
              <w:jc w:val="both"/>
              <w:rPr>
                <w:b/>
                <w:sz w:val="20"/>
                <w:szCs w:val="20"/>
                <w:lang w:val="en-US"/>
              </w:rPr>
            </w:pPr>
          </w:p>
          <w:p w:rsidR="00B84919" w:rsidRDefault="00B84919" w:rsidP="004D03D1">
            <w:pPr>
              <w:jc w:val="both"/>
              <w:rPr>
                <w:b/>
                <w:sz w:val="20"/>
                <w:szCs w:val="20"/>
                <w:lang w:val="en-US"/>
              </w:rPr>
            </w:pPr>
          </w:p>
          <w:p w:rsidR="00B84919" w:rsidRDefault="00B84919" w:rsidP="004D03D1">
            <w:pPr>
              <w:jc w:val="both"/>
              <w:rPr>
                <w:b/>
                <w:sz w:val="20"/>
                <w:szCs w:val="20"/>
                <w:lang w:val="en-US"/>
              </w:rPr>
            </w:pPr>
          </w:p>
          <w:p w:rsidR="00B84919" w:rsidRDefault="00B84919" w:rsidP="004D03D1">
            <w:pPr>
              <w:jc w:val="both"/>
              <w:rPr>
                <w:b/>
                <w:sz w:val="20"/>
                <w:szCs w:val="20"/>
                <w:lang w:val="en-US"/>
              </w:rPr>
            </w:pPr>
          </w:p>
          <w:p w:rsidR="00B84919" w:rsidRDefault="00B84919" w:rsidP="004D03D1">
            <w:pPr>
              <w:jc w:val="both"/>
              <w:rPr>
                <w:b/>
                <w:sz w:val="20"/>
                <w:szCs w:val="20"/>
                <w:lang w:val="en-US"/>
              </w:rPr>
            </w:pPr>
          </w:p>
          <w:p w:rsidR="00B84919" w:rsidRDefault="00B84919" w:rsidP="004D03D1">
            <w:pPr>
              <w:jc w:val="both"/>
              <w:rPr>
                <w:b/>
                <w:sz w:val="20"/>
                <w:szCs w:val="20"/>
                <w:lang w:val="en-US"/>
              </w:rPr>
            </w:pPr>
          </w:p>
          <w:p w:rsidR="00B84919" w:rsidRDefault="00B84919" w:rsidP="004D03D1">
            <w:pPr>
              <w:jc w:val="both"/>
              <w:rPr>
                <w:b/>
                <w:sz w:val="20"/>
                <w:szCs w:val="20"/>
                <w:lang w:val="en-US"/>
              </w:rPr>
            </w:pPr>
          </w:p>
          <w:p w:rsidR="00FB0B92" w:rsidRDefault="00FB0B92" w:rsidP="004D03D1">
            <w:pPr>
              <w:jc w:val="both"/>
              <w:rPr>
                <w:b/>
                <w:sz w:val="20"/>
                <w:szCs w:val="20"/>
                <w:lang w:val="en-US"/>
              </w:rPr>
            </w:pPr>
          </w:p>
          <w:p w:rsidR="00F0095B" w:rsidRPr="00E01932" w:rsidRDefault="000D18C4" w:rsidP="004D03D1">
            <w:pPr>
              <w:jc w:val="both"/>
              <w:rPr>
                <w:b/>
                <w:sz w:val="20"/>
                <w:szCs w:val="20"/>
                <w:lang w:val="en-US"/>
              </w:rPr>
            </w:pPr>
            <w:r w:rsidRPr="00E01932">
              <w:rPr>
                <w:b/>
                <w:sz w:val="20"/>
                <w:szCs w:val="20"/>
                <w:lang w:val="en-US"/>
              </w:rPr>
              <w:t xml:space="preserve">10. </w:t>
            </w:r>
            <w:r w:rsidR="00B84919" w:rsidRPr="00B84919">
              <w:rPr>
                <w:b/>
                <w:sz w:val="20"/>
                <w:szCs w:val="20"/>
                <w:lang w:val="en-US"/>
              </w:rPr>
              <w:t>LIABILITY FOR DELAY IN PERFORMING OBLIGATIONS</w:t>
            </w:r>
          </w:p>
          <w:p w:rsidR="00B84919" w:rsidRPr="00B84919" w:rsidRDefault="00B84919" w:rsidP="00B84919">
            <w:pPr>
              <w:jc w:val="both"/>
              <w:rPr>
                <w:sz w:val="20"/>
                <w:szCs w:val="20"/>
                <w:lang w:val="en-US"/>
              </w:rPr>
            </w:pPr>
            <w:r w:rsidRPr="00B84919">
              <w:rPr>
                <w:sz w:val="20"/>
                <w:szCs w:val="20"/>
                <w:lang w:val="en-US"/>
              </w:rPr>
              <w:t>10.1 In the event of a delay in the provision of services, the Contractor shall pay the Customer a penalty equal to 0.5 percent of the unfulfilled portion of the obligation for each day of delay; however, the total amount of the penalty shall not exceed 15 percent of the cost of the services not rendered.</w:t>
            </w:r>
          </w:p>
          <w:p w:rsidR="00B84919" w:rsidRDefault="00B84919" w:rsidP="00B84919">
            <w:pPr>
              <w:jc w:val="both"/>
              <w:rPr>
                <w:sz w:val="20"/>
                <w:szCs w:val="20"/>
                <w:lang w:val="en-US"/>
              </w:rPr>
            </w:pPr>
            <w:r w:rsidRPr="00B84919">
              <w:rPr>
                <w:sz w:val="20"/>
                <w:szCs w:val="20"/>
                <w:lang w:val="en-US"/>
              </w:rPr>
              <w:t>10.2 In the event of late payment for services rendered, the Customer shall pay the Contractor a penalty equal to 0.5 percent of the overdue amount for each day of delay, but not to exceed 15 percent of the overdue amount.</w:t>
            </w:r>
          </w:p>
          <w:p w:rsidR="00DC62EF" w:rsidRDefault="00B84919" w:rsidP="00B724DC">
            <w:pPr>
              <w:jc w:val="both"/>
              <w:rPr>
                <w:sz w:val="20"/>
                <w:szCs w:val="20"/>
                <w:lang w:val="en-US"/>
              </w:rPr>
            </w:pPr>
            <w:r w:rsidRPr="00B84919">
              <w:rPr>
                <w:sz w:val="20"/>
                <w:szCs w:val="20"/>
                <w:lang w:val="en-US"/>
              </w:rPr>
              <w:t>10.3.  Payment of a penalty does not relieve the party that has breached its contractual obligations from fulfilling its obligations under the contract.</w:t>
            </w:r>
          </w:p>
          <w:p w:rsidR="00B84919" w:rsidRDefault="00B84919" w:rsidP="00B724DC">
            <w:pPr>
              <w:jc w:val="both"/>
              <w:rPr>
                <w:sz w:val="20"/>
                <w:szCs w:val="20"/>
                <w:lang w:val="en-US"/>
              </w:rPr>
            </w:pPr>
          </w:p>
          <w:p w:rsidR="00B84919" w:rsidRDefault="00B84919" w:rsidP="00B724DC">
            <w:pPr>
              <w:jc w:val="both"/>
              <w:rPr>
                <w:sz w:val="20"/>
                <w:szCs w:val="20"/>
                <w:lang w:val="en-US"/>
              </w:rPr>
            </w:pPr>
          </w:p>
          <w:p w:rsidR="00B84919" w:rsidRPr="00DC62EF" w:rsidRDefault="00B84919" w:rsidP="00B724DC">
            <w:pPr>
              <w:jc w:val="both"/>
              <w:rPr>
                <w:b/>
                <w:sz w:val="20"/>
                <w:szCs w:val="20"/>
                <w:lang w:val="uz-Cyrl-UZ"/>
              </w:rPr>
            </w:pPr>
          </w:p>
          <w:p w:rsidR="00B84919" w:rsidRPr="00B84919" w:rsidRDefault="00B84919" w:rsidP="00B84919">
            <w:pPr>
              <w:jc w:val="both"/>
              <w:rPr>
                <w:b/>
                <w:sz w:val="20"/>
                <w:szCs w:val="20"/>
                <w:lang w:val="en-US"/>
              </w:rPr>
            </w:pPr>
            <w:r w:rsidRPr="00B84919">
              <w:rPr>
                <w:b/>
                <w:sz w:val="20"/>
                <w:szCs w:val="20"/>
                <w:lang w:val="en-US"/>
              </w:rPr>
              <w:t>11. TERMINATION</w:t>
            </w:r>
          </w:p>
          <w:p w:rsidR="00FB0B92" w:rsidRDefault="00FB0B92" w:rsidP="00B84919">
            <w:pPr>
              <w:jc w:val="both"/>
              <w:rPr>
                <w:bCs/>
                <w:sz w:val="20"/>
                <w:szCs w:val="20"/>
                <w:lang w:val="en-US"/>
              </w:rPr>
            </w:pPr>
          </w:p>
          <w:p w:rsidR="00B84919" w:rsidRPr="00B84919" w:rsidRDefault="00B84919" w:rsidP="00B84919">
            <w:pPr>
              <w:jc w:val="both"/>
              <w:rPr>
                <w:bCs/>
                <w:sz w:val="20"/>
                <w:szCs w:val="20"/>
                <w:lang w:val="en-US"/>
              </w:rPr>
            </w:pPr>
            <w:r w:rsidRPr="00B84919">
              <w:rPr>
                <w:bCs/>
                <w:sz w:val="20"/>
                <w:szCs w:val="20"/>
                <w:lang w:val="en-US"/>
              </w:rPr>
              <w:t>13.1. This Agreement may be terminated:</w:t>
            </w:r>
          </w:p>
          <w:p w:rsidR="00B84919" w:rsidRDefault="00B84919" w:rsidP="00B84919">
            <w:pPr>
              <w:jc w:val="both"/>
              <w:rPr>
                <w:rStyle w:val="af6"/>
                <w:bCs w:val="0"/>
                <w:sz w:val="20"/>
                <w:szCs w:val="20"/>
                <w:lang w:val="en-US"/>
              </w:rPr>
            </w:pPr>
            <w:r w:rsidRPr="00B84919">
              <w:rPr>
                <w:bCs/>
                <w:sz w:val="20"/>
                <w:szCs w:val="20"/>
                <w:lang w:val="en-US"/>
              </w:rPr>
              <w:t>(a) by either party if the other party continues to materially breach any obligation imposed upon it under this Agreement for more than thirty (30) days after that Party has sent written notice by certified mail with return receipt requested or by courier service, requiring the other party to remedy such breach</w:t>
            </w:r>
            <w:r w:rsidRPr="00B84919">
              <w:rPr>
                <w:rStyle w:val="af6"/>
                <w:bCs w:val="0"/>
                <w:sz w:val="20"/>
                <w:szCs w:val="20"/>
                <w:lang w:val="en-US"/>
              </w:rPr>
              <w:t xml:space="preserve"> </w:t>
            </w:r>
          </w:p>
          <w:p w:rsidR="00B84919" w:rsidRPr="00B84919" w:rsidRDefault="00B84919" w:rsidP="00B84919">
            <w:pPr>
              <w:jc w:val="both"/>
              <w:rPr>
                <w:sz w:val="20"/>
                <w:szCs w:val="20"/>
                <w:lang w:val="en-US"/>
              </w:rPr>
            </w:pPr>
            <w:r w:rsidRPr="00B84919">
              <w:rPr>
                <w:sz w:val="20"/>
                <w:szCs w:val="20"/>
                <w:lang w:val="en-US"/>
              </w:rPr>
              <w:t>(b) By the Contractor, by sending written notice to the Customer, if the Customer has failed to pay any invoice by the due date and/or has failed to make payment after a second demand for payment; or</w:t>
            </w:r>
          </w:p>
          <w:p w:rsidR="002F221D" w:rsidRPr="000B766B" w:rsidRDefault="00B84919" w:rsidP="00B84919">
            <w:pPr>
              <w:jc w:val="both"/>
              <w:rPr>
                <w:sz w:val="20"/>
                <w:szCs w:val="20"/>
                <w:lang w:val="en-US"/>
              </w:rPr>
            </w:pPr>
            <w:r w:rsidRPr="00B84919">
              <w:rPr>
                <w:sz w:val="20"/>
                <w:szCs w:val="20"/>
                <w:lang w:val="en-US"/>
              </w:rPr>
              <w:t>(c) By either party, by sending written notice to the other party, if the party is declared bankrupt or enters into liquidation (except in cases of a merger or reorganization where the entity remains solvent).</w:t>
            </w:r>
          </w:p>
          <w:p w:rsidR="002F221D" w:rsidRPr="00AB6AE4" w:rsidRDefault="00B84919" w:rsidP="00B724DC">
            <w:pPr>
              <w:jc w:val="both"/>
              <w:rPr>
                <w:sz w:val="20"/>
                <w:szCs w:val="20"/>
                <w:lang w:val="en-US"/>
              </w:rPr>
            </w:pPr>
            <w:r w:rsidRPr="00B84919">
              <w:rPr>
                <w:sz w:val="20"/>
                <w:szCs w:val="20"/>
                <w:lang w:val="en-US"/>
              </w:rPr>
              <w:t>13.2. In the event of termination of this Agreement for any reason, and without prejudice to any other rights or remedies that the parties may have, the Customer shall pay the Contractor for all Services rendered prior to the date of termination. This obligation shall survive the termination or expiration of this Agreement.</w:t>
            </w:r>
          </w:p>
          <w:p w:rsidR="00B84919" w:rsidRDefault="00B84919" w:rsidP="00B724DC">
            <w:pPr>
              <w:jc w:val="both"/>
              <w:rPr>
                <w:b/>
                <w:sz w:val="20"/>
                <w:szCs w:val="20"/>
                <w:lang w:val="en-US"/>
              </w:rPr>
            </w:pPr>
          </w:p>
          <w:p w:rsidR="00B84919" w:rsidRDefault="00B84919" w:rsidP="00B724DC">
            <w:pPr>
              <w:jc w:val="both"/>
              <w:rPr>
                <w:b/>
                <w:sz w:val="20"/>
                <w:szCs w:val="20"/>
                <w:lang w:val="en-US"/>
              </w:rPr>
            </w:pPr>
          </w:p>
          <w:p w:rsidR="00B84919" w:rsidRDefault="00B84919" w:rsidP="00B724DC">
            <w:pPr>
              <w:jc w:val="both"/>
              <w:rPr>
                <w:b/>
                <w:sz w:val="20"/>
                <w:szCs w:val="20"/>
                <w:lang w:val="en-US"/>
              </w:rPr>
            </w:pPr>
          </w:p>
          <w:p w:rsidR="00B84919" w:rsidRDefault="00B84919" w:rsidP="00B724DC">
            <w:pPr>
              <w:jc w:val="both"/>
              <w:rPr>
                <w:b/>
                <w:sz w:val="20"/>
                <w:szCs w:val="20"/>
                <w:lang w:val="en-US"/>
              </w:rPr>
            </w:pPr>
          </w:p>
          <w:p w:rsidR="00B84919" w:rsidRDefault="00B84919" w:rsidP="00B724DC">
            <w:pPr>
              <w:jc w:val="both"/>
              <w:rPr>
                <w:b/>
                <w:sz w:val="20"/>
                <w:szCs w:val="20"/>
                <w:lang w:val="en-US"/>
              </w:rPr>
            </w:pPr>
          </w:p>
          <w:p w:rsidR="00B84919" w:rsidRDefault="00B84919" w:rsidP="00B724DC">
            <w:pPr>
              <w:jc w:val="both"/>
              <w:rPr>
                <w:b/>
                <w:sz w:val="20"/>
                <w:szCs w:val="20"/>
                <w:lang w:val="en-US"/>
              </w:rPr>
            </w:pPr>
          </w:p>
          <w:p w:rsidR="00B84919" w:rsidRPr="00B84919" w:rsidRDefault="00B84919" w:rsidP="00B84919">
            <w:pPr>
              <w:jc w:val="both"/>
              <w:rPr>
                <w:b/>
                <w:sz w:val="20"/>
                <w:szCs w:val="20"/>
                <w:lang w:val="en-US"/>
              </w:rPr>
            </w:pPr>
            <w:r w:rsidRPr="00B84919">
              <w:rPr>
                <w:b/>
                <w:sz w:val="20"/>
                <w:szCs w:val="20"/>
                <w:lang w:val="en-US"/>
              </w:rPr>
              <w:t>14. ASSIGNMENT OF RIGHTS AND USE OF SUBCONTRACTORS</w:t>
            </w:r>
          </w:p>
          <w:p w:rsidR="00B84919" w:rsidRPr="00B84919" w:rsidRDefault="00B84919" w:rsidP="00B84919">
            <w:pPr>
              <w:jc w:val="both"/>
              <w:rPr>
                <w:sz w:val="20"/>
                <w:szCs w:val="20"/>
                <w:lang w:val="en-US"/>
              </w:rPr>
            </w:pPr>
            <w:r w:rsidRPr="00B84919">
              <w:rPr>
                <w:sz w:val="20"/>
                <w:szCs w:val="20"/>
                <w:lang w:val="en-US"/>
              </w:rPr>
              <w:t xml:space="preserve">14.1 The Contractor reserves the right, if necessary, to delegate the performance of its obligations under this Agreement and the provision of Services to third parties (subcontractors). If the Contractor engages third parties to provide services under this Agreement, the Contractor shall be liable to the Customer for the actions of such parties as if they were its own. </w:t>
            </w:r>
          </w:p>
          <w:p w:rsidR="002F221D" w:rsidRDefault="00B84919" w:rsidP="00B724DC">
            <w:pPr>
              <w:jc w:val="both"/>
              <w:rPr>
                <w:b/>
                <w:sz w:val="20"/>
                <w:szCs w:val="20"/>
                <w:lang w:val="en-US"/>
              </w:rPr>
            </w:pPr>
            <w:r w:rsidRPr="00B84919">
              <w:rPr>
                <w:sz w:val="20"/>
                <w:szCs w:val="20"/>
                <w:lang w:val="en-US"/>
              </w:rPr>
              <w:t xml:space="preserve">14.2 The Contractor may not assign its right to receive the remuneration due to it to third parties. All payments for services rendered will be made to the Contractor.  </w:t>
            </w:r>
          </w:p>
          <w:p w:rsidR="00E01932" w:rsidRDefault="00E01932" w:rsidP="00B724DC">
            <w:pPr>
              <w:jc w:val="both"/>
              <w:rPr>
                <w:b/>
                <w:sz w:val="20"/>
                <w:szCs w:val="20"/>
                <w:lang w:val="en-US"/>
              </w:rPr>
            </w:pPr>
          </w:p>
          <w:p w:rsidR="00B84919" w:rsidRDefault="00B84919" w:rsidP="00B724DC">
            <w:pPr>
              <w:jc w:val="both"/>
              <w:rPr>
                <w:b/>
                <w:sz w:val="20"/>
                <w:szCs w:val="20"/>
                <w:lang w:val="en-US"/>
              </w:rPr>
            </w:pPr>
          </w:p>
          <w:p w:rsidR="00B84919" w:rsidRDefault="00B84919" w:rsidP="00B724DC">
            <w:pPr>
              <w:jc w:val="both"/>
              <w:rPr>
                <w:b/>
                <w:sz w:val="20"/>
                <w:szCs w:val="20"/>
                <w:lang w:val="en-US"/>
              </w:rPr>
            </w:pPr>
          </w:p>
          <w:p w:rsidR="000B766B" w:rsidRDefault="000B766B" w:rsidP="00B724DC">
            <w:pPr>
              <w:jc w:val="both"/>
              <w:rPr>
                <w:b/>
                <w:sz w:val="20"/>
                <w:szCs w:val="20"/>
                <w:lang w:val="en-US"/>
              </w:rPr>
            </w:pPr>
          </w:p>
          <w:p w:rsidR="00B84919" w:rsidRDefault="00B84919" w:rsidP="00B724DC">
            <w:pPr>
              <w:jc w:val="both"/>
              <w:rPr>
                <w:b/>
                <w:sz w:val="20"/>
                <w:szCs w:val="20"/>
                <w:lang w:val="en-US"/>
              </w:rPr>
            </w:pPr>
          </w:p>
          <w:p w:rsidR="007F49C5" w:rsidRPr="007F49C5" w:rsidRDefault="007F49C5" w:rsidP="007F49C5">
            <w:pPr>
              <w:jc w:val="both"/>
              <w:rPr>
                <w:b/>
                <w:sz w:val="20"/>
                <w:szCs w:val="20"/>
                <w:lang w:val="en-US"/>
              </w:rPr>
            </w:pPr>
            <w:r w:rsidRPr="007F49C5">
              <w:rPr>
                <w:b/>
                <w:sz w:val="20"/>
                <w:szCs w:val="20"/>
                <w:lang w:val="en-US"/>
              </w:rPr>
              <w:t>15. OTHER PROVISIONS</w:t>
            </w:r>
          </w:p>
          <w:p w:rsidR="007F49C5" w:rsidRDefault="007F49C5" w:rsidP="007F49C5">
            <w:pPr>
              <w:spacing w:after="60"/>
              <w:jc w:val="both"/>
              <w:rPr>
                <w:b/>
                <w:sz w:val="20"/>
                <w:szCs w:val="20"/>
                <w:lang w:val="en-US"/>
              </w:rPr>
            </w:pPr>
            <w:r w:rsidRPr="007F49C5">
              <w:rPr>
                <w:b/>
                <w:sz w:val="20"/>
                <w:szCs w:val="20"/>
                <w:lang w:val="en-US"/>
              </w:rPr>
              <w:t>Divisibility</w:t>
            </w:r>
          </w:p>
          <w:p w:rsidR="002F221D" w:rsidRPr="00AB6AE4" w:rsidRDefault="007F49C5" w:rsidP="00B724DC">
            <w:pPr>
              <w:jc w:val="both"/>
              <w:rPr>
                <w:b/>
                <w:sz w:val="20"/>
                <w:szCs w:val="20"/>
                <w:lang w:val="en-US"/>
              </w:rPr>
            </w:pPr>
            <w:r w:rsidRPr="007F49C5">
              <w:rPr>
                <w:sz w:val="20"/>
                <w:szCs w:val="20"/>
                <w:lang w:val="en-US"/>
              </w:rPr>
              <w:t xml:space="preserve">15.1 If any provision of this Agreement is or becomes invalid, illegal, or unenforceable, such provision shall be deemed severed, and the remaining provisions shall remain in full force and effect as if this Agreement had been entered into without such invalid, illegal, or unenforceable provision. </w:t>
            </w:r>
          </w:p>
          <w:p w:rsidR="002F221D" w:rsidRPr="007F49C5" w:rsidRDefault="007F49C5" w:rsidP="00B724DC">
            <w:pPr>
              <w:jc w:val="both"/>
              <w:rPr>
                <w:sz w:val="20"/>
                <w:szCs w:val="20"/>
                <w:lang w:val="en-US"/>
              </w:rPr>
            </w:pPr>
            <w:r w:rsidRPr="007F49C5">
              <w:rPr>
                <w:sz w:val="20"/>
                <w:szCs w:val="20"/>
                <w:lang w:val="en-US"/>
              </w:rPr>
              <w:t>If the invalidity, illegality, or unenforceability is of such a substantial nature that it prevents the achievement of the purpose of this Agreement, the Customer and the Contractor shall immediately enter into negotiations, acting in good faith, with the aim of agreeing on alternative terms.</w:t>
            </w:r>
          </w:p>
          <w:p w:rsidR="005E6B00" w:rsidRDefault="005E6B00" w:rsidP="00B724DC">
            <w:pPr>
              <w:jc w:val="both"/>
              <w:rPr>
                <w:b/>
                <w:sz w:val="20"/>
                <w:szCs w:val="20"/>
                <w:lang w:val="en-US"/>
              </w:rPr>
            </w:pPr>
          </w:p>
          <w:p w:rsidR="007F49C5" w:rsidRDefault="007F49C5" w:rsidP="00B724DC">
            <w:pPr>
              <w:jc w:val="both"/>
              <w:rPr>
                <w:b/>
                <w:sz w:val="20"/>
                <w:szCs w:val="20"/>
                <w:lang w:val="en-US"/>
              </w:rPr>
            </w:pPr>
          </w:p>
          <w:p w:rsidR="007F49C5" w:rsidRDefault="007F49C5" w:rsidP="00B724DC">
            <w:pPr>
              <w:jc w:val="both"/>
              <w:rPr>
                <w:b/>
                <w:sz w:val="20"/>
                <w:szCs w:val="20"/>
                <w:lang w:val="en-US"/>
              </w:rPr>
            </w:pPr>
          </w:p>
          <w:p w:rsidR="007F49C5" w:rsidRDefault="007F49C5" w:rsidP="00B724DC">
            <w:pPr>
              <w:jc w:val="both"/>
              <w:rPr>
                <w:b/>
                <w:sz w:val="20"/>
                <w:szCs w:val="20"/>
                <w:lang w:val="en-US"/>
              </w:rPr>
            </w:pPr>
          </w:p>
          <w:p w:rsidR="007F49C5" w:rsidRDefault="007F49C5" w:rsidP="00B724DC">
            <w:pPr>
              <w:jc w:val="both"/>
              <w:rPr>
                <w:b/>
                <w:sz w:val="20"/>
                <w:szCs w:val="20"/>
                <w:lang w:val="en-US"/>
              </w:rPr>
            </w:pPr>
          </w:p>
          <w:p w:rsidR="0059347E" w:rsidRPr="00AB6AE4" w:rsidRDefault="0059347E" w:rsidP="00B724DC">
            <w:pPr>
              <w:jc w:val="both"/>
              <w:rPr>
                <w:b/>
                <w:sz w:val="20"/>
                <w:szCs w:val="20"/>
                <w:lang w:val="en-US"/>
              </w:rPr>
            </w:pPr>
          </w:p>
          <w:p w:rsidR="007F49C5" w:rsidRPr="007F49C5" w:rsidRDefault="007F49C5" w:rsidP="007F49C5">
            <w:pPr>
              <w:jc w:val="both"/>
              <w:rPr>
                <w:b/>
                <w:sz w:val="20"/>
                <w:szCs w:val="20"/>
                <w:lang w:val="en-US"/>
              </w:rPr>
            </w:pPr>
            <w:r w:rsidRPr="007F49C5">
              <w:rPr>
                <w:b/>
                <w:sz w:val="20"/>
                <w:szCs w:val="20"/>
                <w:lang w:val="en-US"/>
              </w:rPr>
              <w:t>Entire Agreement</w:t>
            </w:r>
          </w:p>
          <w:p w:rsidR="007F49C5" w:rsidRPr="007F49C5" w:rsidRDefault="007F49C5" w:rsidP="007F49C5">
            <w:pPr>
              <w:jc w:val="both"/>
              <w:rPr>
                <w:bCs/>
                <w:sz w:val="20"/>
                <w:szCs w:val="20"/>
                <w:lang w:val="en-US"/>
              </w:rPr>
            </w:pPr>
            <w:r w:rsidRPr="007F49C5">
              <w:rPr>
                <w:bCs/>
                <w:sz w:val="20"/>
                <w:szCs w:val="20"/>
                <w:lang w:val="en-US"/>
              </w:rPr>
              <w:t>15.2. This Agreement and the Proposal constitute the entire agreement between the parties with respect to the transactions contemplated by this Agreement and supersede all prior agreements, arrangements, and understandings between the parties relating to such transactions or this subject matter. No purchase order, statement, or other similar document may supplement or modify the terms of this Agreement.</w:t>
            </w:r>
          </w:p>
          <w:p w:rsidR="007F49C5" w:rsidRDefault="007F49C5" w:rsidP="00B724DC">
            <w:pPr>
              <w:jc w:val="both"/>
              <w:rPr>
                <w:sz w:val="20"/>
                <w:szCs w:val="20"/>
                <w:lang w:val="en-US"/>
              </w:rPr>
            </w:pPr>
            <w:r w:rsidRPr="007F49C5">
              <w:rPr>
                <w:sz w:val="20"/>
                <w:szCs w:val="20"/>
                <w:lang w:val="en-US"/>
              </w:rPr>
              <w:t xml:space="preserve">15.3. Each party acknowledges that, in entering into this Agreement, it did not rely on any representations, warranties, ancillary agreements, or other assurances (other than those set forth or referred to in this Agreement) made by or on behalf of any other party prior to the adoption or signing of this Agreement. </w:t>
            </w:r>
          </w:p>
          <w:p w:rsidR="007F49C5" w:rsidRPr="007F49C5" w:rsidRDefault="007F49C5" w:rsidP="007F49C5">
            <w:pPr>
              <w:jc w:val="both"/>
              <w:rPr>
                <w:sz w:val="20"/>
                <w:szCs w:val="20"/>
                <w:lang w:val="en-US"/>
              </w:rPr>
            </w:pPr>
            <w:r w:rsidRPr="007F49C5">
              <w:rPr>
                <w:sz w:val="20"/>
                <w:szCs w:val="20"/>
                <w:lang w:val="en-US"/>
              </w:rPr>
              <w:t>15.4. Nothing in this Agreement limits or excludes liability for willful misrepresentation.</w:t>
            </w:r>
          </w:p>
          <w:p w:rsidR="004D03D1" w:rsidRDefault="007F49C5" w:rsidP="007F49C5">
            <w:pPr>
              <w:jc w:val="both"/>
              <w:rPr>
                <w:sz w:val="20"/>
                <w:szCs w:val="20"/>
                <w:lang w:val="en-US"/>
              </w:rPr>
            </w:pPr>
            <w:r w:rsidRPr="007F49C5">
              <w:rPr>
                <w:sz w:val="20"/>
                <w:szCs w:val="20"/>
                <w:lang w:val="en-US"/>
              </w:rPr>
              <w:t>15.5. In all matters not provided for in this Agreement, the parties shall be governed by the laws of the Republic of Uzbekistan.</w:t>
            </w:r>
          </w:p>
          <w:p w:rsidR="000B766B" w:rsidRPr="00E01932" w:rsidRDefault="000B766B" w:rsidP="000B766B">
            <w:pPr>
              <w:spacing w:after="60"/>
              <w:jc w:val="both"/>
              <w:rPr>
                <w:b/>
                <w:sz w:val="20"/>
                <w:szCs w:val="20"/>
                <w:lang w:val="en-US"/>
              </w:rPr>
            </w:pPr>
            <w:r w:rsidRPr="006E0E5F">
              <w:rPr>
                <w:sz w:val="20"/>
                <w:szCs w:val="20"/>
                <w:lang w:val="en-US"/>
              </w:rPr>
              <w:lastRenderedPageBreak/>
              <w:t>15.6. Anti-Corruption Provision.</w:t>
            </w:r>
          </w:p>
          <w:p w:rsidR="005E6B00" w:rsidRPr="00E01932" w:rsidRDefault="005E6B00" w:rsidP="00B724DC">
            <w:pPr>
              <w:jc w:val="both"/>
              <w:rPr>
                <w:sz w:val="20"/>
                <w:szCs w:val="20"/>
                <w:lang w:val="en-US"/>
              </w:rPr>
            </w:pPr>
          </w:p>
          <w:p w:rsidR="000D18C4" w:rsidRPr="00AB6AE4" w:rsidRDefault="000D18C4" w:rsidP="00B724DC">
            <w:pPr>
              <w:jc w:val="both"/>
              <w:rPr>
                <w:sz w:val="20"/>
                <w:szCs w:val="20"/>
                <w:lang w:val="en-US"/>
              </w:rPr>
            </w:pPr>
            <w:r w:rsidRPr="00AB6AE4">
              <w:rPr>
                <w:sz w:val="20"/>
                <w:szCs w:val="20"/>
                <w:lang w:val="en-US"/>
              </w:rPr>
              <w:t>________________ “____” ______________ 2026</w:t>
            </w:r>
          </w:p>
          <w:p w:rsidR="004D03D1" w:rsidRPr="00AB6AE4" w:rsidRDefault="004D03D1" w:rsidP="00B724DC">
            <w:pPr>
              <w:jc w:val="both"/>
              <w:rPr>
                <w:b/>
                <w:sz w:val="20"/>
                <w:szCs w:val="20"/>
                <w:lang w:val="en-US"/>
              </w:rPr>
            </w:pPr>
          </w:p>
          <w:p w:rsidR="007F49C5" w:rsidRDefault="007F49C5" w:rsidP="00B724DC">
            <w:pPr>
              <w:jc w:val="both"/>
              <w:rPr>
                <w:b/>
                <w:sz w:val="20"/>
                <w:szCs w:val="20"/>
                <w:lang w:val="en-US"/>
              </w:rPr>
            </w:pPr>
          </w:p>
          <w:p w:rsidR="00FB0B92" w:rsidRDefault="00FB0B92" w:rsidP="00B724DC">
            <w:pPr>
              <w:jc w:val="both"/>
              <w:rPr>
                <w:b/>
                <w:sz w:val="20"/>
                <w:szCs w:val="20"/>
                <w:lang w:val="en-US"/>
              </w:rPr>
            </w:pPr>
          </w:p>
          <w:p w:rsidR="00FB0B92" w:rsidRDefault="00A53F30" w:rsidP="00B724DC">
            <w:pPr>
              <w:jc w:val="both"/>
              <w:rPr>
                <w:b/>
                <w:sz w:val="20"/>
                <w:szCs w:val="20"/>
                <w:lang w:val="en-US"/>
              </w:rPr>
            </w:pPr>
            <w:r w:rsidRPr="00A53F30">
              <w:rPr>
                <w:b/>
                <w:sz w:val="20"/>
                <w:szCs w:val="20"/>
                <w:lang w:val="en-US"/>
              </w:rPr>
              <w:t>Anti-Corruption Provision.</w:t>
            </w:r>
          </w:p>
          <w:p w:rsidR="000D18C4" w:rsidRPr="00195FC3" w:rsidRDefault="00A53F30" w:rsidP="00A53F30">
            <w:pPr>
              <w:spacing w:after="60"/>
              <w:jc w:val="both"/>
              <w:rPr>
                <w:sz w:val="20"/>
                <w:lang w:val="en-US"/>
              </w:rPr>
            </w:pPr>
            <w:r w:rsidRPr="00195FC3">
              <w:rPr>
                <w:sz w:val="20"/>
                <w:lang w:val="en-US"/>
              </w:rPr>
              <w:t>15.6 In fulfilling their obligations under the Contract, the Parties shall, among other things, ensure compliance with the requirements of applicable anti-corruption laws, guaranteeing that they, their employees, affiliates, beneficiaries, and any business partners, intermediaries, contractors, or agents engaged to perform the Contract do not engage in any actions (or refrain from inaction),</w:t>
            </w:r>
            <w:r w:rsidRPr="00195FC3">
              <w:rPr>
                <w:sz w:val="20"/>
                <w:lang w:val="en-US"/>
              </w:rPr>
              <w:t xml:space="preserve"> </w:t>
            </w:r>
            <w:r w:rsidRPr="00195FC3">
              <w:rPr>
                <w:sz w:val="20"/>
                <w:lang w:val="en-US"/>
              </w:rPr>
              <w:t>acts classified as accepting a bribe, commercial bribery, giving or acting as an intermediary in bribery, bribing an official of a government agency or a state-owned organization, and other acts of a corrupt nature, as well as this reservation, as provided for by applicable legislation and international instruments on the legalization (laundering) of proceeds of crime and the financing of terrorism.</w:t>
            </w:r>
          </w:p>
          <w:p w:rsidR="00A53F30" w:rsidRDefault="00A53F30" w:rsidP="00A53F30">
            <w:pPr>
              <w:spacing w:after="60"/>
              <w:jc w:val="both"/>
              <w:rPr>
                <w:sz w:val="20"/>
                <w:lang w:val="uz-Cyrl-UZ"/>
              </w:rPr>
            </w:pPr>
            <w:r>
              <w:rPr>
                <w:sz w:val="20"/>
                <w:lang w:val="uz-Cyrl-UZ"/>
              </w:rPr>
              <w:t>15.7</w:t>
            </w:r>
            <w:r w:rsidRPr="00A53F30">
              <w:rPr>
                <w:lang w:val="en-US"/>
              </w:rPr>
              <w:t xml:space="preserve"> </w:t>
            </w:r>
            <w:r w:rsidRPr="00A53F30">
              <w:rPr>
                <w:sz w:val="20"/>
                <w:lang w:val="uz-Cyrl-UZ"/>
              </w:rPr>
              <w:t>The parties shall refrain from, directly or indirectly, personally or through third parties, offering, promising, giving, extorting, requesting, agreeing to receive, or receiving cash, other valuables, property, property rights, or any other tangible and/or intangible benefit in favor of</w:t>
            </w:r>
            <w:r>
              <w:rPr>
                <w:sz w:val="20"/>
                <w:lang w:val="uz-Cyrl-UZ"/>
              </w:rPr>
              <w:t xml:space="preserve"> </w:t>
            </w:r>
            <w:r w:rsidRPr="00A53F30">
              <w:rPr>
                <w:sz w:val="20"/>
                <w:lang w:val="uz-Cyrl-UZ"/>
              </w:rPr>
              <w:t>or from any persons, with the intent to use such influence to obtain an unjustified advantage or achieve other unlawful objectives, including those inconsistent with the principles of transparency and openness in the relationship between the Parties.</w:t>
            </w:r>
          </w:p>
          <w:p w:rsidR="00A53F30" w:rsidRDefault="00A53F30" w:rsidP="00A53F30">
            <w:pPr>
              <w:spacing w:after="60"/>
              <w:jc w:val="both"/>
              <w:rPr>
                <w:bCs/>
                <w:sz w:val="20"/>
                <w:szCs w:val="20"/>
                <w:lang w:val="uz-Cyrl-UZ"/>
              </w:rPr>
            </w:pPr>
            <w:r w:rsidRPr="00A53F30">
              <w:rPr>
                <w:bCs/>
                <w:sz w:val="20"/>
                <w:szCs w:val="20"/>
                <w:lang w:val="uz-Cyrl-UZ"/>
              </w:rPr>
              <w:t>15.8 The Parties guarantee that they will take measures to prevent the aforementioned actions. The Parties undertake to openly and promptly notify each other in writing (including via corporate email) of any suspected violations or potential violations by the Parties, their employees, beneficiaries, affiliates, or other persons engaged by them in connection with the performance of the Contract and the anti-corruption provisions of this clause.</w:t>
            </w:r>
          </w:p>
          <w:p w:rsidR="00A53F30" w:rsidRDefault="00A53F30" w:rsidP="00A53F30">
            <w:pPr>
              <w:spacing w:after="60"/>
              <w:jc w:val="both"/>
              <w:rPr>
                <w:bCs/>
                <w:sz w:val="20"/>
                <w:szCs w:val="20"/>
                <w:lang w:val="uz-Cyrl-UZ"/>
              </w:rPr>
            </w:pPr>
            <w:bookmarkStart w:id="0" w:name="_GoBack"/>
            <w:r w:rsidRPr="00A53F30">
              <w:rPr>
                <w:bCs/>
                <w:sz w:val="20"/>
                <w:szCs w:val="20"/>
                <w:lang w:val="uz-Cyrl-UZ"/>
              </w:rPr>
              <w:t>15.9 Furthermore, if one of the Parties has reasonable grounds to suspect that a violation of the anti-corruption provisions of applicable law and/or this provision has occurred or may occur by the other Party, its employees, beneficiaries, affiliates, or other persons engaged by them in connection with the performance of the Contract,</w:t>
            </w:r>
            <w:r>
              <w:rPr>
                <w:bCs/>
                <w:sz w:val="20"/>
                <w:szCs w:val="20"/>
                <w:lang w:val="uz-Cyrl-UZ"/>
              </w:rPr>
              <w:t xml:space="preserve"> </w:t>
            </w:r>
            <w:r w:rsidRPr="00A53F30">
              <w:rPr>
                <w:bCs/>
                <w:sz w:val="20"/>
                <w:szCs w:val="20"/>
                <w:lang w:val="uz-Cyrl-UZ"/>
              </w:rPr>
              <w:t>The Party in question has the right to send a written request to the other Party, demanding that it provide comments and information or documents refuting or confirming the violation within 10 (ten) business days of receiving the request.</w:t>
            </w:r>
          </w:p>
          <w:bookmarkEnd w:id="0"/>
          <w:p w:rsidR="00A53F30" w:rsidRDefault="00A53F30" w:rsidP="00A53F30">
            <w:pPr>
              <w:spacing w:after="60"/>
              <w:jc w:val="both"/>
              <w:rPr>
                <w:lang w:val="en-US"/>
              </w:rPr>
            </w:pPr>
            <w:r w:rsidRPr="00A53F30">
              <w:rPr>
                <w:bCs/>
                <w:sz w:val="20"/>
                <w:szCs w:val="20"/>
                <w:lang w:val="uz-Cyrl-UZ"/>
              </w:rPr>
              <w:t>15.10 The Parties agree that if one of the Parties fails to comply with the requirements of Section 15.9 of this provision, or if the other Party does not receive, within the specified time frame, confirmation that no violation has occurred or will occur, and that the Party has implemented measures to mitigate the risk of corruption, the other Party shall have the right to unilaterally terminate this Contract, as well as to suspend its performance.</w:t>
            </w:r>
            <w:r w:rsidRPr="00A53F30">
              <w:rPr>
                <w:lang w:val="en-US"/>
              </w:rPr>
              <w:t xml:space="preserve"> </w:t>
            </w:r>
          </w:p>
          <w:p w:rsidR="00A53F30" w:rsidRDefault="00A53F30" w:rsidP="00A53F30">
            <w:pPr>
              <w:spacing w:after="60"/>
              <w:jc w:val="both"/>
              <w:rPr>
                <w:bCs/>
                <w:sz w:val="20"/>
                <w:szCs w:val="20"/>
                <w:lang w:val="uz-Cyrl-UZ"/>
              </w:rPr>
            </w:pPr>
            <w:r w:rsidRPr="00A53F30">
              <w:rPr>
                <w:bCs/>
                <w:sz w:val="20"/>
                <w:szCs w:val="20"/>
                <w:lang w:val="uz-Cyrl-UZ"/>
              </w:rPr>
              <w:t xml:space="preserve">15.11 Compensation for losses incurred by the Party that requested the unilateral termination of the Contract on the </w:t>
            </w:r>
            <w:r w:rsidRPr="00A53F30">
              <w:rPr>
                <w:bCs/>
                <w:sz w:val="20"/>
                <w:szCs w:val="20"/>
                <w:lang w:val="uz-Cyrl-UZ"/>
              </w:rPr>
              <w:lastRenderedPageBreak/>
              <w:t>grounds specified in paragraph 15.10 of this clause shall be paid in accordance with the procedure set forth in the relevant article of this clause, provided that the Party that breached the obligations of this clause shall not be entitled to claim compensation for losses caused by the unilateral termination of the Contract.</w:t>
            </w:r>
          </w:p>
          <w:p w:rsidR="00A53F30" w:rsidRDefault="00A53F30" w:rsidP="00A53F30">
            <w:pPr>
              <w:spacing w:after="60"/>
              <w:jc w:val="both"/>
              <w:rPr>
                <w:bCs/>
                <w:sz w:val="20"/>
                <w:szCs w:val="20"/>
                <w:lang w:val="uz-Cyrl-UZ"/>
              </w:rPr>
            </w:pPr>
            <w:r w:rsidRPr="00A53F30">
              <w:rPr>
                <w:bCs/>
                <w:sz w:val="20"/>
                <w:szCs w:val="20"/>
                <w:lang w:val="uz-Cyrl-UZ"/>
              </w:rPr>
              <w:t>15.12 If a Party to the Contract encounters conduct by the Company’s employees that falls under the circumstances described in this provision and/or instances of coercion to commit acts of corruption, the Party must report such incidents by any convenient means (telephone, fax, written communication, or email).</w:t>
            </w:r>
          </w:p>
          <w:p w:rsidR="00A53F30" w:rsidRPr="00A53F30" w:rsidRDefault="00A53F30" w:rsidP="00A53F30">
            <w:pPr>
              <w:spacing w:after="60"/>
              <w:jc w:val="both"/>
              <w:rPr>
                <w:bCs/>
                <w:sz w:val="20"/>
                <w:szCs w:val="20"/>
                <w:lang w:val="uz-Cyrl-UZ"/>
              </w:rPr>
            </w:pPr>
            <w:r w:rsidRPr="000D18C4">
              <w:rPr>
                <w:sz w:val="20"/>
                <w:szCs w:val="20"/>
              </w:rPr>
              <w:t>_____________</w:t>
            </w:r>
            <w:proofErr w:type="gramStart"/>
            <w:r w:rsidRPr="000D18C4">
              <w:rPr>
                <w:sz w:val="20"/>
                <w:szCs w:val="20"/>
              </w:rPr>
              <w:t>_«</w:t>
            </w:r>
            <w:proofErr w:type="gramEnd"/>
            <w:r w:rsidRPr="000D18C4">
              <w:rPr>
                <w:sz w:val="20"/>
                <w:szCs w:val="20"/>
              </w:rPr>
              <w:t>____»__________ 2026</w:t>
            </w:r>
          </w:p>
        </w:tc>
      </w:tr>
    </w:tbl>
    <w:p w:rsidR="0098062A" w:rsidRPr="00FB0B92" w:rsidRDefault="0098062A">
      <w:pPr>
        <w:rPr>
          <w:lang w:val="en-US"/>
        </w:rPr>
      </w:pPr>
    </w:p>
    <w:p w:rsidR="000B766B" w:rsidRPr="00A53F30" w:rsidRDefault="000B766B" w:rsidP="000B766B">
      <w:pPr>
        <w:jc w:val="center"/>
        <w:rPr>
          <w:b/>
          <w:sz w:val="20"/>
          <w:szCs w:val="20"/>
          <w:lang w:val="en-US"/>
        </w:rPr>
      </w:pPr>
    </w:p>
    <w:p w:rsidR="000B766B" w:rsidRPr="000B766B" w:rsidRDefault="000B766B" w:rsidP="000B766B">
      <w:pPr>
        <w:spacing w:line="276" w:lineRule="auto"/>
        <w:jc w:val="center"/>
        <w:rPr>
          <w:b/>
        </w:rPr>
      </w:pPr>
      <w:r w:rsidRPr="000B766B">
        <w:rPr>
          <w:b/>
        </w:rPr>
        <w:t>РАЗДЕЛ III</w:t>
      </w:r>
    </w:p>
    <w:p w:rsidR="000B766B" w:rsidRPr="000B766B" w:rsidRDefault="000B766B" w:rsidP="000B766B">
      <w:pPr>
        <w:spacing w:line="276" w:lineRule="auto"/>
        <w:jc w:val="center"/>
        <w:rPr>
          <w:b/>
        </w:rPr>
      </w:pPr>
      <w:r w:rsidRPr="000B766B">
        <w:rPr>
          <w:b/>
          <w:lang w:val="en-US"/>
        </w:rPr>
        <w:t>SECTION</w:t>
      </w:r>
      <w:r w:rsidRPr="000B766B">
        <w:rPr>
          <w:b/>
        </w:rPr>
        <w:t xml:space="preserve"> </w:t>
      </w:r>
      <w:r w:rsidRPr="000B766B">
        <w:rPr>
          <w:b/>
          <w:lang w:val="en-US"/>
        </w:rPr>
        <w:t>III</w:t>
      </w:r>
    </w:p>
    <w:p w:rsidR="0098062A" w:rsidRPr="0059347E" w:rsidRDefault="0017557A" w:rsidP="0059347E">
      <w:pPr>
        <w:spacing w:before="100" w:beforeAutospacing="1" w:after="100" w:afterAutospacing="1"/>
        <w:jc w:val="center"/>
        <w:rPr>
          <w:b/>
          <w:bCs/>
        </w:rPr>
      </w:pPr>
      <w:r w:rsidRPr="0059347E">
        <w:rPr>
          <w:b/>
          <w:bCs/>
        </w:rPr>
        <w:t>ОПИСАНИЕ УСЛУГ</w:t>
      </w:r>
    </w:p>
    <w:tbl>
      <w:tblPr>
        <w:tblStyle w:val="aff0"/>
        <w:tblW w:w="0" w:type="auto"/>
        <w:jc w:val="center"/>
        <w:tblLook w:val="04A0" w:firstRow="1" w:lastRow="0" w:firstColumn="1" w:lastColumn="0" w:noHBand="0" w:noVBand="1"/>
      </w:tblPr>
      <w:tblGrid>
        <w:gridCol w:w="408"/>
        <w:gridCol w:w="2197"/>
        <w:gridCol w:w="2445"/>
        <w:gridCol w:w="2442"/>
        <w:gridCol w:w="2434"/>
      </w:tblGrid>
      <w:tr w:rsidR="006E0E5F" w:rsidTr="006E0E5F">
        <w:trPr>
          <w:jc w:val="center"/>
        </w:trPr>
        <w:tc>
          <w:tcPr>
            <w:tcW w:w="279" w:type="dxa"/>
            <w:vAlign w:val="center"/>
          </w:tcPr>
          <w:p w:rsidR="006E0E5F" w:rsidRDefault="006E0E5F">
            <w:r>
              <w:rPr>
                <w:b/>
                <w:sz w:val="19"/>
              </w:rPr>
              <w:t>№</w:t>
            </w:r>
          </w:p>
        </w:tc>
        <w:tc>
          <w:tcPr>
            <w:tcW w:w="2236" w:type="dxa"/>
            <w:vAlign w:val="center"/>
          </w:tcPr>
          <w:p w:rsidR="006E0E5F" w:rsidRDefault="006E0E5F" w:rsidP="006E0E5F"/>
        </w:tc>
        <w:tc>
          <w:tcPr>
            <w:tcW w:w="2472" w:type="dxa"/>
            <w:vAlign w:val="center"/>
          </w:tcPr>
          <w:p w:rsidR="006E0E5F" w:rsidRDefault="006E0E5F">
            <w:r>
              <w:rPr>
                <w:b/>
                <w:sz w:val="19"/>
              </w:rPr>
              <w:t>Параметр</w:t>
            </w:r>
          </w:p>
        </w:tc>
        <w:tc>
          <w:tcPr>
            <w:tcW w:w="2471" w:type="dxa"/>
            <w:vAlign w:val="center"/>
          </w:tcPr>
          <w:p w:rsidR="006E0E5F" w:rsidRDefault="006E0E5F">
            <w:r>
              <w:rPr>
                <w:b/>
                <w:sz w:val="19"/>
              </w:rPr>
              <w:t>Единица</w:t>
            </w:r>
          </w:p>
        </w:tc>
        <w:tc>
          <w:tcPr>
            <w:tcW w:w="2468" w:type="dxa"/>
            <w:vAlign w:val="center"/>
          </w:tcPr>
          <w:p w:rsidR="006E0E5F" w:rsidRDefault="006E0E5F">
            <w:r>
              <w:rPr>
                <w:b/>
                <w:sz w:val="19"/>
              </w:rPr>
              <w:t>Цена, долл. США</w:t>
            </w:r>
          </w:p>
        </w:tc>
      </w:tr>
      <w:tr w:rsidR="006E0E5F" w:rsidTr="006E0E5F">
        <w:trPr>
          <w:jc w:val="center"/>
        </w:trPr>
        <w:tc>
          <w:tcPr>
            <w:tcW w:w="279" w:type="dxa"/>
            <w:vAlign w:val="center"/>
          </w:tcPr>
          <w:p w:rsidR="006E0E5F" w:rsidRDefault="006E0E5F">
            <w:r>
              <w:rPr>
                <w:sz w:val="19"/>
              </w:rPr>
              <w:t>1</w:t>
            </w:r>
          </w:p>
        </w:tc>
        <w:tc>
          <w:tcPr>
            <w:tcW w:w="2236" w:type="dxa"/>
            <w:vAlign w:val="center"/>
          </w:tcPr>
          <w:p w:rsidR="006E0E5F" w:rsidRDefault="006E0E5F" w:rsidP="006E0E5F"/>
        </w:tc>
        <w:tc>
          <w:tcPr>
            <w:tcW w:w="2472" w:type="dxa"/>
            <w:vAlign w:val="center"/>
          </w:tcPr>
          <w:p w:rsidR="006E0E5F" w:rsidRDefault="006E0E5F"/>
        </w:tc>
        <w:tc>
          <w:tcPr>
            <w:tcW w:w="2471" w:type="dxa"/>
            <w:vAlign w:val="center"/>
          </w:tcPr>
          <w:p w:rsidR="006E0E5F" w:rsidRDefault="006E0E5F"/>
        </w:tc>
        <w:tc>
          <w:tcPr>
            <w:tcW w:w="2468" w:type="dxa"/>
            <w:vAlign w:val="center"/>
          </w:tcPr>
          <w:p w:rsidR="006E0E5F" w:rsidRDefault="006E0E5F"/>
        </w:tc>
      </w:tr>
      <w:tr w:rsidR="006E0E5F" w:rsidTr="006E0E5F">
        <w:trPr>
          <w:jc w:val="center"/>
        </w:trPr>
        <w:tc>
          <w:tcPr>
            <w:tcW w:w="279" w:type="dxa"/>
            <w:vAlign w:val="center"/>
          </w:tcPr>
          <w:p w:rsidR="006E0E5F" w:rsidRDefault="006E0E5F">
            <w:r>
              <w:rPr>
                <w:sz w:val="19"/>
              </w:rPr>
              <w:t>2</w:t>
            </w:r>
          </w:p>
        </w:tc>
        <w:tc>
          <w:tcPr>
            <w:tcW w:w="2236" w:type="dxa"/>
            <w:vAlign w:val="center"/>
          </w:tcPr>
          <w:p w:rsidR="006E0E5F" w:rsidRDefault="006E0E5F" w:rsidP="006E0E5F"/>
        </w:tc>
        <w:tc>
          <w:tcPr>
            <w:tcW w:w="2472" w:type="dxa"/>
            <w:vAlign w:val="center"/>
          </w:tcPr>
          <w:p w:rsidR="006E0E5F" w:rsidRDefault="006E0E5F"/>
        </w:tc>
        <w:tc>
          <w:tcPr>
            <w:tcW w:w="2471" w:type="dxa"/>
            <w:vAlign w:val="center"/>
          </w:tcPr>
          <w:p w:rsidR="006E0E5F" w:rsidRDefault="006E0E5F"/>
        </w:tc>
        <w:tc>
          <w:tcPr>
            <w:tcW w:w="2468" w:type="dxa"/>
            <w:vAlign w:val="center"/>
          </w:tcPr>
          <w:p w:rsidR="006E0E5F" w:rsidRDefault="006E0E5F"/>
        </w:tc>
      </w:tr>
    </w:tbl>
    <w:p w:rsidR="004D03D1" w:rsidRDefault="004D03D1" w:rsidP="00F75E3C">
      <w:pPr>
        <w:rPr>
          <w:b/>
          <w:strike/>
          <w:color w:val="FF0000"/>
        </w:rPr>
      </w:pPr>
    </w:p>
    <w:p w:rsidR="0098062A" w:rsidRPr="000D18C4" w:rsidRDefault="0017557A" w:rsidP="00F75E3C">
      <w:r w:rsidRPr="000D18C4">
        <w:t>________________ «____» __________ 2026</w:t>
      </w:r>
    </w:p>
    <w:p w:rsidR="0098062A" w:rsidRPr="000D18C4" w:rsidRDefault="0017557A" w:rsidP="00F75E3C">
      <w:r w:rsidRPr="000D18C4">
        <w:rPr>
          <w:b/>
        </w:rPr>
        <w:t>От имени Заказчика: «</w:t>
      </w:r>
      <w:r w:rsidR="004D03D1">
        <w:rPr>
          <w:b/>
        </w:rPr>
        <w:t>____________</w:t>
      </w:r>
      <w:r w:rsidRPr="000D18C4">
        <w:rPr>
          <w:b/>
        </w:rPr>
        <w:t>»</w:t>
      </w:r>
    </w:p>
    <w:p w:rsidR="0098062A" w:rsidRDefault="0017557A" w:rsidP="00F75E3C">
      <w:r>
        <w:t>____________ «____» __________ 2026</w:t>
      </w:r>
    </w:p>
    <w:p w:rsidR="00F67E1D" w:rsidRPr="00F67E1D" w:rsidRDefault="000019BE" w:rsidP="00F67E1D">
      <w:pPr>
        <w:spacing w:before="100" w:beforeAutospacing="1" w:after="100" w:afterAutospacing="1"/>
        <w:jc w:val="center"/>
      </w:pPr>
      <w:r w:rsidRPr="000019BE">
        <w:rPr>
          <w:b/>
          <w:bCs/>
        </w:rPr>
        <w:t>SERVICE DESCRIPTION</w:t>
      </w:r>
    </w:p>
    <w:tbl>
      <w:tblPr>
        <w:tblStyle w:val="aff0"/>
        <w:tblW w:w="9918" w:type="dxa"/>
        <w:tblLook w:val="04A0" w:firstRow="1" w:lastRow="0" w:firstColumn="1" w:lastColumn="0" w:noHBand="0" w:noVBand="1"/>
      </w:tblPr>
      <w:tblGrid>
        <w:gridCol w:w="421"/>
        <w:gridCol w:w="2268"/>
        <w:gridCol w:w="2409"/>
        <w:gridCol w:w="2410"/>
        <w:gridCol w:w="2410"/>
      </w:tblGrid>
      <w:tr w:rsidR="006E0E5F" w:rsidRPr="00F67E1D" w:rsidTr="006E0E5F">
        <w:trPr>
          <w:trHeight w:val="268"/>
        </w:trPr>
        <w:tc>
          <w:tcPr>
            <w:tcW w:w="421" w:type="dxa"/>
            <w:hideMark/>
          </w:tcPr>
          <w:p w:rsidR="006E0E5F" w:rsidRPr="00F67E1D" w:rsidRDefault="006E0E5F" w:rsidP="00F67E1D">
            <w:pPr>
              <w:rPr>
                <w:b/>
                <w:sz w:val="19"/>
              </w:rPr>
            </w:pPr>
            <w:r w:rsidRPr="00F67E1D">
              <w:rPr>
                <w:b/>
                <w:sz w:val="19"/>
              </w:rPr>
              <w:t>№</w:t>
            </w:r>
          </w:p>
        </w:tc>
        <w:tc>
          <w:tcPr>
            <w:tcW w:w="2268" w:type="dxa"/>
          </w:tcPr>
          <w:p w:rsidR="006E0E5F" w:rsidRPr="00F67E1D" w:rsidRDefault="006E0E5F" w:rsidP="006E0E5F">
            <w:pPr>
              <w:rPr>
                <w:b/>
                <w:sz w:val="19"/>
              </w:rPr>
            </w:pPr>
          </w:p>
        </w:tc>
        <w:tc>
          <w:tcPr>
            <w:tcW w:w="2409" w:type="dxa"/>
            <w:hideMark/>
          </w:tcPr>
          <w:p w:rsidR="006E0E5F" w:rsidRPr="00F67E1D" w:rsidRDefault="006E0E5F" w:rsidP="00F67E1D">
            <w:pPr>
              <w:rPr>
                <w:b/>
                <w:sz w:val="19"/>
              </w:rPr>
            </w:pPr>
            <w:proofErr w:type="spellStart"/>
            <w:r w:rsidRPr="000019BE">
              <w:rPr>
                <w:b/>
                <w:sz w:val="19"/>
              </w:rPr>
              <w:t>Parameter</w:t>
            </w:r>
            <w:proofErr w:type="spellEnd"/>
          </w:p>
        </w:tc>
        <w:tc>
          <w:tcPr>
            <w:tcW w:w="2410" w:type="dxa"/>
            <w:hideMark/>
          </w:tcPr>
          <w:p w:rsidR="006E0E5F" w:rsidRPr="00F67E1D" w:rsidRDefault="006E0E5F" w:rsidP="00F67E1D">
            <w:pPr>
              <w:rPr>
                <w:b/>
                <w:sz w:val="19"/>
              </w:rPr>
            </w:pPr>
            <w:proofErr w:type="spellStart"/>
            <w:r w:rsidRPr="000019BE">
              <w:rPr>
                <w:b/>
                <w:sz w:val="19"/>
              </w:rPr>
              <w:t>Unit</w:t>
            </w:r>
            <w:proofErr w:type="spellEnd"/>
          </w:p>
        </w:tc>
        <w:tc>
          <w:tcPr>
            <w:tcW w:w="2410" w:type="dxa"/>
            <w:hideMark/>
          </w:tcPr>
          <w:p w:rsidR="006E0E5F" w:rsidRPr="00F67E1D" w:rsidRDefault="006E0E5F" w:rsidP="00F67E1D">
            <w:pPr>
              <w:rPr>
                <w:b/>
                <w:sz w:val="19"/>
              </w:rPr>
            </w:pPr>
            <w:proofErr w:type="spellStart"/>
            <w:r w:rsidRPr="000019BE">
              <w:rPr>
                <w:b/>
                <w:sz w:val="19"/>
              </w:rPr>
              <w:t>Price</w:t>
            </w:r>
            <w:proofErr w:type="spellEnd"/>
            <w:r w:rsidRPr="000019BE">
              <w:rPr>
                <w:b/>
                <w:sz w:val="19"/>
              </w:rPr>
              <w:t xml:space="preserve"> (USD)</w:t>
            </w:r>
          </w:p>
        </w:tc>
      </w:tr>
      <w:tr w:rsidR="006E0E5F" w:rsidRPr="00F67E1D" w:rsidTr="006E0E5F">
        <w:trPr>
          <w:trHeight w:val="280"/>
        </w:trPr>
        <w:tc>
          <w:tcPr>
            <w:tcW w:w="421" w:type="dxa"/>
            <w:hideMark/>
          </w:tcPr>
          <w:p w:rsidR="006E0E5F" w:rsidRPr="006E0E5F" w:rsidRDefault="006E0E5F" w:rsidP="00F67E1D">
            <w:pPr>
              <w:rPr>
                <w:bCs/>
                <w:sz w:val="19"/>
              </w:rPr>
            </w:pPr>
            <w:r w:rsidRPr="006E0E5F">
              <w:rPr>
                <w:bCs/>
                <w:sz w:val="19"/>
              </w:rPr>
              <w:t>1</w:t>
            </w:r>
          </w:p>
        </w:tc>
        <w:tc>
          <w:tcPr>
            <w:tcW w:w="2268" w:type="dxa"/>
          </w:tcPr>
          <w:p w:rsidR="006E0E5F" w:rsidRPr="00F67E1D" w:rsidRDefault="006E0E5F" w:rsidP="006E0E5F">
            <w:pPr>
              <w:rPr>
                <w:b/>
                <w:sz w:val="19"/>
              </w:rPr>
            </w:pPr>
          </w:p>
        </w:tc>
        <w:tc>
          <w:tcPr>
            <w:tcW w:w="2409" w:type="dxa"/>
            <w:hideMark/>
          </w:tcPr>
          <w:p w:rsidR="006E0E5F" w:rsidRPr="00F67E1D" w:rsidRDefault="006E0E5F" w:rsidP="00F67E1D">
            <w:pPr>
              <w:rPr>
                <w:b/>
                <w:sz w:val="19"/>
              </w:rPr>
            </w:pPr>
          </w:p>
        </w:tc>
        <w:tc>
          <w:tcPr>
            <w:tcW w:w="2410" w:type="dxa"/>
            <w:hideMark/>
          </w:tcPr>
          <w:p w:rsidR="006E0E5F" w:rsidRPr="00F67E1D" w:rsidRDefault="006E0E5F" w:rsidP="00F67E1D">
            <w:pPr>
              <w:rPr>
                <w:b/>
                <w:sz w:val="19"/>
              </w:rPr>
            </w:pPr>
          </w:p>
        </w:tc>
        <w:tc>
          <w:tcPr>
            <w:tcW w:w="2410" w:type="dxa"/>
            <w:hideMark/>
          </w:tcPr>
          <w:p w:rsidR="006E0E5F" w:rsidRPr="00F67E1D" w:rsidRDefault="006E0E5F" w:rsidP="00F67E1D">
            <w:pPr>
              <w:rPr>
                <w:b/>
                <w:sz w:val="19"/>
              </w:rPr>
            </w:pPr>
          </w:p>
        </w:tc>
      </w:tr>
      <w:tr w:rsidR="006E0E5F" w:rsidRPr="00F67E1D" w:rsidTr="006E0E5F">
        <w:trPr>
          <w:trHeight w:val="268"/>
        </w:trPr>
        <w:tc>
          <w:tcPr>
            <w:tcW w:w="421" w:type="dxa"/>
            <w:hideMark/>
          </w:tcPr>
          <w:p w:rsidR="006E0E5F" w:rsidRPr="006E0E5F" w:rsidRDefault="006E0E5F" w:rsidP="00F67E1D">
            <w:pPr>
              <w:rPr>
                <w:bCs/>
                <w:sz w:val="19"/>
              </w:rPr>
            </w:pPr>
            <w:r w:rsidRPr="006E0E5F">
              <w:rPr>
                <w:bCs/>
                <w:sz w:val="19"/>
              </w:rPr>
              <w:t>2</w:t>
            </w:r>
          </w:p>
        </w:tc>
        <w:tc>
          <w:tcPr>
            <w:tcW w:w="2268" w:type="dxa"/>
          </w:tcPr>
          <w:p w:rsidR="006E0E5F" w:rsidRPr="00F67E1D" w:rsidRDefault="006E0E5F" w:rsidP="006E0E5F">
            <w:pPr>
              <w:rPr>
                <w:b/>
                <w:sz w:val="19"/>
              </w:rPr>
            </w:pPr>
          </w:p>
        </w:tc>
        <w:tc>
          <w:tcPr>
            <w:tcW w:w="2409" w:type="dxa"/>
            <w:hideMark/>
          </w:tcPr>
          <w:p w:rsidR="006E0E5F" w:rsidRPr="00F67E1D" w:rsidRDefault="006E0E5F" w:rsidP="00F67E1D">
            <w:pPr>
              <w:rPr>
                <w:b/>
                <w:sz w:val="19"/>
              </w:rPr>
            </w:pPr>
          </w:p>
        </w:tc>
        <w:tc>
          <w:tcPr>
            <w:tcW w:w="2410" w:type="dxa"/>
            <w:hideMark/>
          </w:tcPr>
          <w:p w:rsidR="006E0E5F" w:rsidRPr="00F67E1D" w:rsidRDefault="006E0E5F" w:rsidP="00F67E1D">
            <w:pPr>
              <w:rPr>
                <w:b/>
                <w:sz w:val="19"/>
              </w:rPr>
            </w:pPr>
          </w:p>
        </w:tc>
        <w:tc>
          <w:tcPr>
            <w:tcW w:w="2410" w:type="dxa"/>
            <w:hideMark/>
          </w:tcPr>
          <w:p w:rsidR="006E0E5F" w:rsidRPr="00F67E1D" w:rsidRDefault="006E0E5F" w:rsidP="00F67E1D">
            <w:pPr>
              <w:rPr>
                <w:b/>
                <w:sz w:val="19"/>
              </w:rPr>
            </w:pPr>
          </w:p>
        </w:tc>
      </w:tr>
    </w:tbl>
    <w:p w:rsidR="004D03D1" w:rsidRDefault="004D03D1" w:rsidP="00F75E3C">
      <w:pPr>
        <w:rPr>
          <w:b/>
          <w:strike/>
          <w:color w:val="FF0000"/>
        </w:rPr>
      </w:pPr>
    </w:p>
    <w:p w:rsidR="00F67E1D" w:rsidRPr="0059347E" w:rsidRDefault="004D03D1" w:rsidP="00F75E3C">
      <w:r w:rsidRPr="0059347E">
        <w:t xml:space="preserve"> </w:t>
      </w:r>
      <w:r w:rsidR="00F67E1D" w:rsidRPr="0059347E">
        <w:t>«____» __________ 2026</w:t>
      </w:r>
    </w:p>
    <w:p w:rsidR="00F67E1D" w:rsidRPr="000B766B" w:rsidRDefault="000019BE" w:rsidP="00F75E3C">
      <w:pPr>
        <w:rPr>
          <w:lang w:val="en-US"/>
        </w:rPr>
      </w:pPr>
      <w:r w:rsidRPr="000B766B">
        <w:rPr>
          <w:b/>
          <w:bCs/>
          <w:lang w:val="en-US"/>
        </w:rPr>
        <w:t>On behalf of the Customer</w:t>
      </w:r>
      <w:r w:rsidR="00F67E1D" w:rsidRPr="000B766B">
        <w:rPr>
          <w:b/>
          <w:bCs/>
          <w:lang w:val="en-US"/>
        </w:rPr>
        <w:t>:</w:t>
      </w:r>
      <w:r w:rsidR="00F67E1D" w:rsidRPr="000B766B">
        <w:rPr>
          <w:lang w:val="en-US"/>
        </w:rPr>
        <w:t xml:space="preserve"> «</w:t>
      </w:r>
      <w:r w:rsidR="004D03D1" w:rsidRPr="000B766B">
        <w:rPr>
          <w:lang w:val="en-US"/>
        </w:rPr>
        <w:t>_____________</w:t>
      </w:r>
      <w:r w:rsidR="00F67E1D" w:rsidRPr="000B766B">
        <w:rPr>
          <w:lang w:val="en-US"/>
        </w:rPr>
        <w:t>»</w:t>
      </w:r>
    </w:p>
    <w:p w:rsidR="00F67E1D" w:rsidRPr="0059347E" w:rsidRDefault="00F67E1D" w:rsidP="00F75E3C">
      <w:r w:rsidRPr="0059347E">
        <w:t>____________ «____» __________ 2026</w:t>
      </w:r>
    </w:p>
    <w:p w:rsidR="00067D0E" w:rsidRDefault="00067D0E" w:rsidP="00F75E3C">
      <w:pPr>
        <w:rPr>
          <w:b/>
        </w:rPr>
      </w:pPr>
    </w:p>
    <w:p w:rsidR="006E0E5F" w:rsidRPr="00962277" w:rsidRDefault="006E0E5F" w:rsidP="00F75E3C">
      <w:pPr>
        <w:rPr>
          <w:b/>
        </w:rPr>
      </w:pPr>
    </w:p>
    <w:tbl>
      <w:tblPr>
        <w:tblStyle w:val="aff0"/>
        <w:tblW w:w="0" w:type="auto"/>
        <w:tblLook w:val="04A0" w:firstRow="1" w:lastRow="0" w:firstColumn="1" w:lastColumn="0" w:noHBand="0" w:noVBand="1"/>
      </w:tblPr>
      <w:tblGrid>
        <w:gridCol w:w="4963"/>
        <w:gridCol w:w="4963"/>
      </w:tblGrid>
      <w:tr w:rsidR="006E0E5F" w:rsidTr="001018B8">
        <w:trPr>
          <w:trHeight w:val="562"/>
        </w:trPr>
        <w:tc>
          <w:tcPr>
            <w:tcW w:w="4963" w:type="dxa"/>
          </w:tcPr>
          <w:p w:rsidR="006E0E5F" w:rsidRPr="00904252" w:rsidRDefault="006E0E5F" w:rsidP="006E0E5F">
            <w:pPr>
              <w:spacing w:after="60"/>
              <w:jc w:val="both"/>
              <w:rPr>
                <w:b/>
                <w:bCs/>
                <w:sz w:val="20"/>
                <w:szCs w:val="20"/>
              </w:rPr>
            </w:pPr>
            <w:r w:rsidRPr="00904252">
              <w:rPr>
                <w:b/>
                <w:bCs/>
                <w:sz w:val="20"/>
                <w:szCs w:val="20"/>
              </w:rPr>
              <w:t>Юридические адреса и банковские реквизиты Сторон:</w:t>
            </w:r>
          </w:p>
          <w:p w:rsidR="006E0E5F" w:rsidRPr="000D18C4" w:rsidRDefault="006E0E5F" w:rsidP="006E0E5F">
            <w:pPr>
              <w:spacing w:after="60"/>
              <w:jc w:val="both"/>
              <w:rPr>
                <w:sz w:val="20"/>
                <w:szCs w:val="20"/>
              </w:rPr>
            </w:pPr>
            <w:r w:rsidRPr="004D03D1">
              <w:rPr>
                <w:sz w:val="20"/>
                <w:szCs w:val="20"/>
              </w:rPr>
              <w:t>Заказчик</w:t>
            </w:r>
            <w:r w:rsidRPr="000D18C4">
              <w:rPr>
                <w:sz w:val="20"/>
                <w:szCs w:val="20"/>
              </w:rPr>
              <w:t>: «Название компании»</w:t>
            </w:r>
          </w:p>
          <w:p w:rsidR="006E0E5F" w:rsidRPr="000D18C4" w:rsidRDefault="006E0E5F" w:rsidP="006E0E5F">
            <w:pPr>
              <w:spacing w:after="60"/>
              <w:jc w:val="both"/>
              <w:rPr>
                <w:sz w:val="20"/>
                <w:szCs w:val="20"/>
              </w:rPr>
            </w:pPr>
            <w:r w:rsidRPr="000D18C4">
              <w:rPr>
                <w:sz w:val="20"/>
                <w:szCs w:val="20"/>
              </w:rPr>
              <w:t>Юридический адрес:</w:t>
            </w:r>
          </w:p>
          <w:p w:rsidR="006E0E5F" w:rsidRPr="000D18C4" w:rsidRDefault="006E0E5F" w:rsidP="006E0E5F">
            <w:pPr>
              <w:spacing w:after="60"/>
              <w:jc w:val="both"/>
              <w:rPr>
                <w:sz w:val="20"/>
                <w:szCs w:val="20"/>
              </w:rPr>
            </w:pPr>
            <w:r w:rsidRPr="000D18C4">
              <w:rPr>
                <w:sz w:val="20"/>
                <w:szCs w:val="20"/>
              </w:rPr>
              <w:t>ИНН:</w:t>
            </w:r>
          </w:p>
          <w:p w:rsidR="006E0E5F" w:rsidRPr="000D18C4" w:rsidRDefault="006E0E5F" w:rsidP="006E0E5F">
            <w:pPr>
              <w:spacing w:after="60"/>
              <w:jc w:val="both"/>
              <w:rPr>
                <w:sz w:val="20"/>
                <w:szCs w:val="20"/>
              </w:rPr>
            </w:pPr>
            <w:r w:rsidRPr="000D18C4">
              <w:rPr>
                <w:sz w:val="20"/>
                <w:szCs w:val="20"/>
              </w:rPr>
              <w:t>Банк:</w:t>
            </w:r>
          </w:p>
          <w:p w:rsidR="006E0E5F" w:rsidRPr="000D18C4" w:rsidRDefault="006E0E5F" w:rsidP="006E0E5F">
            <w:pPr>
              <w:spacing w:after="60"/>
              <w:jc w:val="both"/>
              <w:rPr>
                <w:sz w:val="20"/>
                <w:szCs w:val="20"/>
              </w:rPr>
            </w:pPr>
            <w:r w:rsidRPr="00AB0271">
              <w:rPr>
                <w:sz w:val="20"/>
                <w:szCs w:val="20"/>
              </w:rPr>
              <w:t>ИНН банка</w:t>
            </w:r>
            <w:r w:rsidRPr="000D18C4">
              <w:rPr>
                <w:sz w:val="20"/>
                <w:szCs w:val="20"/>
              </w:rPr>
              <w:t>:</w:t>
            </w:r>
          </w:p>
          <w:p w:rsidR="006E0E5F" w:rsidRPr="000D18C4" w:rsidRDefault="006E0E5F" w:rsidP="006E0E5F">
            <w:pPr>
              <w:spacing w:after="60"/>
              <w:jc w:val="both"/>
              <w:rPr>
                <w:sz w:val="20"/>
                <w:szCs w:val="20"/>
              </w:rPr>
            </w:pPr>
            <w:r w:rsidRPr="000D18C4">
              <w:rPr>
                <w:sz w:val="20"/>
                <w:szCs w:val="20"/>
              </w:rPr>
              <w:t>Код:</w:t>
            </w:r>
          </w:p>
          <w:p w:rsidR="006E0E5F" w:rsidRPr="000D18C4" w:rsidRDefault="006E0E5F" w:rsidP="006E0E5F">
            <w:pPr>
              <w:spacing w:after="60"/>
              <w:jc w:val="both"/>
              <w:rPr>
                <w:sz w:val="20"/>
                <w:szCs w:val="20"/>
              </w:rPr>
            </w:pPr>
            <w:r w:rsidRPr="000D18C4">
              <w:rPr>
                <w:sz w:val="20"/>
                <w:szCs w:val="20"/>
              </w:rPr>
              <w:t>Корреспондентский счет:</w:t>
            </w:r>
          </w:p>
          <w:p w:rsidR="006E0E5F" w:rsidRPr="000D18C4" w:rsidRDefault="006E0E5F" w:rsidP="006E0E5F">
            <w:pPr>
              <w:spacing w:after="60"/>
              <w:jc w:val="both"/>
              <w:rPr>
                <w:sz w:val="20"/>
                <w:szCs w:val="20"/>
              </w:rPr>
            </w:pPr>
            <w:r w:rsidRPr="000D18C4">
              <w:rPr>
                <w:sz w:val="20"/>
                <w:szCs w:val="20"/>
              </w:rPr>
              <w:t>SWIFT:</w:t>
            </w:r>
          </w:p>
          <w:p w:rsidR="006E0E5F" w:rsidRPr="000D18C4" w:rsidRDefault="006E0E5F" w:rsidP="006E0E5F">
            <w:pPr>
              <w:spacing w:after="60"/>
              <w:jc w:val="both"/>
              <w:rPr>
                <w:sz w:val="20"/>
                <w:szCs w:val="20"/>
              </w:rPr>
            </w:pPr>
            <w:r w:rsidRPr="000D18C4">
              <w:rPr>
                <w:sz w:val="20"/>
                <w:szCs w:val="20"/>
              </w:rPr>
              <w:t>Счет:</w:t>
            </w:r>
          </w:p>
          <w:p w:rsidR="006E0E5F" w:rsidRPr="00AB0271" w:rsidRDefault="006E0E5F" w:rsidP="006E0E5F">
            <w:pPr>
              <w:spacing w:after="60"/>
              <w:jc w:val="both"/>
              <w:rPr>
                <w:strike/>
                <w:color w:val="FF0000"/>
                <w:sz w:val="20"/>
                <w:szCs w:val="20"/>
              </w:rPr>
            </w:pPr>
            <w:r>
              <w:rPr>
                <w:sz w:val="20"/>
                <w:szCs w:val="20"/>
              </w:rPr>
              <w:t>Исполнитель</w:t>
            </w:r>
            <w:r w:rsidRPr="00962277">
              <w:rPr>
                <w:sz w:val="20"/>
                <w:szCs w:val="20"/>
              </w:rPr>
              <w:t xml:space="preserve">: </w:t>
            </w:r>
          </w:p>
          <w:p w:rsidR="006E0E5F" w:rsidRPr="000D18C4" w:rsidRDefault="006E0E5F" w:rsidP="006E0E5F">
            <w:pPr>
              <w:spacing w:after="60"/>
              <w:jc w:val="both"/>
              <w:rPr>
                <w:sz w:val="20"/>
                <w:szCs w:val="20"/>
              </w:rPr>
            </w:pPr>
            <w:r w:rsidRPr="000D18C4">
              <w:rPr>
                <w:sz w:val="20"/>
                <w:szCs w:val="20"/>
              </w:rPr>
              <w:t>ИНН:</w:t>
            </w:r>
          </w:p>
          <w:p w:rsidR="006E0E5F" w:rsidRPr="000D18C4" w:rsidRDefault="006E0E5F" w:rsidP="006E0E5F">
            <w:pPr>
              <w:spacing w:after="60"/>
              <w:jc w:val="both"/>
              <w:rPr>
                <w:sz w:val="20"/>
                <w:szCs w:val="20"/>
              </w:rPr>
            </w:pPr>
            <w:r w:rsidRPr="000D18C4">
              <w:rPr>
                <w:sz w:val="20"/>
                <w:szCs w:val="20"/>
              </w:rPr>
              <w:t xml:space="preserve">Банк: ИНН банка: </w:t>
            </w:r>
          </w:p>
          <w:p w:rsidR="006E0E5F" w:rsidRPr="000D18C4" w:rsidRDefault="006E0E5F" w:rsidP="006E0E5F">
            <w:pPr>
              <w:spacing w:after="60"/>
              <w:jc w:val="both"/>
              <w:rPr>
                <w:sz w:val="20"/>
                <w:szCs w:val="20"/>
              </w:rPr>
            </w:pPr>
            <w:r w:rsidRPr="000D18C4">
              <w:rPr>
                <w:sz w:val="20"/>
                <w:szCs w:val="20"/>
              </w:rPr>
              <w:t xml:space="preserve">Код: </w:t>
            </w:r>
          </w:p>
          <w:p w:rsidR="006E0E5F" w:rsidRPr="000D18C4" w:rsidRDefault="006E0E5F" w:rsidP="006E0E5F">
            <w:pPr>
              <w:spacing w:after="60"/>
              <w:jc w:val="both"/>
              <w:rPr>
                <w:sz w:val="20"/>
                <w:szCs w:val="20"/>
              </w:rPr>
            </w:pPr>
            <w:r w:rsidRPr="000D18C4">
              <w:rPr>
                <w:sz w:val="20"/>
                <w:szCs w:val="20"/>
              </w:rPr>
              <w:t xml:space="preserve">SWIFT: </w:t>
            </w:r>
          </w:p>
          <w:p w:rsidR="006E0E5F" w:rsidRPr="000D18C4" w:rsidRDefault="006E0E5F" w:rsidP="006E0E5F">
            <w:pPr>
              <w:spacing w:after="60"/>
              <w:jc w:val="both"/>
              <w:rPr>
                <w:sz w:val="20"/>
                <w:szCs w:val="20"/>
              </w:rPr>
            </w:pPr>
            <w:r w:rsidRPr="000D18C4">
              <w:rPr>
                <w:sz w:val="20"/>
                <w:szCs w:val="20"/>
              </w:rPr>
              <w:t xml:space="preserve">Корреспондентский счет: </w:t>
            </w:r>
          </w:p>
          <w:p w:rsidR="006E0E5F" w:rsidRPr="00AB0271" w:rsidRDefault="006E0E5F" w:rsidP="006E0E5F">
            <w:pPr>
              <w:spacing w:after="60"/>
              <w:jc w:val="both"/>
              <w:rPr>
                <w:strike/>
                <w:color w:val="FF0000"/>
                <w:sz w:val="20"/>
                <w:szCs w:val="20"/>
              </w:rPr>
            </w:pPr>
            <w:r w:rsidRPr="000D18C4">
              <w:rPr>
                <w:sz w:val="20"/>
                <w:szCs w:val="20"/>
              </w:rPr>
              <w:t xml:space="preserve">Р/с: </w:t>
            </w:r>
          </w:p>
          <w:p w:rsidR="006E0E5F" w:rsidRPr="000D18C4" w:rsidRDefault="006E0E5F" w:rsidP="006E0E5F">
            <w:pPr>
              <w:spacing w:after="60"/>
              <w:jc w:val="both"/>
              <w:rPr>
                <w:sz w:val="20"/>
                <w:szCs w:val="20"/>
              </w:rPr>
            </w:pPr>
            <w:r w:rsidRPr="000D18C4">
              <w:rPr>
                <w:sz w:val="20"/>
                <w:szCs w:val="20"/>
              </w:rPr>
              <w:t xml:space="preserve">Валюта: </w:t>
            </w:r>
          </w:p>
          <w:p w:rsidR="006E0E5F" w:rsidRPr="000D18C4" w:rsidRDefault="006E0E5F" w:rsidP="006E0E5F">
            <w:pPr>
              <w:spacing w:after="60"/>
              <w:jc w:val="both"/>
              <w:rPr>
                <w:sz w:val="20"/>
                <w:szCs w:val="20"/>
              </w:rPr>
            </w:pPr>
            <w:r w:rsidRPr="000D18C4">
              <w:rPr>
                <w:sz w:val="20"/>
                <w:szCs w:val="20"/>
              </w:rPr>
              <w:t>Для международных переводов:</w:t>
            </w:r>
          </w:p>
          <w:p w:rsidR="006E0E5F" w:rsidRPr="000D18C4" w:rsidRDefault="006E0E5F" w:rsidP="006E0E5F">
            <w:pPr>
              <w:spacing w:after="60"/>
              <w:jc w:val="both"/>
              <w:rPr>
                <w:sz w:val="20"/>
                <w:szCs w:val="20"/>
              </w:rPr>
            </w:pPr>
            <w:r w:rsidRPr="000D18C4">
              <w:rPr>
                <w:sz w:val="20"/>
                <w:szCs w:val="20"/>
              </w:rPr>
              <w:t xml:space="preserve">Наименование счета: </w:t>
            </w:r>
          </w:p>
          <w:p w:rsidR="006E0E5F" w:rsidRPr="00AB0271" w:rsidRDefault="006E0E5F" w:rsidP="006E0E5F">
            <w:pPr>
              <w:spacing w:after="60"/>
              <w:jc w:val="both"/>
              <w:rPr>
                <w:strike/>
                <w:color w:val="FF0000"/>
                <w:sz w:val="20"/>
                <w:szCs w:val="20"/>
              </w:rPr>
            </w:pPr>
            <w:r w:rsidRPr="000D18C4">
              <w:rPr>
                <w:sz w:val="20"/>
                <w:szCs w:val="20"/>
              </w:rPr>
              <w:t xml:space="preserve">Номер счета получателя: </w:t>
            </w:r>
          </w:p>
          <w:p w:rsidR="006E0E5F" w:rsidRPr="000D18C4" w:rsidRDefault="006E0E5F" w:rsidP="006E0E5F">
            <w:pPr>
              <w:spacing w:after="60"/>
              <w:jc w:val="both"/>
              <w:rPr>
                <w:sz w:val="20"/>
                <w:szCs w:val="20"/>
              </w:rPr>
            </w:pPr>
            <w:r w:rsidRPr="000D18C4">
              <w:rPr>
                <w:sz w:val="20"/>
                <w:szCs w:val="20"/>
              </w:rPr>
              <w:t xml:space="preserve">Банк получателя: </w:t>
            </w:r>
          </w:p>
          <w:p w:rsidR="006E0E5F" w:rsidRPr="000D18C4" w:rsidRDefault="006E0E5F" w:rsidP="006E0E5F">
            <w:pPr>
              <w:spacing w:after="60"/>
              <w:jc w:val="both"/>
              <w:rPr>
                <w:sz w:val="20"/>
                <w:szCs w:val="20"/>
              </w:rPr>
            </w:pPr>
            <w:r w:rsidRPr="000D18C4">
              <w:rPr>
                <w:sz w:val="20"/>
                <w:szCs w:val="20"/>
              </w:rPr>
              <w:t xml:space="preserve">Реквизиты банка получателя: </w:t>
            </w:r>
          </w:p>
          <w:p w:rsidR="006E0E5F" w:rsidRPr="000D18C4" w:rsidRDefault="006E0E5F" w:rsidP="006E0E5F">
            <w:pPr>
              <w:spacing w:after="60"/>
              <w:jc w:val="both"/>
              <w:rPr>
                <w:sz w:val="20"/>
                <w:szCs w:val="20"/>
              </w:rPr>
            </w:pPr>
            <w:r w:rsidRPr="000D18C4">
              <w:rPr>
                <w:sz w:val="20"/>
                <w:szCs w:val="20"/>
              </w:rPr>
              <w:t xml:space="preserve">SWIFT: </w:t>
            </w:r>
          </w:p>
          <w:p w:rsidR="006E0E5F" w:rsidRPr="000D18C4" w:rsidRDefault="006E0E5F" w:rsidP="006E0E5F">
            <w:pPr>
              <w:spacing w:after="60"/>
              <w:jc w:val="both"/>
              <w:rPr>
                <w:sz w:val="20"/>
                <w:szCs w:val="20"/>
              </w:rPr>
            </w:pPr>
            <w:r w:rsidRPr="000D18C4">
              <w:rPr>
                <w:sz w:val="20"/>
                <w:szCs w:val="20"/>
              </w:rPr>
              <w:t>Валюта: доллар США</w:t>
            </w:r>
          </w:p>
          <w:p w:rsidR="006E0E5F" w:rsidRPr="000D18C4" w:rsidRDefault="006E0E5F" w:rsidP="006E0E5F">
            <w:pPr>
              <w:spacing w:after="60"/>
              <w:jc w:val="both"/>
              <w:rPr>
                <w:sz w:val="20"/>
                <w:szCs w:val="20"/>
              </w:rPr>
            </w:pPr>
            <w:r w:rsidRPr="000D18C4">
              <w:rPr>
                <w:sz w:val="20"/>
                <w:szCs w:val="20"/>
              </w:rPr>
              <w:t>Реквизиты банка-корреспондента</w:t>
            </w:r>
          </w:p>
          <w:p w:rsidR="006E0E5F" w:rsidRPr="000D18C4" w:rsidRDefault="006E0E5F" w:rsidP="006E0E5F">
            <w:pPr>
              <w:spacing w:after="60"/>
              <w:jc w:val="both"/>
              <w:rPr>
                <w:sz w:val="20"/>
                <w:szCs w:val="20"/>
              </w:rPr>
            </w:pPr>
            <w:r w:rsidRPr="000D18C4">
              <w:rPr>
                <w:sz w:val="20"/>
                <w:szCs w:val="20"/>
              </w:rPr>
              <w:t>Банк:</w:t>
            </w:r>
          </w:p>
          <w:p w:rsidR="006E0E5F" w:rsidRPr="000D18C4" w:rsidRDefault="006E0E5F" w:rsidP="006E0E5F">
            <w:pPr>
              <w:spacing w:after="60"/>
              <w:jc w:val="both"/>
              <w:rPr>
                <w:sz w:val="20"/>
                <w:szCs w:val="20"/>
              </w:rPr>
            </w:pPr>
            <w:r w:rsidRPr="000D18C4">
              <w:rPr>
                <w:sz w:val="20"/>
                <w:szCs w:val="20"/>
              </w:rPr>
              <w:t xml:space="preserve">Адрес: </w:t>
            </w:r>
          </w:p>
          <w:p w:rsidR="006E0E5F" w:rsidRPr="000D18C4" w:rsidRDefault="006E0E5F" w:rsidP="006E0E5F">
            <w:pPr>
              <w:spacing w:after="60"/>
              <w:jc w:val="both"/>
              <w:rPr>
                <w:sz w:val="20"/>
                <w:szCs w:val="20"/>
              </w:rPr>
            </w:pPr>
            <w:r w:rsidRPr="000D18C4">
              <w:rPr>
                <w:sz w:val="20"/>
                <w:szCs w:val="20"/>
              </w:rPr>
              <w:t xml:space="preserve">SWIFT BIC: </w:t>
            </w:r>
          </w:p>
          <w:p w:rsidR="006E0E5F" w:rsidRPr="000D18C4" w:rsidRDefault="006E0E5F" w:rsidP="006E0E5F">
            <w:pPr>
              <w:spacing w:after="60"/>
              <w:jc w:val="both"/>
              <w:rPr>
                <w:sz w:val="20"/>
                <w:szCs w:val="20"/>
              </w:rPr>
            </w:pPr>
            <w:r w:rsidRPr="000D18C4">
              <w:rPr>
                <w:sz w:val="20"/>
                <w:szCs w:val="20"/>
              </w:rPr>
              <w:t xml:space="preserve">Номер корреспондентского счета: </w:t>
            </w:r>
          </w:p>
          <w:p w:rsidR="006E0E5F" w:rsidRDefault="006E0E5F" w:rsidP="006E0E5F">
            <w:pPr>
              <w:rPr>
                <w:b/>
              </w:rPr>
            </w:pPr>
            <w:r w:rsidRPr="000D18C4">
              <w:rPr>
                <w:sz w:val="20"/>
                <w:szCs w:val="20"/>
              </w:rPr>
              <w:t>______________"____"__________ 2026</w:t>
            </w:r>
          </w:p>
        </w:tc>
        <w:tc>
          <w:tcPr>
            <w:tcW w:w="4963" w:type="dxa"/>
          </w:tcPr>
          <w:p w:rsidR="006E0E5F" w:rsidRDefault="006E0E5F" w:rsidP="006E0E5F">
            <w:pPr>
              <w:jc w:val="both"/>
              <w:rPr>
                <w:b/>
                <w:sz w:val="20"/>
                <w:szCs w:val="20"/>
                <w:lang w:val="en-US"/>
              </w:rPr>
            </w:pPr>
            <w:r w:rsidRPr="000019BE">
              <w:rPr>
                <w:b/>
                <w:sz w:val="20"/>
                <w:szCs w:val="20"/>
                <w:lang w:val="en-US"/>
              </w:rPr>
              <w:t>Registered addresses and bank account information for the Parties:</w:t>
            </w:r>
          </w:p>
          <w:p w:rsidR="006E0E5F" w:rsidRPr="00FB0B92" w:rsidRDefault="006E0E5F" w:rsidP="006E0E5F">
            <w:pPr>
              <w:jc w:val="both"/>
              <w:rPr>
                <w:sz w:val="20"/>
                <w:szCs w:val="20"/>
                <w:lang w:val="en-US"/>
              </w:rPr>
            </w:pPr>
            <w:r w:rsidRPr="00FB0B92">
              <w:rPr>
                <w:sz w:val="20"/>
                <w:szCs w:val="20"/>
                <w:lang w:val="en-US"/>
              </w:rPr>
              <w:t>Customer: “Company Name”</w:t>
            </w:r>
          </w:p>
          <w:p w:rsidR="006E0E5F" w:rsidRPr="00FB0B92" w:rsidRDefault="006E0E5F" w:rsidP="006E0E5F">
            <w:pPr>
              <w:jc w:val="both"/>
              <w:rPr>
                <w:sz w:val="20"/>
                <w:szCs w:val="20"/>
                <w:lang w:val="en-US"/>
              </w:rPr>
            </w:pPr>
            <w:r w:rsidRPr="00FB0B92">
              <w:rPr>
                <w:sz w:val="20"/>
                <w:szCs w:val="20"/>
                <w:lang w:val="en-US"/>
              </w:rPr>
              <w:t>Registered Address:</w:t>
            </w:r>
          </w:p>
          <w:p w:rsidR="006E0E5F" w:rsidRPr="00FB0B92" w:rsidRDefault="006E0E5F" w:rsidP="006E0E5F">
            <w:pPr>
              <w:jc w:val="both"/>
              <w:rPr>
                <w:sz w:val="20"/>
                <w:szCs w:val="20"/>
                <w:lang w:val="en-US"/>
              </w:rPr>
            </w:pPr>
            <w:r w:rsidRPr="00FB0B92">
              <w:rPr>
                <w:sz w:val="20"/>
                <w:szCs w:val="20"/>
                <w:lang w:val="en-US"/>
              </w:rPr>
              <w:t>Tax ID:</w:t>
            </w:r>
          </w:p>
          <w:p w:rsidR="006E0E5F" w:rsidRPr="00FB0B92" w:rsidRDefault="006E0E5F" w:rsidP="006E0E5F">
            <w:pPr>
              <w:jc w:val="both"/>
              <w:rPr>
                <w:sz w:val="20"/>
                <w:szCs w:val="20"/>
                <w:lang w:val="en-US"/>
              </w:rPr>
            </w:pPr>
            <w:r w:rsidRPr="00FB0B92">
              <w:rPr>
                <w:sz w:val="20"/>
                <w:szCs w:val="20"/>
                <w:lang w:val="en-US"/>
              </w:rPr>
              <w:t>Bank:</w:t>
            </w:r>
          </w:p>
          <w:p w:rsidR="006E0E5F" w:rsidRPr="00FB0B92" w:rsidRDefault="006E0E5F" w:rsidP="006E0E5F">
            <w:pPr>
              <w:jc w:val="both"/>
              <w:rPr>
                <w:sz w:val="20"/>
                <w:szCs w:val="20"/>
                <w:lang w:val="en-US"/>
              </w:rPr>
            </w:pPr>
            <w:r w:rsidRPr="00FB0B92">
              <w:rPr>
                <w:sz w:val="20"/>
                <w:szCs w:val="20"/>
                <w:lang w:val="en-US"/>
              </w:rPr>
              <w:t>Bank Tax ID:</w:t>
            </w:r>
          </w:p>
          <w:p w:rsidR="006E0E5F" w:rsidRPr="00FB0B92" w:rsidRDefault="006E0E5F" w:rsidP="006E0E5F">
            <w:pPr>
              <w:jc w:val="both"/>
              <w:rPr>
                <w:sz w:val="20"/>
                <w:szCs w:val="20"/>
                <w:lang w:val="en-US"/>
              </w:rPr>
            </w:pPr>
            <w:r w:rsidRPr="00FB0B92">
              <w:rPr>
                <w:sz w:val="20"/>
                <w:szCs w:val="20"/>
                <w:lang w:val="en-US"/>
              </w:rPr>
              <w:t>Code:</w:t>
            </w:r>
          </w:p>
          <w:p w:rsidR="006E0E5F" w:rsidRPr="00FB0B92" w:rsidRDefault="006E0E5F" w:rsidP="006E0E5F">
            <w:pPr>
              <w:jc w:val="both"/>
              <w:rPr>
                <w:sz w:val="20"/>
                <w:szCs w:val="20"/>
                <w:lang w:val="en-US"/>
              </w:rPr>
            </w:pPr>
            <w:r w:rsidRPr="00FB0B92">
              <w:rPr>
                <w:sz w:val="20"/>
                <w:szCs w:val="20"/>
                <w:lang w:val="en-US"/>
              </w:rPr>
              <w:t>Correspondent Account:</w:t>
            </w:r>
          </w:p>
          <w:p w:rsidR="006E0E5F" w:rsidRPr="00FB0B92" w:rsidRDefault="006E0E5F" w:rsidP="006E0E5F">
            <w:pPr>
              <w:jc w:val="both"/>
              <w:rPr>
                <w:sz w:val="20"/>
                <w:szCs w:val="20"/>
                <w:lang w:val="en-US"/>
              </w:rPr>
            </w:pPr>
            <w:r w:rsidRPr="00FB0B92">
              <w:rPr>
                <w:sz w:val="20"/>
                <w:szCs w:val="20"/>
                <w:lang w:val="en-US"/>
              </w:rPr>
              <w:t>SWIFT:</w:t>
            </w:r>
          </w:p>
          <w:p w:rsidR="006E0E5F" w:rsidRPr="00FB0B92" w:rsidRDefault="006E0E5F" w:rsidP="006E0E5F">
            <w:pPr>
              <w:jc w:val="both"/>
              <w:rPr>
                <w:sz w:val="20"/>
                <w:szCs w:val="20"/>
                <w:lang w:val="en-US"/>
              </w:rPr>
            </w:pPr>
            <w:r w:rsidRPr="00FB0B92">
              <w:rPr>
                <w:sz w:val="20"/>
                <w:szCs w:val="20"/>
                <w:lang w:val="en-US"/>
              </w:rPr>
              <w:t>Account:</w:t>
            </w:r>
          </w:p>
          <w:p w:rsidR="006E0E5F" w:rsidRPr="00FB0B92" w:rsidRDefault="006E0E5F" w:rsidP="006E0E5F">
            <w:pPr>
              <w:jc w:val="both"/>
              <w:rPr>
                <w:sz w:val="20"/>
                <w:szCs w:val="20"/>
                <w:lang w:val="en-US"/>
              </w:rPr>
            </w:pPr>
            <w:r w:rsidRPr="00FB0B92">
              <w:rPr>
                <w:sz w:val="20"/>
                <w:szCs w:val="20"/>
                <w:lang w:val="en-US"/>
              </w:rPr>
              <w:t xml:space="preserve">Contractor: </w:t>
            </w:r>
          </w:p>
          <w:p w:rsidR="006E0E5F" w:rsidRPr="00FB0B92" w:rsidRDefault="006E0E5F" w:rsidP="006E0E5F">
            <w:pPr>
              <w:jc w:val="both"/>
              <w:rPr>
                <w:sz w:val="20"/>
                <w:szCs w:val="20"/>
                <w:lang w:val="en-US"/>
              </w:rPr>
            </w:pPr>
            <w:r w:rsidRPr="00FB0B92">
              <w:rPr>
                <w:sz w:val="20"/>
                <w:szCs w:val="20"/>
                <w:lang w:val="en-US"/>
              </w:rPr>
              <w:t>Tax ID:</w:t>
            </w:r>
          </w:p>
          <w:p w:rsidR="006E0E5F" w:rsidRPr="00FB0B92" w:rsidRDefault="006E0E5F" w:rsidP="006E0E5F">
            <w:pPr>
              <w:jc w:val="both"/>
              <w:rPr>
                <w:sz w:val="20"/>
                <w:szCs w:val="20"/>
                <w:lang w:val="en-US"/>
              </w:rPr>
            </w:pPr>
            <w:r w:rsidRPr="00FB0B92">
              <w:rPr>
                <w:sz w:val="20"/>
                <w:szCs w:val="20"/>
                <w:lang w:val="en-US"/>
              </w:rPr>
              <w:t xml:space="preserve">Bank: Bank Tax ID: </w:t>
            </w:r>
          </w:p>
          <w:p w:rsidR="006E0E5F" w:rsidRPr="00FB0B92" w:rsidRDefault="006E0E5F" w:rsidP="006E0E5F">
            <w:pPr>
              <w:jc w:val="both"/>
              <w:rPr>
                <w:sz w:val="20"/>
                <w:szCs w:val="20"/>
                <w:lang w:val="en-US"/>
              </w:rPr>
            </w:pPr>
            <w:r w:rsidRPr="00FB0B92">
              <w:rPr>
                <w:sz w:val="20"/>
                <w:szCs w:val="20"/>
                <w:lang w:val="en-US"/>
              </w:rPr>
              <w:t xml:space="preserve">Code: </w:t>
            </w:r>
          </w:p>
          <w:p w:rsidR="006E0E5F" w:rsidRPr="00FB0B92" w:rsidRDefault="006E0E5F" w:rsidP="006E0E5F">
            <w:pPr>
              <w:jc w:val="both"/>
              <w:rPr>
                <w:sz w:val="20"/>
                <w:szCs w:val="20"/>
                <w:lang w:val="en-US"/>
              </w:rPr>
            </w:pPr>
            <w:r w:rsidRPr="00FB0B92">
              <w:rPr>
                <w:sz w:val="20"/>
                <w:szCs w:val="20"/>
                <w:lang w:val="en-US"/>
              </w:rPr>
              <w:t xml:space="preserve">SWIFT: </w:t>
            </w:r>
          </w:p>
          <w:p w:rsidR="006E0E5F" w:rsidRPr="00FB0B92" w:rsidRDefault="006E0E5F" w:rsidP="006E0E5F">
            <w:pPr>
              <w:jc w:val="both"/>
              <w:rPr>
                <w:sz w:val="20"/>
                <w:szCs w:val="20"/>
                <w:lang w:val="en-US"/>
              </w:rPr>
            </w:pPr>
            <w:r w:rsidRPr="00FB0B92">
              <w:rPr>
                <w:sz w:val="20"/>
                <w:szCs w:val="20"/>
                <w:lang w:val="en-US"/>
              </w:rPr>
              <w:t xml:space="preserve">Correspondent account: </w:t>
            </w:r>
          </w:p>
          <w:p w:rsidR="006E0E5F" w:rsidRPr="00FB0B92" w:rsidRDefault="006E0E5F" w:rsidP="006E0E5F">
            <w:pPr>
              <w:jc w:val="both"/>
              <w:rPr>
                <w:sz w:val="20"/>
                <w:szCs w:val="20"/>
                <w:lang w:val="en-US"/>
              </w:rPr>
            </w:pPr>
            <w:r w:rsidRPr="00FB0B92">
              <w:rPr>
                <w:sz w:val="20"/>
                <w:szCs w:val="20"/>
                <w:lang w:val="en-US"/>
              </w:rPr>
              <w:t xml:space="preserve">Account No.: </w:t>
            </w:r>
          </w:p>
          <w:p w:rsidR="006E0E5F" w:rsidRPr="00FB0B92" w:rsidRDefault="006E0E5F" w:rsidP="006E0E5F">
            <w:pPr>
              <w:jc w:val="both"/>
              <w:rPr>
                <w:sz w:val="20"/>
                <w:szCs w:val="20"/>
                <w:lang w:val="en-US"/>
              </w:rPr>
            </w:pPr>
            <w:r w:rsidRPr="00FB0B92">
              <w:rPr>
                <w:sz w:val="20"/>
                <w:szCs w:val="20"/>
                <w:lang w:val="en-US"/>
              </w:rPr>
              <w:t xml:space="preserve">Currency: </w:t>
            </w:r>
          </w:p>
          <w:p w:rsidR="006E0E5F" w:rsidRPr="00FB0B92" w:rsidRDefault="006E0E5F" w:rsidP="006E0E5F">
            <w:pPr>
              <w:jc w:val="both"/>
              <w:rPr>
                <w:sz w:val="20"/>
                <w:szCs w:val="20"/>
                <w:lang w:val="en-US"/>
              </w:rPr>
            </w:pPr>
            <w:r w:rsidRPr="00FB0B92">
              <w:rPr>
                <w:sz w:val="20"/>
                <w:szCs w:val="20"/>
                <w:lang w:val="en-US"/>
              </w:rPr>
              <w:t>For international transfers:</w:t>
            </w:r>
          </w:p>
          <w:p w:rsidR="006E0E5F" w:rsidRPr="00FB0B92" w:rsidRDefault="006E0E5F" w:rsidP="006E0E5F">
            <w:pPr>
              <w:jc w:val="both"/>
              <w:rPr>
                <w:sz w:val="20"/>
                <w:szCs w:val="20"/>
                <w:lang w:val="en-US"/>
              </w:rPr>
            </w:pPr>
            <w:r w:rsidRPr="00FB0B92">
              <w:rPr>
                <w:sz w:val="20"/>
                <w:szCs w:val="20"/>
                <w:lang w:val="en-US"/>
              </w:rPr>
              <w:t xml:space="preserve">Account name: </w:t>
            </w:r>
          </w:p>
          <w:p w:rsidR="006E0E5F" w:rsidRPr="00FB0B92" w:rsidRDefault="006E0E5F" w:rsidP="006E0E5F">
            <w:pPr>
              <w:jc w:val="both"/>
              <w:rPr>
                <w:sz w:val="20"/>
                <w:szCs w:val="20"/>
                <w:lang w:val="en-US"/>
              </w:rPr>
            </w:pPr>
            <w:r w:rsidRPr="00FB0B92">
              <w:rPr>
                <w:sz w:val="20"/>
                <w:szCs w:val="20"/>
                <w:lang w:val="en-US"/>
              </w:rPr>
              <w:t xml:space="preserve">Recipient’s account number: </w:t>
            </w:r>
          </w:p>
          <w:p w:rsidR="006E0E5F" w:rsidRPr="00FB0B92" w:rsidRDefault="006E0E5F" w:rsidP="006E0E5F">
            <w:pPr>
              <w:jc w:val="both"/>
              <w:rPr>
                <w:sz w:val="20"/>
                <w:szCs w:val="20"/>
                <w:lang w:val="en-US"/>
              </w:rPr>
            </w:pPr>
            <w:r w:rsidRPr="00FB0B92">
              <w:rPr>
                <w:sz w:val="20"/>
                <w:szCs w:val="20"/>
                <w:lang w:val="en-US"/>
              </w:rPr>
              <w:t xml:space="preserve">Recipient’s bank: </w:t>
            </w:r>
          </w:p>
          <w:p w:rsidR="006E0E5F" w:rsidRPr="00FB0B92" w:rsidRDefault="006E0E5F" w:rsidP="006E0E5F">
            <w:pPr>
              <w:jc w:val="both"/>
              <w:rPr>
                <w:sz w:val="20"/>
                <w:szCs w:val="20"/>
                <w:lang w:val="en-US"/>
              </w:rPr>
            </w:pPr>
            <w:r w:rsidRPr="00FB0B92">
              <w:rPr>
                <w:sz w:val="20"/>
                <w:szCs w:val="20"/>
                <w:lang w:val="en-US"/>
              </w:rPr>
              <w:t xml:space="preserve">Recipient’s bank details: </w:t>
            </w:r>
          </w:p>
          <w:p w:rsidR="006E0E5F" w:rsidRPr="00FB0B92" w:rsidRDefault="006E0E5F" w:rsidP="006E0E5F">
            <w:pPr>
              <w:jc w:val="both"/>
              <w:rPr>
                <w:sz w:val="20"/>
                <w:szCs w:val="20"/>
                <w:lang w:val="en-US"/>
              </w:rPr>
            </w:pPr>
            <w:r w:rsidRPr="00FB0B92">
              <w:rPr>
                <w:sz w:val="20"/>
                <w:szCs w:val="20"/>
                <w:lang w:val="en-US"/>
              </w:rPr>
              <w:t xml:space="preserve">SWIFT: </w:t>
            </w:r>
          </w:p>
          <w:p w:rsidR="006E0E5F" w:rsidRPr="00FB0B92" w:rsidRDefault="006E0E5F" w:rsidP="006E0E5F">
            <w:pPr>
              <w:jc w:val="both"/>
              <w:rPr>
                <w:sz w:val="20"/>
                <w:szCs w:val="20"/>
                <w:lang w:val="en-US"/>
              </w:rPr>
            </w:pPr>
            <w:r w:rsidRPr="00FB0B92">
              <w:rPr>
                <w:sz w:val="20"/>
                <w:szCs w:val="20"/>
                <w:lang w:val="en-US"/>
              </w:rPr>
              <w:t>Currency: U.S. dollars</w:t>
            </w:r>
          </w:p>
          <w:p w:rsidR="006E0E5F" w:rsidRPr="00FB0B92" w:rsidRDefault="006E0E5F" w:rsidP="006E0E5F">
            <w:pPr>
              <w:jc w:val="both"/>
              <w:rPr>
                <w:sz w:val="20"/>
                <w:szCs w:val="20"/>
                <w:lang w:val="en-US"/>
              </w:rPr>
            </w:pPr>
            <w:r w:rsidRPr="00FB0B92">
              <w:rPr>
                <w:sz w:val="20"/>
                <w:szCs w:val="20"/>
                <w:lang w:val="en-US"/>
              </w:rPr>
              <w:t>Correspondent Bank Details</w:t>
            </w:r>
          </w:p>
          <w:p w:rsidR="006E0E5F" w:rsidRPr="00FB0B92" w:rsidRDefault="006E0E5F" w:rsidP="006E0E5F">
            <w:pPr>
              <w:jc w:val="both"/>
              <w:rPr>
                <w:sz w:val="20"/>
                <w:szCs w:val="20"/>
                <w:lang w:val="en-US"/>
              </w:rPr>
            </w:pPr>
            <w:r w:rsidRPr="00FB0B92">
              <w:rPr>
                <w:sz w:val="20"/>
                <w:szCs w:val="20"/>
                <w:lang w:val="en-US"/>
              </w:rPr>
              <w:t>Bank:</w:t>
            </w:r>
          </w:p>
          <w:p w:rsidR="006E0E5F" w:rsidRPr="00FB0B92" w:rsidRDefault="006E0E5F" w:rsidP="006E0E5F">
            <w:pPr>
              <w:jc w:val="both"/>
              <w:rPr>
                <w:sz w:val="20"/>
                <w:szCs w:val="20"/>
                <w:lang w:val="en-US"/>
              </w:rPr>
            </w:pPr>
            <w:r w:rsidRPr="00FB0B92">
              <w:rPr>
                <w:sz w:val="20"/>
                <w:szCs w:val="20"/>
                <w:lang w:val="en-US"/>
              </w:rPr>
              <w:t xml:space="preserve">Address: </w:t>
            </w:r>
          </w:p>
          <w:p w:rsidR="006E0E5F" w:rsidRPr="00FB0B92" w:rsidRDefault="006E0E5F" w:rsidP="006E0E5F">
            <w:pPr>
              <w:jc w:val="both"/>
              <w:rPr>
                <w:sz w:val="20"/>
                <w:szCs w:val="20"/>
                <w:lang w:val="en-US"/>
              </w:rPr>
            </w:pPr>
            <w:r w:rsidRPr="00FB0B92">
              <w:rPr>
                <w:sz w:val="20"/>
                <w:szCs w:val="20"/>
                <w:lang w:val="en-US"/>
              </w:rPr>
              <w:t xml:space="preserve">SWIFT BIC: </w:t>
            </w:r>
          </w:p>
          <w:p w:rsidR="006E0E5F" w:rsidRDefault="006E0E5F" w:rsidP="006E0E5F">
            <w:pPr>
              <w:jc w:val="both"/>
              <w:rPr>
                <w:sz w:val="20"/>
                <w:szCs w:val="20"/>
                <w:lang w:val="en-US"/>
              </w:rPr>
            </w:pPr>
            <w:r w:rsidRPr="00FB0B92">
              <w:rPr>
                <w:sz w:val="20"/>
                <w:szCs w:val="20"/>
                <w:lang w:val="en-US"/>
              </w:rPr>
              <w:t xml:space="preserve">Correspondent account number: </w:t>
            </w:r>
          </w:p>
          <w:p w:rsidR="006E0E5F" w:rsidRPr="00FB0B92" w:rsidRDefault="006E0E5F" w:rsidP="006E0E5F">
            <w:pPr>
              <w:jc w:val="both"/>
              <w:rPr>
                <w:sz w:val="20"/>
                <w:szCs w:val="20"/>
                <w:lang w:val="en-US"/>
              </w:rPr>
            </w:pPr>
            <w:r w:rsidRPr="00FB0B92">
              <w:rPr>
                <w:sz w:val="20"/>
                <w:szCs w:val="20"/>
                <w:lang w:val="en-US"/>
              </w:rPr>
              <w:t>________________ “____” ______________ 2026</w:t>
            </w:r>
          </w:p>
          <w:p w:rsidR="006E0E5F" w:rsidRDefault="006E0E5F" w:rsidP="00F75E3C">
            <w:pPr>
              <w:rPr>
                <w:b/>
              </w:rPr>
            </w:pPr>
          </w:p>
        </w:tc>
      </w:tr>
    </w:tbl>
    <w:p w:rsidR="00067D0E" w:rsidRPr="00962277" w:rsidRDefault="00067D0E" w:rsidP="00F75E3C">
      <w:pPr>
        <w:rPr>
          <w:b/>
        </w:rPr>
      </w:pPr>
    </w:p>
    <w:p w:rsidR="00962277" w:rsidRPr="00962277" w:rsidRDefault="00962277" w:rsidP="00067D0E">
      <w:pPr>
        <w:jc w:val="right"/>
        <w:rPr>
          <w:i/>
        </w:rPr>
      </w:pPr>
    </w:p>
    <w:sectPr w:rsidR="00962277" w:rsidRPr="00962277" w:rsidSect="00034616">
      <w:pgSz w:w="12240" w:h="15840"/>
      <w:pgMar w:top="1008" w:right="1152" w:bottom="1008"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notTrueType/>
    <w:pitch w:val="fixed"/>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hideSpelling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019BE"/>
    <w:rsid w:val="00034616"/>
    <w:rsid w:val="0006063C"/>
    <w:rsid w:val="00067D0E"/>
    <w:rsid w:val="000B35F6"/>
    <w:rsid w:val="000B766B"/>
    <w:rsid w:val="000D18C4"/>
    <w:rsid w:val="000E7B7A"/>
    <w:rsid w:val="0010106F"/>
    <w:rsid w:val="0015074B"/>
    <w:rsid w:val="0017557A"/>
    <w:rsid w:val="00195FC3"/>
    <w:rsid w:val="001A257C"/>
    <w:rsid w:val="00225908"/>
    <w:rsid w:val="00226678"/>
    <w:rsid w:val="0029639D"/>
    <w:rsid w:val="002D5D67"/>
    <w:rsid w:val="002E212B"/>
    <w:rsid w:val="002F221D"/>
    <w:rsid w:val="003048F2"/>
    <w:rsid w:val="00317D73"/>
    <w:rsid w:val="00326F90"/>
    <w:rsid w:val="0038098A"/>
    <w:rsid w:val="00394D87"/>
    <w:rsid w:val="00454D00"/>
    <w:rsid w:val="004638E2"/>
    <w:rsid w:val="004B1475"/>
    <w:rsid w:val="004D03D1"/>
    <w:rsid w:val="00591B39"/>
    <w:rsid w:val="0059347E"/>
    <w:rsid w:val="005E6B00"/>
    <w:rsid w:val="00607139"/>
    <w:rsid w:val="006B4EDE"/>
    <w:rsid w:val="006E0E5F"/>
    <w:rsid w:val="0070102E"/>
    <w:rsid w:val="00730E75"/>
    <w:rsid w:val="007F49C5"/>
    <w:rsid w:val="0083667A"/>
    <w:rsid w:val="00852331"/>
    <w:rsid w:val="00867F83"/>
    <w:rsid w:val="00904252"/>
    <w:rsid w:val="00934D41"/>
    <w:rsid w:val="00962277"/>
    <w:rsid w:val="0098062A"/>
    <w:rsid w:val="009D219F"/>
    <w:rsid w:val="00A53F30"/>
    <w:rsid w:val="00A6380C"/>
    <w:rsid w:val="00A674A8"/>
    <w:rsid w:val="00AA1D8D"/>
    <w:rsid w:val="00AB0271"/>
    <w:rsid w:val="00AB6AE4"/>
    <w:rsid w:val="00AC6432"/>
    <w:rsid w:val="00B47730"/>
    <w:rsid w:val="00B724DC"/>
    <w:rsid w:val="00B76900"/>
    <w:rsid w:val="00B816F2"/>
    <w:rsid w:val="00B84919"/>
    <w:rsid w:val="00BF2B95"/>
    <w:rsid w:val="00C055B2"/>
    <w:rsid w:val="00C1292F"/>
    <w:rsid w:val="00C33E07"/>
    <w:rsid w:val="00C6099E"/>
    <w:rsid w:val="00C91633"/>
    <w:rsid w:val="00CA134D"/>
    <w:rsid w:val="00CB0664"/>
    <w:rsid w:val="00D2145C"/>
    <w:rsid w:val="00D236DE"/>
    <w:rsid w:val="00D969FF"/>
    <w:rsid w:val="00DA2E2B"/>
    <w:rsid w:val="00DA3E71"/>
    <w:rsid w:val="00DC62EF"/>
    <w:rsid w:val="00DD43F3"/>
    <w:rsid w:val="00E01932"/>
    <w:rsid w:val="00E216BF"/>
    <w:rsid w:val="00E4231D"/>
    <w:rsid w:val="00EB12F4"/>
    <w:rsid w:val="00F0095B"/>
    <w:rsid w:val="00F61ACC"/>
    <w:rsid w:val="00F67E1D"/>
    <w:rsid w:val="00F75E3C"/>
    <w:rsid w:val="00FA4CE6"/>
    <w:rsid w:val="00FB0B92"/>
    <w:rsid w:val="00FC693F"/>
    <w:rsid w:val="00FE0F4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453F9A"/>
  <w14:defaultImageDpi w14:val="300"/>
  <w15:docId w15:val="{3F6503B5-2E77-49A4-AA6F-AE0BC454C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EB12F4"/>
    <w:pPr>
      <w:spacing w:after="0" w:line="240" w:lineRule="auto"/>
    </w:pPr>
    <w:rPr>
      <w:rFonts w:ascii="Times New Roman" w:eastAsia="Times New Roman" w:hAnsi="Times New Roman" w:cs="Times New Roman"/>
      <w:sz w:val="24"/>
      <w:szCs w:val="24"/>
      <w:lang w:val="ru-RU" w:eastAsia="ru-RU"/>
    </w:rPr>
  </w:style>
  <w:style w:type="paragraph" w:styleId="1">
    <w:name w:val="heading 1"/>
    <w:basedOn w:val="a1"/>
    <w:next w:val="a1"/>
    <w:link w:val="10"/>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8">
    <w:name w:val="Normal (Web)"/>
    <w:basedOn w:val="a1"/>
    <w:uiPriority w:val="99"/>
    <w:semiHidden/>
    <w:unhideWhenUsed/>
    <w:rsid w:val="00F67E1D"/>
    <w:pPr>
      <w:spacing w:before="100" w:beforeAutospacing="1" w:after="100" w:afterAutospacing="1"/>
    </w:pPr>
  </w:style>
  <w:style w:type="paragraph" w:customStyle="1" w:styleId="pdq2pgselectionanchorcontainer">
    <w:name w:val="pdq2pg_selectionanchorcontainer"/>
    <w:basedOn w:val="a1"/>
    <w:rsid w:val="000E7B7A"/>
    <w:pPr>
      <w:spacing w:before="100" w:beforeAutospacing="1" w:after="100" w:afterAutospacing="1"/>
    </w:pPr>
  </w:style>
  <w:style w:type="paragraph" w:styleId="aff9">
    <w:name w:val="Balloon Text"/>
    <w:basedOn w:val="a1"/>
    <w:link w:val="affa"/>
    <w:uiPriority w:val="99"/>
    <w:semiHidden/>
    <w:unhideWhenUsed/>
    <w:rsid w:val="006E0E5F"/>
    <w:rPr>
      <w:rFonts w:ascii="Segoe UI" w:hAnsi="Segoe UI" w:cs="Segoe UI"/>
      <w:sz w:val="18"/>
      <w:szCs w:val="18"/>
    </w:rPr>
  </w:style>
  <w:style w:type="character" w:customStyle="1" w:styleId="affa">
    <w:name w:val="Текст выноски Знак"/>
    <w:basedOn w:val="a2"/>
    <w:link w:val="aff9"/>
    <w:uiPriority w:val="99"/>
    <w:semiHidden/>
    <w:rsid w:val="006E0E5F"/>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71170135">
      <w:bodyDiv w:val="1"/>
      <w:marLeft w:val="0"/>
      <w:marRight w:val="0"/>
      <w:marTop w:val="0"/>
      <w:marBottom w:val="0"/>
      <w:divBdr>
        <w:top w:val="none" w:sz="0" w:space="0" w:color="auto"/>
        <w:left w:val="none" w:sz="0" w:space="0" w:color="auto"/>
        <w:bottom w:val="none" w:sz="0" w:space="0" w:color="auto"/>
        <w:right w:val="none" w:sz="0" w:space="0" w:color="auto"/>
      </w:divBdr>
    </w:div>
    <w:div w:id="669799683">
      <w:bodyDiv w:val="1"/>
      <w:marLeft w:val="0"/>
      <w:marRight w:val="0"/>
      <w:marTop w:val="0"/>
      <w:marBottom w:val="0"/>
      <w:divBdr>
        <w:top w:val="none" w:sz="0" w:space="0" w:color="auto"/>
        <w:left w:val="none" w:sz="0" w:space="0" w:color="auto"/>
        <w:bottom w:val="none" w:sz="0" w:space="0" w:color="auto"/>
        <w:right w:val="none" w:sz="0" w:space="0" w:color="auto"/>
      </w:divBdr>
      <w:divsChild>
        <w:div w:id="213005480">
          <w:marLeft w:val="0"/>
          <w:marRight w:val="0"/>
          <w:marTop w:val="0"/>
          <w:marBottom w:val="0"/>
          <w:divBdr>
            <w:top w:val="none" w:sz="0" w:space="0" w:color="auto"/>
            <w:left w:val="none" w:sz="0" w:space="0" w:color="auto"/>
            <w:bottom w:val="none" w:sz="0" w:space="0" w:color="auto"/>
            <w:right w:val="none" w:sz="0" w:space="0" w:color="auto"/>
          </w:divBdr>
          <w:divsChild>
            <w:div w:id="145636547">
              <w:marLeft w:val="0"/>
              <w:marRight w:val="0"/>
              <w:marTop w:val="0"/>
              <w:marBottom w:val="0"/>
              <w:divBdr>
                <w:top w:val="none" w:sz="0" w:space="0" w:color="auto"/>
                <w:left w:val="none" w:sz="0" w:space="0" w:color="auto"/>
                <w:bottom w:val="none" w:sz="0" w:space="0" w:color="auto"/>
                <w:right w:val="none" w:sz="0" w:space="0" w:color="auto"/>
              </w:divBdr>
              <w:divsChild>
                <w:div w:id="1284923055">
                  <w:marLeft w:val="0"/>
                  <w:marRight w:val="0"/>
                  <w:marTop w:val="0"/>
                  <w:marBottom w:val="0"/>
                  <w:divBdr>
                    <w:top w:val="none" w:sz="0" w:space="0" w:color="auto"/>
                    <w:left w:val="none" w:sz="0" w:space="0" w:color="auto"/>
                    <w:bottom w:val="none" w:sz="0" w:space="0" w:color="auto"/>
                    <w:right w:val="none" w:sz="0" w:space="0" w:color="auto"/>
                  </w:divBdr>
                  <w:divsChild>
                    <w:div w:id="300886731">
                      <w:marLeft w:val="0"/>
                      <w:marRight w:val="0"/>
                      <w:marTop w:val="0"/>
                      <w:marBottom w:val="0"/>
                      <w:divBdr>
                        <w:top w:val="none" w:sz="0" w:space="0" w:color="auto"/>
                        <w:left w:val="none" w:sz="0" w:space="0" w:color="auto"/>
                        <w:bottom w:val="none" w:sz="0" w:space="0" w:color="auto"/>
                        <w:right w:val="none" w:sz="0" w:space="0" w:color="auto"/>
                      </w:divBdr>
                      <w:divsChild>
                        <w:div w:id="1096752320">
                          <w:marLeft w:val="0"/>
                          <w:marRight w:val="0"/>
                          <w:marTop w:val="0"/>
                          <w:marBottom w:val="0"/>
                          <w:divBdr>
                            <w:top w:val="none" w:sz="0" w:space="0" w:color="auto"/>
                            <w:left w:val="none" w:sz="0" w:space="0" w:color="auto"/>
                            <w:bottom w:val="none" w:sz="0" w:space="0" w:color="auto"/>
                            <w:right w:val="none" w:sz="0" w:space="0" w:color="auto"/>
                          </w:divBdr>
                          <w:divsChild>
                            <w:div w:id="1868567111">
                              <w:marLeft w:val="0"/>
                              <w:marRight w:val="0"/>
                              <w:marTop w:val="0"/>
                              <w:marBottom w:val="0"/>
                              <w:divBdr>
                                <w:top w:val="none" w:sz="0" w:space="0" w:color="auto"/>
                                <w:left w:val="none" w:sz="0" w:space="0" w:color="auto"/>
                                <w:bottom w:val="none" w:sz="0" w:space="0" w:color="auto"/>
                                <w:right w:val="none" w:sz="0" w:space="0" w:color="auto"/>
                              </w:divBdr>
                              <w:divsChild>
                                <w:div w:id="1346859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9361295">
      <w:bodyDiv w:val="1"/>
      <w:marLeft w:val="0"/>
      <w:marRight w:val="0"/>
      <w:marTop w:val="0"/>
      <w:marBottom w:val="0"/>
      <w:divBdr>
        <w:top w:val="none" w:sz="0" w:space="0" w:color="auto"/>
        <w:left w:val="none" w:sz="0" w:space="0" w:color="auto"/>
        <w:bottom w:val="none" w:sz="0" w:space="0" w:color="auto"/>
        <w:right w:val="none" w:sz="0" w:space="0" w:color="auto"/>
      </w:divBdr>
    </w:div>
    <w:div w:id="1099524792">
      <w:bodyDiv w:val="1"/>
      <w:marLeft w:val="0"/>
      <w:marRight w:val="0"/>
      <w:marTop w:val="0"/>
      <w:marBottom w:val="0"/>
      <w:divBdr>
        <w:top w:val="none" w:sz="0" w:space="0" w:color="auto"/>
        <w:left w:val="none" w:sz="0" w:space="0" w:color="auto"/>
        <w:bottom w:val="none" w:sz="0" w:space="0" w:color="auto"/>
        <w:right w:val="none" w:sz="0" w:space="0" w:color="auto"/>
      </w:divBdr>
      <w:divsChild>
        <w:div w:id="1972319981">
          <w:marLeft w:val="0"/>
          <w:marRight w:val="0"/>
          <w:marTop w:val="0"/>
          <w:marBottom w:val="0"/>
          <w:divBdr>
            <w:top w:val="none" w:sz="0" w:space="0" w:color="auto"/>
            <w:left w:val="none" w:sz="0" w:space="0" w:color="auto"/>
            <w:bottom w:val="none" w:sz="0" w:space="0" w:color="auto"/>
            <w:right w:val="none" w:sz="0" w:space="0" w:color="auto"/>
          </w:divBdr>
          <w:divsChild>
            <w:div w:id="699667650">
              <w:marLeft w:val="0"/>
              <w:marRight w:val="0"/>
              <w:marTop w:val="0"/>
              <w:marBottom w:val="0"/>
              <w:divBdr>
                <w:top w:val="none" w:sz="0" w:space="0" w:color="auto"/>
                <w:left w:val="none" w:sz="0" w:space="0" w:color="auto"/>
                <w:bottom w:val="none" w:sz="0" w:space="0" w:color="auto"/>
                <w:right w:val="none" w:sz="0" w:space="0" w:color="auto"/>
              </w:divBdr>
              <w:divsChild>
                <w:div w:id="831411864">
                  <w:marLeft w:val="0"/>
                  <w:marRight w:val="0"/>
                  <w:marTop w:val="0"/>
                  <w:marBottom w:val="0"/>
                  <w:divBdr>
                    <w:top w:val="none" w:sz="0" w:space="0" w:color="auto"/>
                    <w:left w:val="none" w:sz="0" w:space="0" w:color="auto"/>
                    <w:bottom w:val="none" w:sz="0" w:space="0" w:color="auto"/>
                    <w:right w:val="none" w:sz="0" w:space="0" w:color="auto"/>
                  </w:divBdr>
                  <w:divsChild>
                    <w:div w:id="1971662235">
                      <w:marLeft w:val="0"/>
                      <w:marRight w:val="0"/>
                      <w:marTop w:val="0"/>
                      <w:marBottom w:val="0"/>
                      <w:divBdr>
                        <w:top w:val="none" w:sz="0" w:space="0" w:color="auto"/>
                        <w:left w:val="none" w:sz="0" w:space="0" w:color="auto"/>
                        <w:bottom w:val="none" w:sz="0" w:space="0" w:color="auto"/>
                        <w:right w:val="none" w:sz="0" w:space="0" w:color="auto"/>
                      </w:divBdr>
                      <w:divsChild>
                        <w:div w:id="1635594620">
                          <w:marLeft w:val="0"/>
                          <w:marRight w:val="0"/>
                          <w:marTop w:val="0"/>
                          <w:marBottom w:val="0"/>
                          <w:divBdr>
                            <w:top w:val="none" w:sz="0" w:space="0" w:color="auto"/>
                            <w:left w:val="none" w:sz="0" w:space="0" w:color="auto"/>
                            <w:bottom w:val="none" w:sz="0" w:space="0" w:color="auto"/>
                            <w:right w:val="none" w:sz="0" w:space="0" w:color="auto"/>
                          </w:divBdr>
                          <w:divsChild>
                            <w:div w:id="1136919211">
                              <w:marLeft w:val="0"/>
                              <w:marRight w:val="0"/>
                              <w:marTop w:val="0"/>
                              <w:marBottom w:val="0"/>
                              <w:divBdr>
                                <w:top w:val="none" w:sz="0" w:space="0" w:color="auto"/>
                                <w:left w:val="none" w:sz="0" w:space="0" w:color="auto"/>
                                <w:bottom w:val="none" w:sz="0" w:space="0" w:color="auto"/>
                                <w:right w:val="none" w:sz="0" w:space="0" w:color="auto"/>
                              </w:divBdr>
                              <w:divsChild>
                                <w:div w:id="2020884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0658545">
      <w:bodyDiv w:val="1"/>
      <w:marLeft w:val="0"/>
      <w:marRight w:val="0"/>
      <w:marTop w:val="0"/>
      <w:marBottom w:val="0"/>
      <w:divBdr>
        <w:top w:val="none" w:sz="0" w:space="0" w:color="auto"/>
        <w:left w:val="none" w:sz="0" w:space="0" w:color="auto"/>
        <w:bottom w:val="none" w:sz="0" w:space="0" w:color="auto"/>
        <w:right w:val="none" w:sz="0" w:space="0" w:color="auto"/>
      </w:divBdr>
      <w:divsChild>
        <w:div w:id="967512230">
          <w:marLeft w:val="0"/>
          <w:marRight w:val="0"/>
          <w:marTop w:val="0"/>
          <w:marBottom w:val="0"/>
          <w:divBdr>
            <w:top w:val="none" w:sz="0" w:space="0" w:color="auto"/>
            <w:left w:val="none" w:sz="0" w:space="0" w:color="auto"/>
            <w:bottom w:val="none" w:sz="0" w:space="0" w:color="auto"/>
            <w:right w:val="none" w:sz="0" w:space="0" w:color="auto"/>
          </w:divBdr>
          <w:divsChild>
            <w:div w:id="1371146018">
              <w:marLeft w:val="0"/>
              <w:marRight w:val="0"/>
              <w:marTop w:val="0"/>
              <w:marBottom w:val="0"/>
              <w:divBdr>
                <w:top w:val="none" w:sz="0" w:space="0" w:color="auto"/>
                <w:left w:val="none" w:sz="0" w:space="0" w:color="auto"/>
                <w:bottom w:val="none" w:sz="0" w:space="0" w:color="auto"/>
                <w:right w:val="none" w:sz="0" w:space="0" w:color="auto"/>
              </w:divBdr>
              <w:divsChild>
                <w:div w:id="2079399550">
                  <w:marLeft w:val="0"/>
                  <w:marRight w:val="0"/>
                  <w:marTop w:val="0"/>
                  <w:marBottom w:val="0"/>
                  <w:divBdr>
                    <w:top w:val="none" w:sz="0" w:space="0" w:color="auto"/>
                    <w:left w:val="none" w:sz="0" w:space="0" w:color="auto"/>
                    <w:bottom w:val="none" w:sz="0" w:space="0" w:color="auto"/>
                    <w:right w:val="none" w:sz="0" w:space="0" w:color="auto"/>
                  </w:divBdr>
                  <w:divsChild>
                    <w:div w:id="1943102120">
                      <w:marLeft w:val="0"/>
                      <w:marRight w:val="0"/>
                      <w:marTop w:val="0"/>
                      <w:marBottom w:val="0"/>
                      <w:divBdr>
                        <w:top w:val="none" w:sz="0" w:space="0" w:color="auto"/>
                        <w:left w:val="none" w:sz="0" w:space="0" w:color="auto"/>
                        <w:bottom w:val="none" w:sz="0" w:space="0" w:color="auto"/>
                        <w:right w:val="none" w:sz="0" w:space="0" w:color="auto"/>
                      </w:divBdr>
                      <w:divsChild>
                        <w:div w:id="1859925819">
                          <w:marLeft w:val="0"/>
                          <w:marRight w:val="0"/>
                          <w:marTop w:val="0"/>
                          <w:marBottom w:val="0"/>
                          <w:divBdr>
                            <w:top w:val="none" w:sz="0" w:space="0" w:color="auto"/>
                            <w:left w:val="none" w:sz="0" w:space="0" w:color="auto"/>
                            <w:bottom w:val="none" w:sz="0" w:space="0" w:color="auto"/>
                            <w:right w:val="none" w:sz="0" w:space="0" w:color="auto"/>
                          </w:divBdr>
                          <w:divsChild>
                            <w:div w:id="1909338565">
                              <w:marLeft w:val="0"/>
                              <w:marRight w:val="0"/>
                              <w:marTop w:val="0"/>
                              <w:marBottom w:val="0"/>
                              <w:divBdr>
                                <w:top w:val="none" w:sz="0" w:space="0" w:color="auto"/>
                                <w:left w:val="none" w:sz="0" w:space="0" w:color="auto"/>
                                <w:bottom w:val="none" w:sz="0" w:space="0" w:color="auto"/>
                                <w:right w:val="none" w:sz="0" w:space="0" w:color="auto"/>
                              </w:divBdr>
                              <w:divsChild>
                                <w:div w:id="1019549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1032568">
      <w:bodyDiv w:val="1"/>
      <w:marLeft w:val="0"/>
      <w:marRight w:val="0"/>
      <w:marTop w:val="0"/>
      <w:marBottom w:val="0"/>
      <w:divBdr>
        <w:top w:val="none" w:sz="0" w:space="0" w:color="auto"/>
        <w:left w:val="none" w:sz="0" w:space="0" w:color="auto"/>
        <w:bottom w:val="none" w:sz="0" w:space="0" w:color="auto"/>
        <w:right w:val="none" w:sz="0" w:space="0" w:color="auto"/>
      </w:divBdr>
      <w:divsChild>
        <w:div w:id="893929733">
          <w:marLeft w:val="0"/>
          <w:marRight w:val="0"/>
          <w:marTop w:val="0"/>
          <w:marBottom w:val="0"/>
          <w:divBdr>
            <w:top w:val="none" w:sz="0" w:space="0" w:color="auto"/>
            <w:left w:val="none" w:sz="0" w:space="0" w:color="auto"/>
            <w:bottom w:val="none" w:sz="0" w:space="0" w:color="auto"/>
            <w:right w:val="none" w:sz="0" w:space="0" w:color="auto"/>
          </w:divBdr>
          <w:divsChild>
            <w:div w:id="478422754">
              <w:marLeft w:val="0"/>
              <w:marRight w:val="0"/>
              <w:marTop w:val="0"/>
              <w:marBottom w:val="0"/>
              <w:divBdr>
                <w:top w:val="none" w:sz="0" w:space="0" w:color="auto"/>
                <w:left w:val="none" w:sz="0" w:space="0" w:color="auto"/>
                <w:bottom w:val="none" w:sz="0" w:space="0" w:color="auto"/>
                <w:right w:val="none" w:sz="0" w:space="0" w:color="auto"/>
              </w:divBdr>
              <w:divsChild>
                <w:div w:id="630945434">
                  <w:marLeft w:val="0"/>
                  <w:marRight w:val="0"/>
                  <w:marTop w:val="0"/>
                  <w:marBottom w:val="0"/>
                  <w:divBdr>
                    <w:top w:val="none" w:sz="0" w:space="0" w:color="auto"/>
                    <w:left w:val="none" w:sz="0" w:space="0" w:color="auto"/>
                    <w:bottom w:val="none" w:sz="0" w:space="0" w:color="auto"/>
                    <w:right w:val="none" w:sz="0" w:space="0" w:color="auto"/>
                  </w:divBdr>
                  <w:divsChild>
                    <w:div w:id="918825434">
                      <w:marLeft w:val="0"/>
                      <w:marRight w:val="0"/>
                      <w:marTop w:val="0"/>
                      <w:marBottom w:val="0"/>
                      <w:divBdr>
                        <w:top w:val="none" w:sz="0" w:space="0" w:color="auto"/>
                        <w:left w:val="none" w:sz="0" w:space="0" w:color="auto"/>
                        <w:bottom w:val="none" w:sz="0" w:space="0" w:color="auto"/>
                        <w:right w:val="none" w:sz="0" w:space="0" w:color="auto"/>
                      </w:divBdr>
                      <w:divsChild>
                        <w:div w:id="1394888057">
                          <w:marLeft w:val="0"/>
                          <w:marRight w:val="0"/>
                          <w:marTop w:val="0"/>
                          <w:marBottom w:val="0"/>
                          <w:divBdr>
                            <w:top w:val="none" w:sz="0" w:space="0" w:color="auto"/>
                            <w:left w:val="none" w:sz="0" w:space="0" w:color="auto"/>
                            <w:bottom w:val="none" w:sz="0" w:space="0" w:color="auto"/>
                            <w:right w:val="none" w:sz="0" w:space="0" w:color="auto"/>
                          </w:divBdr>
                          <w:divsChild>
                            <w:div w:id="937367482">
                              <w:marLeft w:val="0"/>
                              <w:marRight w:val="0"/>
                              <w:marTop w:val="0"/>
                              <w:marBottom w:val="0"/>
                              <w:divBdr>
                                <w:top w:val="none" w:sz="0" w:space="0" w:color="auto"/>
                                <w:left w:val="none" w:sz="0" w:space="0" w:color="auto"/>
                                <w:bottom w:val="none" w:sz="0" w:space="0" w:color="auto"/>
                                <w:right w:val="none" w:sz="0" w:space="0" w:color="auto"/>
                              </w:divBdr>
                              <w:divsChild>
                                <w:div w:id="902071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4464900">
      <w:bodyDiv w:val="1"/>
      <w:marLeft w:val="0"/>
      <w:marRight w:val="0"/>
      <w:marTop w:val="0"/>
      <w:marBottom w:val="0"/>
      <w:divBdr>
        <w:top w:val="none" w:sz="0" w:space="0" w:color="auto"/>
        <w:left w:val="none" w:sz="0" w:space="0" w:color="auto"/>
        <w:bottom w:val="none" w:sz="0" w:space="0" w:color="auto"/>
        <w:right w:val="none" w:sz="0" w:space="0" w:color="auto"/>
      </w:divBdr>
    </w:div>
    <w:div w:id="1807427683">
      <w:bodyDiv w:val="1"/>
      <w:marLeft w:val="0"/>
      <w:marRight w:val="0"/>
      <w:marTop w:val="0"/>
      <w:marBottom w:val="0"/>
      <w:divBdr>
        <w:top w:val="none" w:sz="0" w:space="0" w:color="auto"/>
        <w:left w:val="none" w:sz="0" w:space="0" w:color="auto"/>
        <w:bottom w:val="none" w:sz="0" w:space="0" w:color="auto"/>
        <w:right w:val="none" w:sz="0" w:space="0" w:color="auto"/>
      </w:divBdr>
    </w:div>
    <w:div w:id="1824351847">
      <w:bodyDiv w:val="1"/>
      <w:marLeft w:val="0"/>
      <w:marRight w:val="0"/>
      <w:marTop w:val="0"/>
      <w:marBottom w:val="0"/>
      <w:divBdr>
        <w:top w:val="none" w:sz="0" w:space="0" w:color="auto"/>
        <w:left w:val="none" w:sz="0" w:space="0" w:color="auto"/>
        <w:bottom w:val="none" w:sz="0" w:space="0" w:color="auto"/>
        <w:right w:val="none" w:sz="0" w:space="0" w:color="auto"/>
      </w:divBdr>
      <w:divsChild>
        <w:div w:id="1160384489">
          <w:marLeft w:val="0"/>
          <w:marRight w:val="0"/>
          <w:marTop w:val="0"/>
          <w:marBottom w:val="0"/>
          <w:divBdr>
            <w:top w:val="none" w:sz="0" w:space="0" w:color="auto"/>
            <w:left w:val="none" w:sz="0" w:space="0" w:color="auto"/>
            <w:bottom w:val="none" w:sz="0" w:space="0" w:color="auto"/>
            <w:right w:val="none" w:sz="0" w:space="0" w:color="auto"/>
          </w:divBdr>
          <w:divsChild>
            <w:div w:id="1729037734">
              <w:marLeft w:val="0"/>
              <w:marRight w:val="0"/>
              <w:marTop w:val="0"/>
              <w:marBottom w:val="0"/>
              <w:divBdr>
                <w:top w:val="none" w:sz="0" w:space="0" w:color="auto"/>
                <w:left w:val="none" w:sz="0" w:space="0" w:color="auto"/>
                <w:bottom w:val="none" w:sz="0" w:space="0" w:color="auto"/>
                <w:right w:val="none" w:sz="0" w:space="0" w:color="auto"/>
              </w:divBdr>
              <w:divsChild>
                <w:div w:id="582253950">
                  <w:marLeft w:val="0"/>
                  <w:marRight w:val="0"/>
                  <w:marTop w:val="0"/>
                  <w:marBottom w:val="0"/>
                  <w:divBdr>
                    <w:top w:val="none" w:sz="0" w:space="0" w:color="auto"/>
                    <w:left w:val="none" w:sz="0" w:space="0" w:color="auto"/>
                    <w:bottom w:val="none" w:sz="0" w:space="0" w:color="auto"/>
                    <w:right w:val="none" w:sz="0" w:space="0" w:color="auto"/>
                  </w:divBdr>
                  <w:divsChild>
                    <w:div w:id="1570072614">
                      <w:marLeft w:val="0"/>
                      <w:marRight w:val="0"/>
                      <w:marTop w:val="0"/>
                      <w:marBottom w:val="0"/>
                      <w:divBdr>
                        <w:top w:val="none" w:sz="0" w:space="0" w:color="auto"/>
                        <w:left w:val="none" w:sz="0" w:space="0" w:color="auto"/>
                        <w:bottom w:val="none" w:sz="0" w:space="0" w:color="auto"/>
                        <w:right w:val="none" w:sz="0" w:space="0" w:color="auto"/>
                      </w:divBdr>
                      <w:divsChild>
                        <w:div w:id="894507562">
                          <w:marLeft w:val="0"/>
                          <w:marRight w:val="0"/>
                          <w:marTop w:val="0"/>
                          <w:marBottom w:val="0"/>
                          <w:divBdr>
                            <w:top w:val="none" w:sz="0" w:space="0" w:color="auto"/>
                            <w:left w:val="none" w:sz="0" w:space="0" w:color="auto"/>
                            <w:bottom w:val="none" w:sz="0" w:space="0" w:color="auto"/>
                            <w:right w:val="none" w:sz="0" w:space="0" w:color="auto"/>
                          </w:divBdr>
                          <w:divsChild>
                            <w:div w:id="252209444">
                              <w:marLeft w:val="0"/>
                              <w:marRight w:val="0"/>
                              <w:marTop w:val="0"/>
                              <w:marBottom w:val="0"/>
                              <w:divBdr>
                                <w:top w:val="none" w:sz="0" w:space="0" w:color="auto"/>
                                <w:left w:val="none" w:sz="0" w:space="0" w:color="auto"/>
                                <w:bottom w:val="none" w:sz="0" w:space="0" w:color="auto"/>
                                <w:right w:val="none" w:sz="0" w:space="0" w:color="auto"/>
                              </w:divBdr>
                              <w:divsChild>
                                <w:div w:id="163861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8774701">
      <w:bodyDiv w:val="1"/>
      <w:marLeft w:val="0"/>
      <w:marRight w:val="0"/>
      <w:marTop w:val="0"/>
      <w:marBottom w:val="0"/>
      <w:divBdr>
        <w:top w:val="none" w:sz="0" w:space="0" w:color="auto"/>
        <w:left w:val="none" w:sz="0" w:space="0" w:color="auto"/>
        <w:bottom w:val="none" w:sz="0" w:space="0" w:color="auto"/>
        <w:right w:val="none" w:sz="0" w:space="0" w:color="auto"/>
      </w:divBdr>
      <w:divsChild>
        <w:div w:id="2109889986">
          <w:marLeft w:val="0"/>
          <w:marRight w:val="0"/>
          <w:marTop w:val="0"/>
          <w:marBottom w:val="0"/>
          <w:divBdr>
            <w:top w:val="none" w:sz="0" w:space="0" w:color="auto"/>
            <w:left w:val="none" w:sz="0" w:space="0" w:color="auto"/>
            <w:bottom w:val="none" w:sz="0" w:space="0" w:color="auto"/>
            <w:right w:val="none" w:sz="0" w:space="0" w:color="auto"/>
          </w:divBdr>
          <w:divsChild>
            <w:div w:id="650408257">
              <w:marLeft w:val="0"/>
              <w:marRight w:val="0"/>
              <w:marTop w:val="0"/>
              <w:marBottom w:val="0"/>
              <w:divBdr>
                <w:top w:val="none" w:sz="0" w:space="0" w:color="auto"/>
                <w:left w:val="none" w:sz="0" w:space="0" w:color="auto"/>
                <w:bottom w:val="none" w:sz="0" w:space="0" w:color="auto"/>
                <w:right w:val="none" w:sz="0" w:space="0" w:color="auto"/>
              </w:divBdr>
              <w:divsChild>
                <w:div w:id="1088892872">
                  <w:marLeft w:val="0"/>
                  <w:marRight w:val="0"/>
                  <w:marTop w:val="0"/>
                  <w:marBottom w:val="0"/>
                  <w:divBdr>
                    <w:top w:val="none" w:sz="0" w:space="0" w:color="auto"/>
                    <w:left w:val="none" w:sz="0" w:space="0" w:color="auto"/>
                    <w:bottom w:val="none" w:sz="0" w:space="0" w:color="auto"/>
                    <w:right w:val="none" w:sz="0" w:space="0" w:color="auto"/>
                  </w:divBdr>
                  <w:divsChild>
                    <w:div w:id="2038965099">
                      <w:marLeft w:val="0"/>
                      <w:marRight w:val="0"/>
                      <w:marTop w:val="0"/>
                      <w:marBottom w:val="0"/>
                      <w:divBdr>
                        <w:top w:val="none" w:sz="0" w:space="0" w:color="auto"/>
                        <w:left w:val="none" w:sz="0" w:space="0" w:color="auto"/>
                        <w:bottom w:val="none" w:sz="0" w:space="0" w:color="auto"/>
                        <w:right w:val="none" w:sz="0" w:space="0" w:color="auto"/>
                      </w:divBdr>
                      <w:divsChild>
                        <w:div w:id="1343973340">
                          <w:marLeft w:val="0"/>
                          <w:marRight w:val="0"/>
                          <w:marTop w:val="0"/>
                          <w:marBottom w:val="0"/>
                          <w:divBdr>
                            <w:top w:val="none" w:sz="0" w:space="0" w:color="auto"/>
                            <w:left w:val="none" w:sz="0" w:space="0" w:color="auto"/>
                            <w:bottom w:val="none" w:sz="0" w:space="0" w:color="auto"/>
                            <w:right w:val="none" w:sz="0" w:space="0" w:color="auto"/>
                          </w:divBdr>
                          <w:divsChild>
                            <w:div w:id="1038048191">
                              <w:marLeft w:val="0"/>
                              <w:marRight w:val="0"/>
                              <w:marTop w:val="0"/>
                              <w:marBottom w:val="0"/>
                              <w:divBdr>
                                <w:top w:val="none" w:sz="0" w:space="0" w:color="auto"/>
                                <w:left w:val="none" w:sz="0" w:space="0" w:color="auto"/>
                                <w:bottom w:val="none" w:sz="0" w:space="0" w:color="auto"/>
                                <w:right w:val="none" w:sz="0" w:space="0" w:color="auto"/>
                              </w:divBdr>
                              <w:divsChild>
                                <w:div w:id="788016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98442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A3D607-A355-487F-8AE6-2AE3EA419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11</Pages>
  <Words>6684</Words>
  <Characters>38100</Characters>
  <Application>Microsoft Office Word</Application>
  <DocSecurity>0</DocSecurity>
  <Lines>317</Lines>
  <Paragraphs>89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44695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Azizbek Tursunov</cp:lastModifiedBy>
  <cp:revision>53</cp:revision>
  <cp:lastPrinted>2026-08-21T06:08:00Z</cp:lastPrinted>
  <dcterms:created xsi:type="dcterms:W3CDTF">2026-08-13T08:14:00Z</dcterms:created>
  <dcterms:modified xsi:type="dcterms:W3CDTF">2026-08-21T08:24:00Z</dcterms:modified>
  <cp:category/>
</cp:coreProperties>
</file>