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B2CFF" w14:textId="77777777" w:rsidR="00276955" w:rsidRPr="00E02BEE" w:rsidRDefault="00276955" w:rsidP="00276955">
      <w:pPr>
        <w:pStyle w:val="Default"/>
        <w:ind w:left="4253" w:right="-45"/>
        <w:jc w:val="center"/>
        <w:rPr>
          <w:noProof/>
          <w:color w:val="auto"/>
          <w:lang w:val="uz-Latn-UZ"/>
        </w:rPr>
      </w:pPr>
      <w:r w:rsidRPr="00E02BEE">
        <w:rPr>
          <w:noProof/>
          <w:color w:val="auto"/>
          <w:lang w:val="uz-Latn-UZ"/>
        </w:rPr>
        <w:t>Ijtimoiy himoya milliy agentligi direktorining</w:t>
      </w:r>
    </w:p>
    <w:p w14:paraId="50DA39CF" w14:textId="77777777" w:rsidR="00276955" w:rsidRPr="00E02BEE" w:rsidRDefault="00276955" w:rsidP="00276955">
      <w:pPr>
        <w:pStyle w:val="Default"/>
        <w:ind w:left="4253" w:right="-45"/>
        <w:jc w:val="center"/>
        <w:rPr>
          <w:noProof/>
          <w:color w:val="auto"/>
          <w:lang w:val="uz-Latn-UZ"/>
        </w:rPr>
      </w:pPr>
      <w:r w:rsidRPr="00E02BEE">
        <w:rPr>
          <w:noProof/>
          <w:color w:val="auto"/>
          <w:lang w:val="uz-Latn-UZ"/>
        </w:rPr>
        <w:t xml:space="preserve">2026-yil “____” ____________dagi </w:t>
      </w:r>
      <w:r w:rsidRPr="00E02BEE">
        <w:rPr>
          <w:noProof/>
          <w:color w:val="auto"/>
          <w:lang w:val="uz-Latn-UZ"/>
        </w:rPr>
        <w:br/>
        <w:t>___-son buyrug‘iga</w:t>
      </w:r>
    </w:p>
    <w:p w14:paraId="5EE887C0" w14:textId="2C05A5B3" w:rsidR="00276955" w:rsidRPr="00E02BEE" w:rsidRDefault="00DF3B3A" w:rsidP="00276955">
      <w:pPr>
        <w:ind w:left="4253"/>
        <w:jc w:val="center"/>
        <w:rPr>
          <w:rFonts w:cs="Times New Roman"/>
          <w:bCs/>
          <w:noProof/>
          <w:color w:val="000000" w:themeColor="text1"/>
          <w:lang w:val="uz-Latn-UZ"/>
        </w:rPr>
      </w:pPr>
      <w:r w:rsidRPr="00E02BEE">
        <w:rPr>
          <w:rFonts w:cs="Times New Roman"/>
          <w:bCs/>
          <w:noProof/>
          <w:lang w:val="uz-Cyrl-UZ"/>
        </w:rPr>
        <w:t>2</w:t>
      </w:r>
      <w:r w:rsidR="00276955" w:rsidRPr="00E02BEE">
        <w:rPr>
          <w:rFonts w:cs="Times New Roman"/>
          <w:bCs/>
          <w:noProof/>
          <w:lang w:val="uz-Latn-UZ"/>
        </w:rPr>
        <w:t>-ILOVA</w:t>
      </w:r>
    </w:p>
    <w:p w14:paraId="019D533C" w14:textId="77777777" w:rsidR="00276955" w:rsidRPr="00E02BEE" w:rsidRDefault="00276955" w:rsidP="00CA2CA3">
      <w:pPr>
        <w:spacing w:before="80" w:after="0" w:line="240" w:lineRule="auto"/>
        <w:jc w:val="center"/>
        <w:rPr>
          <w:b/>
          <w:noProof/>
          <w:sz w:val="22"/>
          <w:lang w:val="uz-Latn-UZ"/>
        </w:rPr>
      </w:pPr>
    </w:p>
    <w:p w14:paraId="721087C3" w14:textId="77777777" w:rsidR="00F50410" w:rsidRPr="00E02BEE" w:rsidRDefault="00F50410" w:rsidP="00CA2CA3">
      <w:pPr>
        <w:spacing w:before="80" w:after="0" w:line="240" w:lineRule="auto"/>
        <w:jc w:val="center"/>
        <w:rPr>
          <w:b/>
          <w:noProof/>
          <w:sz w:val="28"/>
          <w:szCs w:val="28"/>
          <w:lang w:val="uz-Latn-UZ"/>
        </w:rPr>
      </w:pPr>
      <w:r w:rsidRPr="00E02BEE">
        <w:rPr>
          <w:b/>
          <w:noProof/>
          <w:sz w:val="28"/>
          <w:szCs w:val="28"/>
          <w:lang w:val="uz-Latn-UZ"/>
        </w:rPr>
        <w:t xml:space="preserve">Autsorsing asosida ovqatlantirish xizmatlarini koʻrsatish boʻyicha shartnomalar tuzishda qoʻllaniladigan shartnomaning </w:t>
      </w:r>
    </w:p>
    <w:p w14:paraId="4EB46B97" w14:textId="6B6BD3B7" w:rsidR="00E72F1D" w:rsidRPr="00E02BEE" w:rsidRDefault="00740A07" w:rsidP="00CA2CA3">
      <w:pPr>
        <w:spacing w:before="80" w:after="0" w:line="240" w:lineRule="auto"/>
        <w:jc w:val="center"/>
        <w:rPr>
          <w:b/>
          <w:noProof/>
          <w:sz w:val="28"/>
          <w:szCs w:val="28"/>
          <w:lang w:val="uz-Latn-UZ"/>
        </w:rPr>
      </w:pPr>
      <w:r w:rsidRPr="00E02BEE">
        <w:rPr>
          <w:b/>
          <w:noProof/>
          <w:sz w:val="28"/>
          <w:szCs w:val="28"/>
          <w:lang w:val="uz-Latn-UZ"/>
        </w:rPr>
        <w:t>NAMUNAVIY SHAKLI</w:t>
      </w:r>
    </w:p>
    <w:p w14:paraId="361C12CD" w14:textId="77777777" w:rsidR="00F50410" w:rsidRPr="00E02BEE" w:rsidRDefault="00F50410" w:rsidP="00CA2CA3">
      <w:pPr>
        <w:spacing w:before="80" w:after="0" w:line="240" w:lineRule="auto"/>
        <w:jc w:val="center"/>
        <w:rPr>
          <w:noProof/>
          <w:sz w:val="28"/>
          <w:szCs w:val="28"/>
          <w:lang w:val="uz-Latn-UZ"/>
        </w:rPr>
      </w:pPr>
    </w:p>
    <w:p w14:paraId="7A906348" w14:textId="77777777" w:rsidR="00E72F1D" w:rsidRPr="00E02BEE" w:rsidRDefault="009C440E" w:rsidP="00CA2CA3">
      <w:pPr>
        <w:spacing w:before="80" w:after="0" w:line="240" w:lineRule="auto"/>
        <w:jc w:val="center"/>
        <w:rPr>
          <w:noProof/>
          <w:sz w:val="28"/>
          <w:szCs w:val="28"/>
          <w:lang w:val="uz-Latn-UZ"/>
        </w:rPr>
      </w:pPr>
      <w:r w:rsidRPr="00E02BEE">
        <w:rPr>
          <w:b/>
          <w:noProof/>
          <w:sz w:val="28"/>
          <w:szCs w:val="28"/>
          <w:lang w:val="uz-Latn-UZ"/>
        </w:rPr>
        <w:t>____</w:t>
      </w:r>
      <w:r w:rsidR="00D73096" w:rsidRPr="00E02BEE">
        <w:rPr>
          <w:b/>
          <w:noProof/>
          <w:sz w:val="28"/>
          <w:szCs w:val="28"/>
          <w:lang w:val="uz-Latn-UZ"/>
        </w:rPr>
        <w:t>-son</w:t>
      </w:r>
    </w:p>
    <w:p w14:paraId="103DC2C9" w14:textId="77777777" w:rsidR="00D73096"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2026-yil “___” ____________</w:t>
      </w:r>
      <w:r w:rsidRPr="00E02BEE">
        <w:rPr>
          <w:rFonts w:cs="Times New Roman"/>
          <w:noProof/>
          <w:sz w:val="28"/>
          <w:szCs w:val="28"/>
          <w:lang w:val="uz-Latn-UZ"/>
        </w:rPr>
        <w:tab/>
      </w:r>
      <w:r w:rsidRPr="00E02BEE">
        <w:rPr>
          <w:rFonts w:cs="Times New Roman"/>
          <w:noProof/>
          <w:sz w:val="28"/>
          <w:szCs w:val="28"/>
          <w:lang w:val="uz-Latn-UZ"/>
        </w:rPr>
        <w:tab/>
      </w:r>
      <w:r w:rsidRPr="00E02BEE">
        <w:rPr>
          <w:rFonts w:cs="Times New Roman"/>
          <w:noProof/>
          <w:sz w:val="28"/>
          <w:szCs w:val="28"/>
          <w:lang w:val="uz-Latn-UZ"/>
        </w:rPr>
        <w:tab/>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00D73096" w:rsidRPr="00E02BEE">
        <w:rPr>
          <w:rFonts w:cs="Times New Roman"/>
          <w:noProof/>
          <w:sz w:val="28"/>
          <w:szCs w:val="28"/>
          <w:lang w:val="uz-Latn-UZ"/>
        </w:rPr>
        <w:t xml:space="preserve"> </w:t>
      </w:r>
      <w:r w:rsidR="00205D55" w:rsidRPr="00E02BEE">
        <w:rPr>
          <w:rFonts w:cs="Times New Roman"/>
          <w:noProof/>
          <w:sz w:val="28"/>
          <w:szCs w:val="28"/>
          <w:lang w:val="uz-Latn-UZ"/>
        </w:rPr>
        <w:t xml:space="preserve"> </w:t>
      </w:r>
      <w:r w:rsidRPr="00E02BEE">
        <w:rPr>
          <w:rFonts w:cs="Times New Roman"/>
          <w:noProof/>
          <w:sz w:val="28"/>
          <w:szCs w:val="28"/>
          <w:lang w:val="uz-Latn-UZ"/>
        </w:rPr>
        <w:t>_____________________</w:t>
      </w:r>
    </w:p>
    <w:p w14:paraId="2C6655CA" w14:textId="77777777" w:rsidR="00E72F1D" w:rsidRPr="00E02BEE" w:rsidRDefault="00D73096" w:rsidP="00CA2CA3">
      <w:pPr>
        <w:spacing w:before="80" w:after="0" w:line="240" w:lineRule="auto"/>
        <w:ind w:left="5760" w:firstLine="720"/>
        <w:jc w:val="both"/>
        <w:rPr>
          <w:rFonts w:cs="Times New Roman"/>
          <w:i/>
          <w:iCs/>
          <w:noProof/>
          <w:sz w:val="28"/>
          <w:szCs w:val="28"/>
          <w:lang w:val="uz-Latn-UZ"/>
        </w:rPr>
      </w:pPr>
      <w:r w:rsidRPr="00E02BEE">
        <w:rPr>
          <w:rFonts w:cs="Times New Roman"/>
          <w:i/>
          <w:iCs/>
          <w:noProof/>
          <w:sz w:val="28"/>
          <w:szCs w:val="28"/>
          <w:lang w:val="uz-Latn-UZ"/>
        </w:rPr>
        <w:t xml:space="preserve">  </w:t>
      </w:r>
      <w:r w:rsidR="00205D55" w:rsidRPr="00E02BEE">
        <w:rPr>
          <w:rFonts w:cs="Times New Roman"/>
          <w:i/>
          <w:iCs/>
          <w:noProof/>
          <w:sz w:val="28"/>
          <w:szCs w:val="28"/>
          <w:lang w:val="uz-Latn-UZ"/>
        </w:rPr>
        <w:t xml:space="preserve">     </w:t>
      </w:r>
      <w:r w:rsidRPr="00E02BEE">
        <w:rPr>
          <w:rFonts w:cs="Times New Roman"/>
          <w:i/>
          <w:iCs/>
          <w:noProof/>
          <w:sz w:val="28"/>
          <w:szCs w:val="28"/>
          <w:lang w:val="uz-Latn-UZ"/>
        </w:rPr>
        <w:t xml:space="preserve">     </w:t>
      </w:r>
      <w:r w:rsidR="00C83BDC" w:rsidRPr="00E02BEE">
        <w:rPr>
          <w:rFonts w:cs="Times New Roman"/>
          <w:i/>
          <w:iCs/>
          <w:noProof/>
          <w:sz w:val="28"/>
          <w:szCs w:val="28"/>
          <w:lang w:val="uz-Latn-UZ"/>
        </w:rPr>
        <w:t xml:space="preserve">  </w:t>
      </w:r>
      <w:r w:rsidRPr="00E02BEE">
        <w:rPr>
          <w:rFonts w:cs="Times New Roman"/>
          <w:i/>
          <w:iCs/>
          <w:noProof/>
          <w:sz w:val="28"/>
          <w:szCs w:val="28"/>
          <w:lang w:val="uz-Latn-UZ"/>
        </w:rPr>
        <w:t xml:space="preserve"> (tuzilgan joyi)</w:t>
      </w:r>
    </w:p>
    <w:p w14:paraId="6CF5E5C5" w14:textId="77777777" w:rsidR="00E72F1D" w:rsidRPr="00E02BEE" w:rsidRDefault="00E72F1D" w:rsidP="00CA2CA3">
      <w:pPr>
        <w:spacing w:before="80" w:after="0" w:line="240" w:lineRule="auto"/>
        <w:ind w:firstLine="567"/>
        <w:jc w:val="both"/>
        <w:rPr>
          <w:rFonts w:cs="Times New Roman"/>
          <w:noProof/>
          <w:sz w:val="16"/>
          <w:szCs w:val="16"/>
          <w:lang w:val="uz-Latn-UZ"/>
        </w:rPr>
      </w:pPr>
    </w:p>
    <w:p w14:paraId="307CAA08" w14:textId="757C0742"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Keyingi o‘rinlarda “Ijrochi” deb ataladigan “__________________” (STIR: _______, yuridik manzil: _______________________) nomidan, Ustav asosida faoliyat yurituvchi, rahbari __________________________, bir tomondan, hamda keyingi o‘rinlarda “Buyurtmachi” deb ataladigan </w:t>
      </w:r>
      <w:r w:rsidR="000D2EE3" w:rsidRPr="00E02BEE">
        <w:rPr>
          <w:rFonts w:cs="Times New Roman"/>
          <w:noProof/>
          <w:sz w:val="28"/>
          <w:szCs w:val="28"/>
          <w:lang w:val="uz-Latn-UZ"/>
        </w:rPr>
        <w:t xml:space="preserve">Ijtimoiy himoya milliy agentligi </w:t>
      </w:r>
      <w:r w:rsidRPr="00E02BEE">
        <w:rPr>
          <w:rFonts w:cs="Times New Roman"/>
          <w:noProof/>
          <w:sz w:val="28"/>
          <w:szCs w:val="28"/>
          <w:lang w:val="uz-Latn-UZ"/>
        </w:rPr>
        <w:t>tizimidagi tegishli tizim tashkiloti (muassasa)</w:t>
      </w:r>
      <w:r w:rsidR="0004768A" w:rsidRPr="00E02BEE">
        <w:rPr>
          <w:rFonts w:cs="Times New Roman"/>
          <w:noProof/>
          <w:sz w:val="28"/>
          <w:szCs w:val="28"/>
          <w:lang w:val="uz-Latn-UZ"/>
        </w:rPr>
        <w:t xml:space="preserve"> </w:t>
      </w:r>
      <w:r w:rsidRPr="00E02BEE">
        <w:rPr>
          <w:rFonts w:cs="Times New Roman"/>
          <w:noProof/>
          <w:sz w:val="28"/>
          <w:szCs w:val="28"/>
          <w:lang w:val="uz-Latn-UZ"/>
        </w:rPr>
        <w:t xml:space="preserve"> “</w:t>
      </w:r>
      <w:r w:rsidR="004D550F" w:rsidRPr="0050476F">
        <w:rPr>
          <w:rFonts w:cs="Times New Roman"/>
          <w:noProof/>
          <w:sz w:val="28"/>
          <w:szCs w:val="28"/>
          <w:lang w:val="uz-Latn-UZ"/>
        </w:rPr>
        <w:t>Urganch tumanidagi 9- son Ko’p tarmoqli ixtisoslashtirilgan maktabgacha ta’lim tashkiloti</w:t>
      </w:r>
      <w:r w:rsidR="00C83BEA" w:rsidRPr="0050476F">
        <w:rPr>
          <w:rFonts w:cs="Times New Roman"/>
          <w:noProof/>
          <w:sz w:val="28"/>
          <w:szCs w:val="28"/>
          <w:lang w:val="uz-Latn-UZ"/>
        </w:rPr>
        <w:t xml:space="preserve"> </w:t>
      </w:r>
      <w:r w:rsidRPr="00E02BEE">
        <w:rPr>
          <w:rFonts w:cs="Times New Roman"/>
          <w:noProof/>
          <w:sz w:val="28"/>
          <w:szCs w:val="28"/>
          <w:lang w:val="uz-Latn-UZ"/>
        </w:rPr>
        <w:t xml:space="preserve">” STIR: </w:t>
      </w:r>
      <w:r w:rsidR="004D550F" w:rsidRPr="004D550F">
        <w:rPr>
          <w:rFonts w:cs="Times New Roman"/>
          <w:noProof/>
          <w:sz w:val="28"/>
          <w:szCs w:val="28"/>
          <w:lang w:val="uz-Latn-UZ"/>
        </w:rPr>
        <w:t>207048356</w:t>
      </w:r>
      <w:r w:rsidRPr="00E02BEE">
        <w:rPr>
          <w:rFonts w:cs="Times New Roman"/>
          <w:noProof/>
          <w:sz w:val="28"/>
          <w:szCs w:val="28"/>
          <w:lang w:val="uz-Latn-UZ"/>
        </w:rPr>
        <w:t xml:space="preserve">, manzil: </w:t>
      </w:r>
      <w:r w:rsidR="00C83BEA" w:rsidRPr="0050476F">
        <w:rPr>
          <w:rFonts w:cs="Times New Roman"/>
          <w:noProof/>
          <w:sz w:val="28"/>
          <w:szCs w:val="28"/>
          <w:lang w:val="uz-Latn-UZ"/>
        </w:rPr>
        <w:t xml:space="preserve">Urganch </w:t>
      </w:r>
      <w:r w:rsidR="004D550F" w:rsidRPr="0050476F">
        <w:rPr>
          <w:rFonts w:cs="Times New Roman"/>
          <w:noProof/>
          <w:sz w:val="28"/>
          <w:szCs w:val="28"/>
          <w:lang w:val="uz-Latn-UZ"/>
        </w:rPr>
        <w:t xml:space="preserve">tuman </w:t>
      </w:r>
      <w:r w:rsidR="00C83BEA" w:rsidRPr="0050476F">
        <w:rPr>
          <w:rFonts w:cs="Times New Roman"/>
          <w:noProof/>
          <w:sz w:val="28"/>
          <w:szCs w:val="28"/>
          <w:lang w:val="uz-Latn-UZ"/>
        </w:rPr>
        <w:t>, 220</w:t>
      </w:r>
      <w:r w:rsidR="004D550F" w:rsidRPr="0050476F">
        <w:rPr>
          <w:rFonts w:cs="Times New Roman"/>
          <w:noProof/>
          <w:sz w:val="28"/>
          <w:szCs w:val="28"/>
          <w:lang w:val="uz-Latn-UZ"/>
        </w:rPr>
        <w:t>5</w:t>
      </w:r>
      <w:r w:rsidR="00C83BEA" w:rsidRPr="0050476F">
        <w:rPr>
          <w:rFonts w:cs="Times New Roman"/>
          <w:noProof/>
          <w:sz w:val="28"/>
          <w:szCs w:val="28"/>
          <w:lang w:val="uz-Latn-UZ"/>
        </w:rPr>
        <w:t>00,</w:t>
      </w:r>
      <w:r w:rsidR="004D550F" w:rsidRPr="0050476F">
        <w:rPr>
          <w:rFonts w:cs="Times New Roman"/>
          <w:noProof/>
          <w:sz w:val="28"/>
          <w:szCs w:val="28"/>
          <w:lang w:val="uz-Latn-UZ"/>
        </w:rPr>
        <w:t xml:space="preserve"> Ibratli ko’chasi 3 </w:t>
      </w:r>
      <w:r w:rsidR="00C83BEA" w:rsidRPr="0050476F">
        <w:rPr>
          <w:rFonts w:cs="Times New Roman"/>
          <w:noProof/>
          <w:sz w:val="28"/>
          <w:szCs w:val="28"/>
          <w:lang w:val="uz-Latn-UZ"/>
        </w:rPr>
        <w:t>uy</w:t>
      </w:r>
      <w:r w:rsidRPr="004D550F">
        <w:rPr>
          <w:rFonts w:cs="Times New Roman"/>
          <w:noProof/>
          <w:sz w:val="28"/>
          <w:szCs w:val="28"/>
          <w:lang w:val="uz-Latn-UZ"/>
        </w:rPr>
        <w:t>,</w:t>
      </w:r>
      <w:r w:rsidRPr="00E02BEE">
        <w:rPr>
          <w:rFonts w:cs="Times New Roman"/>
          <w:noProof/>
          <w:sz w:val="28"/>
          <w:szCs w:val="28"/>
          <w:lang w:val="uz-Latn-UZ"/>
        </w:rPr>
        <w:t xml:space="preserve"> Nizom (Ustav) asosida f</w:t>
      </w:r>
      <w:bookmarkStart w:id="0" w:name="_GoBack"/>
      <w:bookmarkEnd w:id="0"/>
      <w:r w:rsidRPr="00E02BEE">
        <w:rPr>
          <w:rFonts w:cs="Times New Roman"/>
          <w:noProof/>
          <w:sz w:val="28"/>
          <w:szCs w:val="28"/>
          <w:lang w:val="uz-Latn-UZ"/>
        </w:rPr>
        <w:t xml:space="preserve">aoliyat yurituvchi, muassasa rahbari (vakolatli shaxs) </w:t>
      </w:r>
      <w:r w:rsidR="004D550F">
        <w:rPr>
          <w:rFonts w:cs="Times New Roman"/>
          <w:noProof/>
          <w:sz w:val="28"/>
          <w:szCs w:val="28"/>
          <w:lang w:val="uz-Latn-UZ"/>
        </w:rPr>
        <w:t>M.Sabirova</w:t>
      </w:r>
      <w:r w:rsidRPr="00E02BEE">
        <w:rPr>
          <w:rFonts w:cs="Times New Roman"/>
          <w:noProof/>
          <w:sz w:val="28"/>
          <w:szCs w:val="28"/>
          <w:lang w:val="uz-Latn-UZ"/>
        </w:rPr>
        <w:t>, ikkinchi tomondan, birgalikda “Tomonlar” deb ataluvchilar mazkur shartnomani tuzdilar.</w:t>
      </w:r>
    </w:p>
    <w:p w14:paraId="3993CB4D" w14:textId="431702E1"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Mazkur shartnoma bo‘yicha tanlash jarayonini O‘zbekiston Respublikasi Prezidenti huzuridagi Ijtimoiy himoya milliy agentligining </w:t>
      </w:r>
      <w:r w:rsidR="00C83BEA">
        <w:rPr>
          <w:rFonts w:cs="Times New Roman"/>
          <w:noProof/>
          <w:sz w:val="28"/>
          <w:szCs w:val="28"/>
          <w:lang w:val="uz-Latn-UZ"/>
        </w:rPr>
        <w:t>Xorazm</w:t>
      </w:r>
      <w:r w:rsidR="001C2329">
        <w:rPr>
          <w:rFonts w:cs="Times New Roman"/>
          <w:noProof/>
          <w:sz w:val="28"/>
          <w:szCs w:val="28"/>
          <w:lang w:val="uz-Latn-UZ"/>
        </w:rPr>
        <w:t xml:space="preserve"> </w:t>
      </w:r>
      <w:r w:rsidRPr="00E02BEE">
        <w:rPr>
          <w:rFonts w:cs="Times New Roman"/>
          <w:noProof/>
          <w:sz w:val="28"/>
          <w:szCs w:val="28"/>
          <w:lang w:val="uz-Latn-UZ"/>
        </w:rPr>
        <w:t>viloyati hududiy boshqarma</w:t>
      </w:r>
      <w:r w:rsidR="001C2329">
        <w:rPr>
          <w:rFonts w:cs="Times New Roman"/>
          <w:noProof/>
          <w:sz w:val="28"/>
          <w:szCs w:val="28"/>
          <w:lang w:val="uz-Latn-UZ"/>
        </w:rPr>
        <w:t>s</w:t>
      </w:r>
      <w:r w:rsidRPr="00E02BEE">
        <w:rPr>
          <w:rFonts w:cs="Times New Roman"/>
          <w:noProof/>
          <w:sz w:val="28"/>
          <w:szCs w:val="28"/>
          <w:lang w:val="uz-Latn-UZ"/>
        </w:rPr>
        <w:t xml:space="preserve">i (keyingi o‘rinlarda </w:t>
      </w:r>
      <w:r w:rsidR="00D73096" w:rsidRPr="00E02BEE">
        <w:rPr>
          <w:rFonts w:cs="Times New Roman"/>
          <w:noProof/>
          <w:sz w:val="28"/>
          <w:szCs w:val="28"/>
          <w:lang w:val="uz-Latn-UZ"/>
        </w:rPr>
        <w:t xml:space="preserve">– </w:t>
      </w:r>
      <w:r w:rsidRPr="00E02BEE">
        <w:rPr>
          <w:rFonts w:cs="Times New Roman"/>
          <w:noProof/>
          <w:sz w:val="28"/>
          <w:szCs w:val="28"/>
          <w:lang w:val="uz-Latn-UZ"/>
        </w:rPr>
        <w:t>“Tashkilotchi”) tashkil etadi. Tashkilotchi ushbu shartnoma bo‘yicha Tomon hisoblanmaydi.</w:t>
      </w:r>
    </w:p>
    <w:p w14:paraId="75EB0D01" w14:textId="77777777" w:rsidR="00E72F1D" w:rsidRPr="00E02BEE" w:rsidRDefault="009C440E" w:rsidP="00CA2CA3">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w:t>
      </w:r>
      <w:r w:rsidR="00D9425E" w:rsidRPr="00E02BEE">
        <w:rPr>
          <w:rFonts w:cs="Times New Roman"/>
          <w:b/>
          <w:noProof/>
          <w:sz w:val="28"/>
          <w:szCs w:val="28"/>
          <w:lang w:val="uz-Latn-UZ"/>
        </w:rPr>
        <w:t> </w:t>
      </w:r>
      <w:r w:rsidRPr="00E02BEE">
        <w:rPr>
          <w:rFonts w:cs="Times New Roman"/>
          <w:b/>
          <w:noProof/>
          <w:sz w:val="28"/>
          <w:szCs w:val="28"/>
          <w:lang w:val="uz-Latn-UZ"/>
        </w:rPr>
        <w:t>Shartnomaning predmeti</w:t>
      </w:r>
    </w:p>
    <w:p w14:paraId="555EDCDE"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1.1.</w:t>
      </w:r>
      <w:r w:rsidR="00C83BDC" w:rsidRPr="00E02BEE">
        <w:rPr>
          <w:rFonts w:cs="Times New Roman"/>
          <w:noProof/>
          <w:sz w:val="28"/>
          <w:szCs w:val="28"/>
          <w:lang w:val="uz-Latn-UZ"/>
        </w:rPr>
        <w:t> </w:t>
      </w:r>
      <w:r w:rsidRPr="00E02BEE">
        <w:rPr>
          <w:rFonts w:cs="Times New Roman"/>
          <w:noProof/>
          <w:sz w:val="28"/>
          <w:szCs w:val="28"/>
          <w:lang w:val="uz-Latn-UZ"/>
        </w:rPr>
        <w:t>Buyurtmachining muassasasida xizmat oluvchilar (tarbiyalanuvchilar) uchun ovqatlantirish xizmatlarini autsorsing usulida tashkil etish (ovqat tayyorlash, tarqatish, ovqatlanish jarayonini sanitariya-gigiyena talablariga muvofiq yuritish) mazkur shartnomaning predmeti hisoblanadi.</w:t>
      </w:r>
    </w:p>
    <w:p w14:paraId="334C1414" w14:textId="77777777" w:rsidR="00E72F1D" w:rsidRPr="00E02BEE" w:rsidRDefault="009C440E"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1.2.</w:t>
      </w:r>
      <w:r w:rsidR="00C83BDC" w:rsidRPr="00E02BEE">
        <w:rPr>
          <w:rFonts w:cs="Times New Roman"/>
          <w:noProof/>
          <w:sz w:val="28"/>
          <w:szCs w:val="28"/>
          <w:lang w:val="uz-Latn-UZ"/>
        </w:rPr>
        <w:t> </w:t>
      </w:r>
      <w:r w:rsidRPr="00E02BEE">
        <w:rPr>
          <w:rFonts w:cs="Times New Roman"/>
          <w:noProof/>
          <w:sz w:val="28"/>
          <w:szCs w:val="28"/>
          <w:lang w:val="uz-Latn-UZ"/>
        </w:rPr>
        <w:t>Ijrochi 1.1-bandda qayd etilgan xizmatlarni shartnomaning 1.3-bandida ko‘rsatilgan muddatdan boshlab u tugaguniga qadar belgilangan tartibda ko‘rsatish, Buyurtmachi esa ushbu xizmatlar uchun haq to‘lash majburiyatini oladi.</w:t>
      </w:r>
    </w:p>
    <w:p w14:paraId="08AB1E88" w14:textId="501A9A44"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1.3. Mazkur shartnoma bo‘yicha xizmat ko‘rsatish muddati 2026-yil “</w:t>
      </w:r>
      <w:r w:rsidR="00C0178D">
        <w:rPr>
          <w:rFonts w:cs="Times New Roman"/>
          <w:noProof/>
          <w:sz w:val="28"/>
          <w:szCs w:val="28"/>
          <w:lang w:val="uz-Cyrl-UZ"/>
        </w:rPr>
        <w:t>2</w:t>
      </w:r>
      <w:r w:rsidR="00303ACE">
        <w:rPr>
          <w:rFonts w:cs="Times New Roman"/>
          <w:noProof/>
          <w:sz w:val="28"/>
          <w:szCs w:val="28"/>
          <w:lang w:val="uz-Cyrl-UZ"/>
        </w:rPr>
        <w:t xml:space="preserve"> </w:t>
      </w:r>
      <w:r w:rsidR="008211CE">
        <w:rPr>
          <w:rFonts w:cs="Times New Roman"/>
          <w:noProof/>
          <w:sz w:val="28"/>
          <w:szCs w:val="28"/>
          <w:lang w:val="uz-Latn-UZ"/>
        </w:rPr>
        <w:t>ok</w:t>
      </w:r>
      <w:r w:rsidR="00C83BEA">
        <w:rPr>
          <w:rFonts w:cs="Times New Roman"/>
          <w:noProof/>
          <w:sz w:val="28"/>
          <w:szCs w:val="28"/>
          <w:lang w:val="uz-Latn-UZ"/>
        </w:rPr>
        <w:t>tabr</w:t>
      </w:r>
      <w:r w:rsidRPr="00E02BEE">
        <w:rPr>
          <w:rFonts w:cs="Times New Roman"/>
          <w:noProof/>
          <w:sz w:val="28"/>
          <w:szCs w:val="28"/>
          <w:lang w:val="uz-Latn-UZ"/>
        </w:rPr>
        <w:t>dan 2026-yil “</w:t>
      </w:r>
      <w:r w:rsidR="00335ED2">
        <w:rPr>
          <w:rFonts w:cs="Times New Roman"/>
          <w:noProof/>
          <w:sz w:val="28"/>
          <w:szCs w:val="28"/>
          <w:lang w:val="uz-Latn-UZ"/>
        </w:rPr>
        <w:t>31</w:t>
      </w:r>
      <w:r w:rsidRPr="00E02BEE">
        <w:rPr>
          <w:rFonts w:cs="Times New Roman"/>
          <w:noProof/>
          <w:sz w:val="28"/>
          <w:szCs w:val="28"/>
          <w:lang w:val="uz-Latn-UZ"/>
        </w:rPr>
        <w:t xml:space="preserve">” </w:t>
      </w:r>
      <w:r w:rsidR="00C83BEA">
        <w:rPr>
          <w:rFonts w:cs="Times New Roman"/>
          <w:noProof/>
          <w:sz w:val="28"/>
          <w:szCs w:val="28"/>
          <w:lang w:val="uz-Latn-UZ"/>
        </w:rPr>
        <w:t>dekabr</w:t>
      </w:r>
      <w:r w:rsidRPr="00E02BEE">
        <w:rPr>
          <w:rFonts w:cs="Times New Roman"/>
          <w:noProof/>
          <w:sz w:val="28"/>
          <w:szCs w:val="28"/>
          <w:lang w:val="uz-Latn-UZ"/>
        </w:rPr>
        <w:t xml:space="preserve">gacha, Buyurtmachiga ajratilgan mablag‘lar doirasida belgilanadi. </w:t>
      </w:r>
    </w:p>
    <w:p w14:paraId="27BF0406" w14:textId="77777777" w:rsidR="00206019" w:rsidRPr="00E02BEE" w:rsidRDefault="00206019" w:rsidP="00CA2CA3">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Zaruratga ko‘ra hamda qo‘shimcha moliyalashtirish manbalari mavjud bo‘lgan taqdirda, xizmat ko‘rsatish muddati Tomonlarning o‘zaro kelishuviga asosan qo‘shimcha kelishuv bilan uzaytirilishi mumkin.</w:t>
      </w:r>
    </w:p>
    <w:p w14:paraId="660A31FE" w14:textId="77777777" w:rsidR="0004768A"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1.</w:t>
      </w:r>
      <w:r w:rsidR="00802942" w:rsidRPr="00E02BEE">
        <w:rPr>
          <w:rFonts w:cs="Times New Roman"/>
          <w:noProof/>
          <w:sz w:val="28"/>
          <w:szCs w:val="28"/>
          <w:lang w:val="uz-Latn-UZ"/>
        </w:rPr>
        <w:t>4</w:t>
      </w:r>
      <w:r w:rsidRPr="00E02BEE">
        <w:rPr>
          <w:rFonts w:cs="Times New Roman"/>
          <w:noProof/>
          <w:sz w:val="28"/>
          <w:szCs w:val="28"/>
          <w:lang w:val="uz-Latn-UZ"/>
        </w:rPr>
        <w:t>.</w:t>
      </w:r>
      <w:r w:rsidR="00C83BDC" w:rsidRPr="00E02BEE">
        <w:rPr>
          <w:rFonts w:cs="Times New Roman"/>
          <w:noProof/>
          <w:sz w:val="28"/>
          <w:szCs w:val="28"/>
          <w:lang w:val="uz-Latn-UZ"/>
        </w:rPr>
        <w:t> </w:t>
      </w:r>
      <w:r w:rsidR="0004768A" w:rsidRPr="00E02BEE">
        <w:rPr>
          <w:rFonts w:cs="Times New Roman"/>
          <w:noProof/>
          <w:sz w:val="28"/>
          <w:szCs w:val="28"/>
          <w:lang w:val="uz-Latn-UZ"/>
        </w:rPr>
        <w:t>Kontingent (xizmat oluvchilar soni) yoki ovqatlanish rejimi o‘zgarishi, shuningdek hokimlik tomonidan tasdiqlangan o‘rtacha narxlar qayta ko‘rib chiqilishi</w:t>
      </w:r>
      <w:r w:rsidR="0020171A" w:rsidRPr="00E02BEE">
        <w:rPr>
          <w:rFonts w:cs="Times New Roman"/>
          <w:noProof/>
          <w:sz w:val="28"/>
          <w:szCs w:val="28"/>
          <w:lang w:val="uz-Latn-UZ"/>
        </w:rPr>
        <w:t>, o‘zgarishi</w:t>
      </w:r>
      <w:r w:rsidR="0004768A" w:rsidRPr="00E02BEE">
        <w:rPr>
          <w:rFonts w:cs="Times New Roman"/>
          <w:noProof/>
          <w:sz w:val="28"/>
          <w:szCs w:val="28"/>
          <w:lang w:val="uz-Latn-UZ"/>
        </w:rPr>
        <w:t xml:space="preserve"> yoxud SanQvaN talablari asosida to‘liq ratsion (zarur sutkalik me’yorlar) ta’minlanishi natijasida 1 nafar uchun 1 kunlik o‘rtacha qiymat va shunga muvofiq shartnoma qiymati o‘zgargan taqdirda, tomonlar o‘zaro kelishuv asosida shartnomaga o‘zgartirish kiritadi hamda qo‘shimcha shartnoma tuzilishi mumkin.</w:t>
      </w:r>
    </w:p>
    <w:p w14:paraId="302CD8FB" w14:textId="7ED51EA9" w:rsidR="00564A72" w:rsidRPr="00E02BEE" w:rsidRDefault="00564A7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1.5.</w:t>
      </w:r>
      <w:r w:rsidR="00843111" w:rsidRPr="00E02BEE">
        <w:rPr>
          <w:rFonts w:cs="Times New Roman"/>
          <w:noProof/>
          <w:sz w:val="28"/>
          <w:szCs w:val="28"/>
          <w:lang w:val="uz-Latn-UZ"/>
        </w:rPr>
        <w:t> </w:t>
      </w:r>
      <w:r w:rsidRPr="00E02BEE">
        <w:rPr>
          <w:rFonts w:cs="Times New Roman"/>
          <w:noProof/>
          <w:sz w:val="28"/>
          <w:szCs w:val="28"/>
          <w:lang w:val="uz-Latn-UZ"/>
        </w:rPr>
        <w:t xml:space="preserve">“Ijrochi” tomonidan ko‘rsatiladigan “Xizmatlar”ning umumiy miqdori xizmat ko‘rsatish bo‘yicha </w:t>
      </w:r>
      <w:r w:rsidR="00AD6402">
        <w:rPr>
          <w:rFonts w:cs="Times New Roman"/>
          <w:noProof/>
          <w:sz w:val="28"/>
          <w:szCs w:val="28"/>
          <w:lang w:val="uz-Cyrl-UZ"/>
        </w:rPr>
        <w:t>3</w:t>
      </w:r>
      <w:r w:rsidR="00335ED2">
        <w:rPr>
          <w:rFonts w:cs="Times New Roman"/>
          <w:noProof/>
          <w:sz w:val="28"/>
          <w:szCs w:val="28"/>
          <w:lang w:val="uz-Latn-UZ"/>
        </w:rPr>
        <w:t>0</w:t>
      </w:r>
      <w:r w:rsidRPr="00E02BEE">
        <w:rPr>
          <w:rFonts w:cs="Times New Roman"/>
          <w:noProof/>
          <w:sz w:val="28"/>
          <w:szCs w:val="28"/>
          <w:lang w:val="uz-Latn-UZ"/>
        </w:rPr>
        <w:t xml:space="preserve"> foiz ustama haqi miqdorini hisobga olgan holda (</w:t>
      </w:r>
      <w:r w:rsidR="00670A2F" w:rsidRPr="00E02BEE">
        <w:rPr>
          <w:rFonts w:cs="Times New Roman"/>
          <w:noProof/>
          <w:sz w:val="28"/>
          <w:szCs w:val="28"/>
          <w:lang w:val="uz-Latn-UZ"/>
        </w:rPr>
        <w:t xml:space="preserve">barcha </w:t>
      </w:r>
      <w:r w:rsidRPr="00E02BEE">
        <w:rPr>
          <w:rFonts w:cs="Times New Roman"/>
          <w:noProof/>
          <w:sz w:val="28"/>
          <w:szCs w:val="28"/>
          <w:lang w:val="uz-Latn-UZ"/>
        </w:rPr>
        <w:t>soliqlar, ish haqi, moddiy xarajatlar, bilvosita xarajatlar</w:t>
      </w:r>
      <w:r w:rsidR="00670A2F" w:rsidRPr="00E02BEE">
        <w:rPr>
          <w:rFonts w:cs="Times New Roman"/>
          <w:noProof/>
          <w:sz w:val="28"/>
          <w:szCs w:val="28"/>
          <w:lang w:val="uz-Latn-UZ"/>
        </w:rPr>
        <w:t xml:space="preserve"> o‘z ichiga olgan holda</w:t>
      </w:r>
      <w:r w:rsidRPr="00E02BEE">
        <w:rPr>
          <w:rFonts w:cs="Times New Roman"/>
          <w:noProof/>
          <w:sz w:val="28"/>
          <w:szCs w:val="28"/>
          <w:lang w:val="uz-Latn-UZ"/>
        </w:rPr>
        <w:t xml:space="preserve">) </w:t>
      </w:r>
      <w:r w:rsidR="00F162E4">
        <w:rPr>
          <w:rFonts w:cs="Times New Roman"/>
          <w:noProof/>
          <w:sz w:val="28"/>
          <w:szCs w:val="28"/>
          <w:lang w:val="uz-Cyrl-UZ"/>
        </w:rPr>
        <w:t>.........</w:t>
      </w:r>
      <w:r w:rsidR="00670A2F" w:rsidRPr="00E02BEE">
        <w:rPr>
          <w:rFonts w:cs="Times New Roman"/>
          <w:noProof/>
          <w:sz w:val="28"/>
          <w:szCs w:val="28"/>
          <w:lang w:val="uz-Latn-UZ"/>
        </w:rPr>
        <w:t>(</w:t>
      </w:r>
      <w:r w:rsidR="00F162E4">
        <w:rPr>
          <w:rFonts w:cs="Times New Roman"/>
          <w:noProof/>
          <w:sz w:val="28"/>
          <w:szCs w:val="28"/>
          <w:lang w:val="uz-Cyrl-UZ"/>
        </w:rPr>
        <w:t>........</w:t>
      </w:r>
      <w:r w:rsidR="00670A2F" w:rsidRPr="00E02BEE">
        <w:rPr>
          <w:rFonts w:cs="Times New Roman"/>
          <w:noProof/>
          <w:sz w:val="28"/>
          <w:szCs w:val="28"/>
          <w:lang w:val="uz-Latn-UZ"/>
        </w:rPr>
        <w:t>) so‘mni tashkil etadi.</w:t>
      </w:r>
    </w:p>
    <w:p w14:paraId="438CEAC0"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II.</w:t>
      </w:r>
      <w:r w:rsidR="0004768A" w:rsidRPr="00E02BEE">
        <w:rPr>
          <w:rFonts w:cs="Times New Roman"/>
          <w:b/>
          <w:noProof/>
          <w:sz w:val="28"/>
          <w:szCs w:val="28"/>
          <w:lang w:val="uz-Latn-UZ"/>
        </w:rPr>
        <w:t> </w:t>
      </w:r>
      <w:r w:rsidRPr="00E02BEE">
        <w:rPr>
          <w:rFonts w:cs="Times New Roman"/>
          <w:b/>
          <w:noProof/>
          <w:sz w:val="28"/>
          <w:szCs w:val="28"/>
          <w:lang w:val="uz-Latn-UZ"/>
        </w:rPr>
        <w:t>Tomonlarning huquq va majburiyatlari</w:t>
      </w:r>
    </w:p>
    <w:p w14:paraId="1016B23A"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2.1.</w:t>
      </w:r>
      <w:r w:rsidR="00C83BDC" w:rsidRPr="00E02BEE">
        <w:rPr>
          <w:rFonts w:cs="Times New Roman"/>
          <w:noProof/>
          <w:sz w:val="28"/>
          <w:szCs w:val="28"/>
          <w:lang w:val="uz-Latn-UZ"/>
        </w:rPr>
        <w:t> </w:t>
      </w:r>
      <w:r w:rsidRPr="00E02BEE">
        <w:rPr>
          <w:rFonts w:cs="Times New Roman"/>
          <w:noProof/>
          <w:sz w:val="28"/>
          <w:szCs w:val="28"/>
          <w:lang w:val="uz-Latn-UZ"/>
        </w:rPr>
        <w:t>Ijrochining huquqlari:</w:t>
      </w:r>
    </w:p>
    <w:p w14:paraId="51C012D1"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ko‘rsatgan xizmatlari uchun to‘lovni shartnomada belgilangan miqdor </w:t>
      </w:r>
      <w:r w:rsidR="00205D55" w:rsidRPr="00E02BEE">
        <w:rPr>
          <w:rFonts w:cs="Times New Roman"/>
          <w:noProof/>
          <w:sz w:val="28"/>
          <w:szCs w:val="28"/>
          <w:lang w:val="uz-Latn-UZ"/>
        </w:rPr>
        <w:br/>
      </w:r>
      <w:r w:rsidRPr="00E02BEE">
        <w:rPr>
          <w:rFonts w:cs="Times New Roman"/>
          <w:noProof/>
          <w:sz w:val="28"/>
          <w:szCs w:val="28"/>
          <w:lang w:val="uz-Latn-UZ"/>
        </w:rPr>
        <w:t>va muddatda talab qilish;</w:t>
      </w:r>
    </w:p>
    <w:p w14:paraId="509EBB29"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ma’lumotlarni (kontingent, ovqatlanish rejimi, taomnoma talablari) olish;</w:t>
      </w:r>
    </w:p>
    <w:p w14:paraId="747EE890"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005B2A12" w:rsidRPr="00E02BEE">
        <w:rPr>
          <w:rFonts w:cs="Times New Roman"/>
          <w:noProof/>
          <w:sz w:val="28"/>
          <w:szCs w:val="28"/>
          <w:lang w:val="uz-Latn-UZ"/>
        </w:rPr>
        <w:t>ovqatlantirish xizmatlarini ko‘rsatish doirasida ovqatlanishning texnologik jarayonlarini oqilona va samarali tashkil etish;</w:t>
      </w:r>
    </w:p>
    <w:p w14:paraId="43ACBFE4"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xizmatlarni sifatli ko‘rsatish maqsadida Buyurtmachi tomonidan ajratiladigan bino-inshootlar, oshxona xonalari, jihozlar va inventardan shartnomaga muvofiq foydalanishni talab qilish;</w:t>
      </w:r>
    </w:p>
    <w:p w14:paraId="554A771A"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xizmat ko‘rsatish jarayonida Buyurtmachidan sanitariya-gigiyena talablariga rioya etilishi uchun zarur tashkiliy sharoitlar (kirish-chiqish, ish joyi, saqlash joylari va boshqa) yaratilishini talab qilish;</w:t>
      </w:r>
    </w:p>
    <w:p w14:paraId="24C80227"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ko‘rsatilgan xizmatlar bo‘yicha dalolatnomalar va hisob-kitob hujjatlarini belgilangan muddatlarda ko‘rib chiqish hamda rasmiylashtirishni Buyurtmachidan talab qilish;</w:t>
      </w:r>
    </w:p>
    <w:p w14:paraId="2807669D"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shartnoma shartlari buzilishi yoki xizmat ko‘rsatishga to‘sqinlik qiluvchi holatlar yuzaga kelganda, bu holatlar bo‘yicha Buyurtmachiga yozma e’tiroz (taqdimnoma) kiritish va ularni bartaraf etish choralarini ko‘rishni talab qilish;</w:t>
      </w:r>
    </w:p>
    <w:p w14:paraId="56082946" w14:textId="7A137BD2" w:rsidR="00D93AFB" w:rsidRPr="00E02BEE" w:rsidRDefault="00D93AF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va o‘rganish natijalari bo‘yicha tuzilgan dalolatnoma (xulosa) nusxasini olish</w:t>
      </w:r>
      <w:r w:rsidR="001D367B" w:rsidRPr="00E02BEE">
        <w:rPr>
          <w:rFonts w:cs="Times New Roman"/>
          <w:noProof/>
          <w:sz w:val="28"/>
          <w:szCs w:val="28"/>
          <w:lang w:val="uz-Latn-UZ"/>
        </w:rPr>
        <w:t>;</w:t>
      </w:r>
    </w:p>
    <w:p w14:paraId="3EF863B6" w14:textId="77777777" w:rsidR="005B2A12" w:rsidRPr="00E02BEE" w:rsidRDefault="005B2A12"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kontingent/ovqatlanish rejimi o‘zgarishi, taomnoma talablari yoki boshqa asoslar tufayli xizmat hajmi va (yoki) 1 nafar uchun 1 kunlik qiymat o‘zgarganda, shartnoma qiymatini qayta hisoblash va shartnomaga o‘zgartirish kiritish tashabbusi bilan chiqish.</w:t>
      </w:r>
    </w:p>
    <w:p w14:paraId="5A160C51"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2.2.</w:t>
      </w:r>
      <w:r w:rsidR="00C83BDC" w:rsidRPr="00E02BEE">
        <w:rPr>
          <w:rFonts w:cs="Times New Roman"/>
          <w:noProof/>
          <w:sz w:val="28"/>
          <w:szCs w:val="28"/>
          <w:lang w:val="uz-Latn-UZ"/>
        </w:rPr>
        <w:t> </w:t>
      </w:r>
      <w:r w:rsidRPr="00E02BEE">
        <w:rPr>
          <w:rFonts w:cs="Times New Roman"/>
          <w:noProof/>
          <w:sz w:val="28"/>
          <w:szCs w:val="28"/>
          <w:lang w:val="uz-Latn-UZ"/>
        </w:rPr>
        <w:t>Ijrochining majburiyatlari:</w:t>
      </w:r>
    </w:p>
    <w:p w14:paraId="1AE3590B"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ovqatlantirish xizmatlarini o‘z vaqtida, to‘liq va sifatli ko‘rsatish;</w:t>
      </w:r>
    </w:p>
    <w:p w14:paraId="1EDBB7C4"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 xml:space="preserve">ovqat tayyorlash, saqlash va tarqatish jarayonida amaldagi sanitariya qoidalari </w:t>
      </w:r>
      <w:r w:rsidR="00205D55" w:rsidRPr="00E02BEE">
        <w:rPr>
          <w:rFonts w:cs="Times New Roman"/>
          <w:noProof/>
          <w:sz w:val="28"/>
          <w:szCs w:val="28"/>
          <w:lang w:val="uz-Latn-UZ"/>
        </w:rPr>
        <w:br/>
      </w:r>
      <w:r w:rsidRPr="00E02BEE">
        <w:rPr>
          <w:rFonts w:cs="Times New Roman"/>
          <w:noProof/>
          <w:sz w:val="28"/>
          <w:szCs w:val="28"/>
          <w:lang w:val="uz-Latn-UZ"/>
        </w:rPr>
        <w:t>va normalari (SanQvaN) hamda boshqa majburiy talablariga rioya etish;</w:t>
      </w:r>
    </w:p>
    <w:p w14:paraId="6E259997"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xodimlar (oshpazlar va boshqalar)ning sanitariya-gigiyena talablariga muvofiq tibbiy ko‘rikdan o‘tganligini ta’minlash;</w:t>
      </w:r>
    </w:p>
    <w:p w14:paraId="33822952" w14:textId="77777777" w:rsidR="00E72F1D" w:rsidRPr="00E02BEE" w:rsidRDefault="00D73096"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mahsulotlarning xavfsizligi, yaroqlilik muddati, kelib chiqishi va sifatini tasdiqlovchi hujjatlarni (sertifikat va h.k.) taqdim etish</w:t>
      </w:r>
      <w:r w:rsidR="005F15D0" w:rsidRPr="00E02BEE">
        <w:rPr>
          <w:rFonts w:cs="Times New Roman"/>
          <w:noProof/>
          <w:sz w:val="28"/>
          <w:szCs w:val="28"/>
          <w:lang w:val="uz-Latn-UZ"/>
        </w:rPr>
        <w:t>;</w:t>
      </w:r>
    </w:p>
    <w:p w14:paraId="2378052F" w14:textId="77777777" w:rsidR="005F15D0" w:rsidRPr="00E02BEE" w:rsidRDefault="005F15D0"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Buyurtmachi faoliyati, kontingent, ichki hujjatlar, taomnoma va boshqa xizmat jarayonida ma’lum bo‘lgan axborotlarning maxfiyligini ta’minlash hamda uchinchi shaxslarga oshkor etmaslik</w:t>
      </w:r>
      <w:r w:rsidR="0020171A" w:rsidRPr="00E02BEE">
        <w:rPr>
          <w:rFonts w:cs="Times New Roman"/>
          <w:noProof/>
          <w:sz w:val="28"/>
          <w:szCs w:val="28"/>
          <w:lang w:val="uz-Latn-UZ"/>
        </w:rPr>
        <w:t>;</w:t>
      </w:r>
    </w:p>
    <w:p w14:paraId="4E6BA01C"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Autsorser mulk huquqi yoki shartnoma asosida kamida uch oylik zaxira qilish uchun asosiy oziq-ovqat mahsulotlarini saqlash joylarining (omborxona) mavjud bolishini ta’minlash;</w:t>
      </w:r>
    </w:p>
    <w:p w14:paraId="11EA2951"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qish-bahor mavsumida asosiy turdagi oziq-ovqat mahsulotlarining kamida uch oylik zaxirasini shakllantirish va uni doimiy ravishda saqlab borishni ta’minlash;</w:t>
      </w:r>
    </w:p>
    <w:p w14:paraId="5F3FC56A"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ovqatlantirish xizmatining uzluksizligini hamda kamida uch oy mobaynida narxlarning o‘zgarmasligini ta’minlash uchun yetarli aylanma mablag‘larga ega bo‘lishini ta’minlash;</w:t>
      </w:r>
    </w:p>
    <w:p w14:paraId="1143A05A" w14:textId="64BA3BB0"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 Buyurtmachi, Ijtimoiy himoya milliy agentligi hamda vakolatli organlar tomonidan ovqatlantirish xizmatlari sifati, sanitariya holati, mahsulotlar xavfsizligi, taomnoma, texnologik jarayonlar, brakeraj tartibi va shartnoma shartlariga rioya etilishi yuzasidan monitoring va o‘rganishlar o‘tkazilishiga to‘sqinlik qilmaslik, zarur hujjatlar, ma’lumotlar, oshxona, omborxona va boshqa tegishli joylardan to‘liq foydalanish imkoniyatini ta’minlash; </w:t>
      </w:r>
    </w:p>
    <w:p w14:paraId="4F80CD81" w14:textId="303E3ECA"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o‘rganish yoki nazorat tadbirlari davomida aniqlangan kamchilik va qonun</w:t>
      </w:r>
      <w:r w:rsidR="001C2329">
        <w:rPr>
          <w:rFonts w:cs="Times New Roman"/>
          <w:noProof/>
          <w:sz w:val="28"/>
          <w:szCs w:val="28"/>
          <w:lang w:val="uz-Latn-UZ"/>
        </w:rPr>
        <w:t xml:space="preserve"> </w:t>
      </w:r>
      <w:r w:rsidRPr="00E02BEE">
        <w:rPr>
          <w:rFonts w:cs="Times New Roman"/>
          <w:noProof/>
          <w:sz w:val="28"/>
          <w:szCs w:val="28"/>
          <w:lang w:val="uz-Latn-UZ"/>
        </w:rPr>
        <w:t xml:space="preserve">buzilishlarni Buyurtmachi tomonidan belgilangan muddatlarda bartaraf etish hamda bu haqda tasdiqlovchi hujjatlar bilan yozma axborot taqdim etish; </w:t>
      </w:r>
    </w:p>
    <w:p w14:paraId="7367ECB0" w14:textId="6F4478BC" w:rsidR="001D367B" w:rsidRPr="00E02BEE" w:rsidRDefault="001D367B"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monitoring yakunlari bo‘yicha tuzilgan dalolatnoma (xulosa)da shartnoma shartlari, sanitariya qoidalari, normalari va gigiyena normativlari hamda ovqatlantirish xizmatlarini ko‘rsatishga oid majburiy talablar buzilgani aniqlangan taqdirda, shartnomada va qonunchilik hujjatlarida belgilangan choralar qo‘llanilishiga to‘sqinlik qilmaslik;</w:t>
      </w:r>
    </w:p>
    <w:p w14:paraId="2C856E2B" w14:textId="77777777" w:rsidR="0020171A" w:rsidRPr="00E02BEE" w:rsidRDefault="0020171A"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 amal qilayotgan davrda, ushbu shartnomaning 1.4-bandida nazarda tutilgan holatlar bundan mustasno, ovqatlantirish narxini bir tomonlama o‘zgartirmaslik</w:t>
      </w:r>
      <w:r w:rsidR="008801E5" w:rsidRPr="00E02BEE">
        <w:rPr>
          <w:rFonts w:cs="Times New Roman"/>
          <w:noProof/>
          <w:sz w:val="28"/>
          <w:szCs w:val="28"/>
          <w:lang w:val="uz-Latn-UZ"/>
        </w:rPr>
        <w:t xml:space="preserve">, </w:t>
      </w:r>
      <w:r w:rsidRPr="00E02BEE">
        <w:rPr>
          <w:rFonts w:cs="Times New Roman"/>
          <w:noProof/>
          <w:sz w:val="28"/>
          <w:szCs w:val="28"/>
          <w:lang w:val="uz-Latn-UZ"/>
        </w:rPr>
        <w:t>ta’minot va xizmat ko‘rsatish uzluksizligini ta’minlash</w:t>
      </w:r>
      <w:r w:rsidR="008801E5" w:rsidRPr="00E02BEE">
        <w:rPr>
          <w:rFonts w:cs="Times New Roman"/>
          <w:noProof/>
          <w:sz w:val="28"/>
          <w:szCs w:val="28"/>
          <w:lang w:val="uz-Latn-UZ"/>
        </w:rPr>
        <w:t xml:space="preserve"> hamda taklif etilgan ustama haqi miqdorini bir tomonlama o‘zgartirmasligi shart</w:t>
      </w:r>
      <w:r w:rsidR="00DB73B6" w:rsidRPr="00E02BEE">
        <w:rPr>
          <w:rFonts w:cs="Times New Roman"/>
          <w:noProof/>
          <w:sz w:val="28"/>
          <w:szCs w:val="28"/>
          <w:lang w:val="uz-Latn-UZ"/>
        </w:rPr>
        <w:t>.</w:t>
      </w:r>
    </w:p>
    <w:p w14:paraId="15E0285D"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2.3.</w:t>
      </w:r>
      <w:r w:rsidR="00C83BDC" w:rsidRPr="00E02BEE">
        <w:rPr>
          <w:rFonts w:cs="Times New Roman"/>
          <w:noProof/>
          <w:sz w:val="28"/>
          <w:szCs w:val="28"/>
          <w:lang w:val="uz-Latn-UZ"/>
        </w:rPr>
        <w:t> </w:t>
      </w:r>
      <w:r w:rsidRPr="00E02BEE">
        <w:rPr>
          <w:rFonts w:cs="Times New Roman"/>
          <w:noProof/>
          <w:sz w:val="28"/>
          <w:szCs w:val="28"/>
          <w:lang w:val="uz-Latn-UZ"/>
        </w:rPr>
        <w:t>Buyurtmachining huquqlari:</w:t>
      </w:r>
    </w:p>
    <w:p w14:paraId="537928DD"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taomnoma, ratsion va xizmat ko‘rsatish sifatini (shu jumladan sanitariya holati, brakeraj tartibi) o‘rganish va nazorat qilish;</w:t>
      </w:r>
    </w:p>
    <w:p w14:paraId="6A217F26"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w:t>
      </w:r>
      <w:r w:rsidR="0004768A" w:rsidRPr="00E02BEE">
        <w:rPr>
          <w:rFonts w:cs="Times New Roman"/>
          <w:noProof/>
          <w:sz w:val="28"/>
          <w:szCs w:val="28"/>
          <w:lang w:val="uz-Latn-UZ"/>
        </w:rPr>
        <w:t> </w:t>
      </w:r>
      <w:r w:rsidRPr="00E02BEE">
        <w:rPr>
          <w:rFonts w:cs="Times New Roman"/>
          <w:noProof/>
          <w:sz w:val="28"/>
          <w:szCs w:val="28"/>
          <w:lang w:val="uz-Latn-UZ"/>
        </w:rPr>
        <w:t>xizmatlar dalolatnomasi va hisob-faktura asosida haq to‘lash, sifatsiz yoki nomuvofiq xizmatlar bo‘yicha dalolatnomani imzolamaslik;</w:t>
      </w:r>
    </w:p>
    <w:p w14:paraId="2217BEFB"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shartnoma shartlari buzilganda qonunchilikda nazarda tutilgan choralarni qo‘llash</w:t>
      </w:r>
      <w:r w:rsidR="005F15D0" w:rsidRPr="00E02BEE">
        <w:rPr>
          <w:rFonts w:cs="Times New Roman"/>
          <w:noProof/>
          <w:sz w:val="28"/>
          <w:szCs w:val="28"/>
          <w:lang w:val="uz-Latn-UZ"/>
        </w:rPr>
        <w:t>;</w:t>
      </w:r>
    </w:p>
    <w:p w14:paraId="7E72EEB4" w14:textId="77777777" w:rsidR="00B11492" w:rsidRPr="00E02BEE" w:rsidRDefault="00B11492"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mazkur shartnomaning 10.9-bandida nazarda tutilgan hollarda, shartnomani bir tomonlama bekor qilishni qo‘llagan holda, shartnoma shartlari buzilishi yuzasidan qonunchilikda nazarda tutilgan choralarni ko‘rish;</w:t>
      </w:r>
    </w:p>
    <w:p w14:paraId="0406656D" w14:textId="0FBCE498" w:rsidR="005F15D0" w:rsidRPr="001C2329" w:rsidRDefault="005F15D0"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Ijrochining xo‘jalik faoliyatiga bevosita aralashmagan holda, shartnoma shartlari bajarilishini nazorat qilish</w:t>
      </w:r>
      <w:r w:rsidR="001C2329">
        <w:rPr>
          <w:rFonts w:cs="Times New Roman"/>
          <w:noProof/>
          <w:sz w:val="28"/>
          <w:szCs w:val="28"/>
          <w:lang w:val="uz-Cyrl-UZ"/>
        </w:rPr>
        <w:t>;</w:t>
      </w:r>
    </w:p>
    <w:p w14:paraId="503B478B" w14:textId="089BB3DD" w:rsidR="001D367B" w:rsidRPr="001C2329" w:rsidRDefault="001D367B" w:rsidP="00E02BEE">
      <w:pPr>
        <w:spacing w:before="120" w:after="0" w:line="240" w:lineRule="auto"/>
        <w:ind w:firstLine="567"/>
        <w:jc w:val="both"/>
        <w:rPr>
          <w:rFonts w:cs="Times New Roman"/>
          <w:noProof/>
          <w:sz w:val="28"/>
          <w:szCs w:val="28"/>
          <w:lang w:val="uz-Cyrl-UZ"/>
        </w:rPr>
      </w:pPr>
      <w:r w:rsidRPr="00E02BEE">
        <w:rPr>
          <w:rFonts w:cs="Times New Roman"/>
          <w:noProof/>
          <w:sz w:val="28"/>
          <w:szCs w:val="28"/>
          <w:lang w:val="uz-Latn-UZ"/>
        </w:rPr>
        <w:t>– monitoring yakunlari bo‘yicha tuzilgan dalolatnoma (xulosa)da Ijrochi tomonidan shartnoma shartlari, sanitariya qoidalari, normalari va gigiyena normativlari hamda ovqatlantirish xizmatlarini ko‘rsatishga oid majburiy talablar buzilgani aniqlangan taqdirda, mazkur shartnomaning 10.9-bandiga muvofiq shartnomani bir tomonlama bekor qilish va boshqa tegishli choralarni qo‘llash</w:t>
      </w:r>
      <w:r w:rsidR="001C2329">
        <w:rPr>
          <w:rFonts w:cs="Times New Roman"/>
          <w:noProof/>
          <w:sz w:val="28"/>
          <w:szCs w:val="28"/>
          <w:lang w:val="uz-Cyrl-UZ"/>
        </w:rPr>
        <w:t>.</w:t>
      </w:r>
    </w:p>
    <w:p w14:paraId="046DA99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2.4.</w:t>
      </w:r>
      <w:r w:rsidR="00C83BDC" w:rsidRPr="00E02BEE">
        <w:rPr>
          <w:rFonts w:cs="Times New Roman"/>
          <w:noProof/>
          <w:sz w:val="28"/>
          <w:szCs w:val="28"/>
          <w:lang w:val="uz-Latn-UZ"/>
        </w:rPr>
        <w:t> </w:t>
      </w:r>
      <w:r w:rsidRPr="00E02BEE">
        <w:rPr>
          <w:rFonts w:cs="Times New Roman"/>
          <w:noProof/>
          <w:sz w:val="28"/>
          <w:szCs w:val="28"/>
          <w:lang w:val="uz-Latn-UZ"/>
        </w:rPr>
        <w:t>Buyurtmachining majburiyatlari:</w:t>
      </w:r>
    </w:p>
    <w:p w14:paraId="7E0FD906" w14:textId="0D326060" w:rsidR="00FE163B" w:rsidRPr="00E02BEE" w:rsidRDefault="00FE163B"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Ijrochiga xizmat ko‘rsatish uchun zarur bo‘lgan oshxona xonalari, jihozlar, inventar va boshqa moddiy vositalarni shartnoma va ilovalarga muvofiq vaqtincha foydalanishga berish (qabul-topshirish dalolatnomasi asosida)</w:t>
      </w:r>
      <w:r w:rsidR="001C2329">
        <w:rPr>
          <w:rFonts w:cs="Times New Roman"/>
          <w:noProof/>
          <w:sz w:val="28"/>
          <w:szCs w:val="28"/>
          <w:lang w:val="uz-Cyrl-UZ"/>
        </w:rPr>
        <w:t>;</w:t>
      </w:r>
      <w:r w:rsidRPr="00E02BEE">
        <w:rPr>
          <w:rFonts w:cs="Times New Roman"/>
          <w:noProof/>
          <w:sz w:val="28"/>
          <w:szCs w:val="28"/>
          <w:lang w:val="uz-Latn-UZ"/>
        </w:rPr>
        <w:t xml:space="preserve"> </w:t>
      </w:r>
    </w:p>
    <w:p w14:paraId="4105ACD9"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xizmat ko‘rsatish uchun zarur tashkiliy sharoitlarni yaratish;</w:t>
      </w:r>
    </w:p>
    <w:p w14:paraId="11C4C971"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 xml:space="preserve">Ijtimoiy himoya milliy agentligi tomonidan taqdim qilingan </w:t>
      </w:r>
      <w:r w:rsidR="0020171A" w:rsidRPr="00E02BEE">
        <w:rPr>
          <w:rFonts w:cs="Times New Roman"/>
          <w:noProof/>
          <w:sz w:val="28"/>
          <w:szCs w:val="28"/>
          <w:lang w:val="uz-Latn-UZ"/>
        </w:rPr>
        <w:t xml:space="preserve">namunaviy </w:t>
      </w:r>
      <w:r w:rsidRPr="00E02BEE">
        <w:rPr>
          <w:rFonts w:cs="Times New Roman"/>
          <w:noProof/>
          <w:sz w:val="28"/>
          <w:szCs w:val="28"/>
          <w:lang w:val="uz-Latn-UZ"/>
        </w:rPr>
        <w:t>taomnoma, kontingent va ovqatlanish rejimi bo‘yicha ma’lumotlarni o‘z vaqtida taqdim etish;</w:t>
      </w:r>
    </w:p>
    <w:p w14:paraId="4570A7E7" w14:textId="77777777" w:rsidR="00E72F1D" w:rsidRPr="00E02BEE" w:rsidRDefault="00D73096"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w:t>
      </w:r>
      <w:r w:rsidR="0004768A" w:rsidRPr="00E02BEE">
        <w:rPr>
          <w:rFonts w:cs="Times New Roman"/>
          <w:noProof/>
          <w:sz w:val="28"/>
          <w:szCs w:val="28"/>
          <w:lang w:val="uz-Latn-UZ"/>
        </w:rPr>
        <w:t> </w:t>
      </w:r>
      <w:r w:rsidRPr="00E02BEE">
        <w:rPr>
          <w:rFonts w:cs="Times New Roman"/>
          <w:noProof/>
          <w:sz w:val="28"/>
          <w:szCs w:val="28"/>
          <w:lang w:val="uz-Latn-UZ"/>
        </w:rPr>
        <w:t>ko‘rsatilgan xizmatlar uchun to‘lovlarni shartnomada belgilangan tartibda amalga oshirish.</w:t>
      </w:r>
    </w:p>
    <w:p w14:paraId="4F0FD253"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III.</w:t>
      </w:r>
      <w:r w:rsidR="0004768A" w:rsidRPr="00E02BEE">
        <w:rPr>
          <w:rFonts w:cs="Times New Roman"/>
          <w:b/>
          <w:noProof/>
          <w:sz w:val="28"/>
          <w:szCs w:val="28"/>
          <w:lang w:val="uz-Latn-UZ"/>
        </w:rPr>
        <w:t> </w:t>
      </w:r>
      <w:r w:rsidRPr="00E02BEE">
        <w:rPr>
          <w:rFonts w:cs="Times New Roman"/>
          <w:b/>
          <w:noProof/>
          <w:sz w:val="28"/>
          <w:szCs w:val="28"/>
          <w:lang w:val="uz-Latn-UZ"/>
        </w:rPr>
        <w:t>Investitsiya majburiyati</w:t>
      </w:r>
    </w:p>
    <w:p w14:paraId="2D048A41"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3.1.</w:t>
      </w:r>
      <w:r w:rsidR="00C83BDC" w:rsidRPr="00E02BEE">
        <w:rPr>
          <w:rFonts w:cs="Times New Roman"/>
          <w:noProof/>
          <w:sz w:val="28"/>
          <w:szCs w:val="28"/>
          <w:lang w:val="uz-Latn-UZ"/>
        </w:rPr>
        <w:t> </w:t>
      </w:r>
      <w:r w:rsidRPr="00E02BEE">
        <w:rPr>
          <w:rFonts w:cs="Times New Roman"/>
          <w:noProof/>
          <w:sz w:val="28"/>
          <w:szCs w:val="28"/>
          <w:lang w:val="uz-Latn-UZ"/>
        </w:rPr>
        <w:t>Ijrochi shartnoma umumiy summasining kamida 1 (bir) foizidan kam bo‘lmagan miqdorda Buyurtmachi muassasasiga investitsiya kiritishi shart.</w:t>
      </w:r>
    </w:p>
    <w:p w14:paraId="223899C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3.2.</w:t>
      </w:r>
      <w:r w:rsidR="00C83BDC" w:rsidRPr="00E02BEE">
        <w:rPr>
          <w:rFonts w:cs="Times New Roman"/>
          <w:noProof/>
          <w:sz w:val="28"/>
          <w:szCs w:val="28"/>
          <w:lang w:val="uz-Latn-UZ"/>
        </w:rPr>
        <w:t> </w:t>
      </w:r>
      <w:r w:rsidRPr="00E02BEE">
        <w:rPr>
          <w:rFonts w:cs="Times New Roman"/>
          <w:noProof/>
          <w:sz w:val="28"/>
          <w:szCs w:val="28"/>
          <w:lang w:val="uz-Latn-UZ"/>
        </w:rPr>
        <w:t>Mazkur investitsiya shartnoma tuzilgan sanadan boshlab 6 (olti) oy muddatda to‘liq kiritiladi. Investitsiya predmeti (uskunalar, inventar, ta’mirlash ishlari va boshqalar)</w:t>
      </w:r>
      <w:r w:rsidR="000D7251" w:rsidRPr="00E02BEE">
        <w:rPr>
          <w:rFonts w:cs="Times New Roman"/>
          <w:noProof/>
          <w:sz w:val="28"/>
          <w:szCs w:val="28"/>
          <w:lang w:val="uz-Latn-UZ"/>
        </w:rPr>
        <w:t xml:space="preserve"> hisoblanadi.</w:t>
      </w:r>
    </w:p>
    <w:p w14:paraId="706F7F84"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IV.</w:t>
      </w:r>
      <w:r w:rsidR="00FE163B" w:rsidRPr="00E02BEE">
        <w:rPr>
          <w:rFonts w:cs="Times New Roman"/>
          <w:b/>
          <w:noProof/>
          <w:sz w:val="28"/>
          <w:szCs w:val="28"/>
          <w:lang w:val="uz-Latn-UZ"/>
        </w:rPr>
        <w:t> </w:t>
      </w:r>
      <w:r w:rsidRPr="00E02BEE">
        <w:rPr>
          <w:rFonts w:cs="Times New Roman"/>
          <w:b/>
          <w:noProof/>
          <w:sz w:val="28"/>
          <w:szCs w:val="28"/>
          <w:lang w:val="uz-Latn-UZ"/>
        </w:rPr>
        <w:t xml:space="preserve">Ko‘rsatilgan xizmatlar bo‘yicha </w:t>
      </w:r>
      <w:r w:rsidR="00C83BDC" w:rsidRPr="00E02BEE">
        <w:rPr>
          <w:rFonts w:cs="Times New Roman"/>
          <w:b/>
          <w:noProof/>
          <w:sz w:val="28"/>
          <w:szCs w:val="28"/>
          <w:lang w:val="uz-Latn-UZ"/>
        </w:rPr>
        <w:br/>
      </w:r>
      <w:r w:rsidRPr="00E02BEE">
        <w:rPr>
          <w:rFonts w:cs="Times New Roman"/>
          <w:b/>
          <w:noProof/>
          <w:sz w:val="28"/>
          <w:szCs w:val="28"/>
          <w:lang w:val="uz-Latn-UZ"/>
        </w:rPr>
        <w:t>hisob-kitoblarni amalga oshirish</w:t>
      </w:r>
    </w:p>
    <w:p w14:paraId="007BD53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4.1. Bajarilgan ishlar uchun hisob-kitoblarni amalga oshirish tartibi quyidagicha belgilanadi: </w:t>
      </w:r>
    </w:p>
    <w:p w14:paraId="29AEF53F"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buyurtmachi tomonidan avvalgi oyda ovqatlanish uchun amalga oshirilgan haqiqiy xarajatlarning 30 foizi miqdorida oldindan to‘lov (avans) amalga oshiriladi;</w:t>
      </w:r>
    </w:p>
    <w:p w14:paraId="49B89DEC" w14:textId="77777777" w:rsidR="00492D53"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lastRenderedPageBreak/>
        <w:t xml:space="preserve">oy yakuni bo‘yicha tuzilgan taomnoma hamda amalda ovqatlangan tarbiyalanuvchilar (yashovchilar) sonidan kelib chiqib, haqiqatda iste’mol qilingan </w:t>
      </w:r>
      <w:r w:rsidRPr="00E02BEE">
        <w:rPr>
          <w:rFonts w:cs="Times New Roman"/>
          <w:noProof/>
          <w:sz w:val="28"/>
          <w:szCs w:val="28"/>
          <w:lang w:val="uz-Latn-UZ"/>
        </w:rPr>
        <w:br/>
        <w:t xml:space="preserve">oziq-ovqat mahsulotlari qiymatiga Autsorserning ustama haqi qo‘shilgan holda yakuniy </w:t>
      </w:r>
      <w:r w:rsidRPr="00E02BEE">
        <w:rPr>
          <w:rFonts w:cs="Times New Roman"/>
          <w:noProof/>
          <w:sz w:val="28"/>
          <w:szCs w:val="28"/>
          <w:lang w:val="uz-Latn-UZ"/>
        </w:rPr>
        <w:br/>
        <w:t>hisob-kitob amalga oshiriladi hamda bunda avval to‘langan avans summasi chegirib tashlanadi</w:t>
      </w:r>
      <w:r w:rsidR="00492D53" w:rsidRPr="00E02BEE">
        <w:rPr>
          <w:rFonts w:cs="Times New Roman"/>
          <w:noProof/>
          <w:sz w:val="28"/>
          <w:szCs w:val="28"/>
          <w:lang w:val="uz-Latn-UZ"/>
        </w:rPr>
        <w:t>;</w:t>
      </w:r>
    </w:p>
    <w:p w14:paraId="3803450F" w14:textId="41687AB3" w:rsidR="00524557" w:rsidRPr="00E02BEE" w:rsidRDefault="00492D53"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 xml:space="preserve">ko‘rsatilgan xizmatlar uchun oylik to‘lov shartnomaning ajralmas tarkibiy qismi hisoblangan </w:t>
      </w:r>
      <w:r w:rsidRPr="00E02BEE">
        <w:rPr>
          <w:rFonts w:cs="Times New Roman"/>
          <w:b/>
          <w:bCs/>
          <w:noProof/>
          <w:sz w:val="28"/>
          <w:szCs w:val="28"/>
          <w:lang w:val="uz-Latn-UZ"/>
        </w:rPr>
        <w:t>ilovada</w:t>
      </w:r>
      <w:r w:rsidRPr="00E02BEE">
        <w:rPr>
          <w:rFonts w:cs="Times New Roman"/>
          <w:noProof/>
          <w:sz w:val="28"/>
          <w:szCs w:val="28"/>
          <w:lang w:val="uz-Latn-UZ"/>
        </w:rPr>
        <w:t xml:space="preserve"> keltiriladi.</w:t>
      </w:r>
      <w:r w:rsidR="00524557" w:rsidRPr="00E02BEE">
        <w:rPr>
          <w:rFonts w:cs="Times New Roman"/>
          <w:noProof/>
          <w:sz w:val="28"/>
          <w:szCs w:val="28"/>
          <w:lang w:val="uz-Latn-UZ"/>
        </w:rPr>
        <w:t xml:space="preserve"> </w:t>
      </w:r>
    </w:p>
    <w:p w14:paraId="707D2740"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4.2. Taomnoma bo‘yicha oziq-ovqat mahsulotlari narxlari Autsorser tomonidan Axborot tizimiga kiritilgan narxlardan kelib chiqib hisob-kitob qilinadi.</w:t>
      </w:r>
    </w:p>
    <w:p w14:paraId="0C57BFD5"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Bunda mazkur narxlar mahalliy hokimliklar tomonidan tasdiqlanadigan oziq-ovqat mahsulotlarining o‘rtacha bozor narxlaridan oshmasligi lozim. O‘rtacha bozor narxlari har oyning 25-sanasiga qadar tasdiqlanadi.</w:t>
      </w:r>
    </w:p>
    <w:p w14:paraId="1D671257" w14:textId="77777777" w:rsidR="00524557" w:rsidRPr="00E02BEE" w:rsidRDefault="00524557"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Mahalliy hokimliklar tomonidan tasdiqlangan narxlar Autsorser tomonidan ko‘rsatilgan narxlardan past bo‘lgan hollarda, hisob-kitoblar uchun mahalliy hokimlik tomonidan tasdiqlangan narxlar inobatga olinadi.</w:t>
      </w:r>
    </w:p>
    <w:p w14:paraId="163763C8"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4.3.</w:t>
      </w:r>
      <w:r w:rsidR="00C83BDC" w:rsidRPr="00E02BEE">
        <w:rPr>
          <w:rFonts w:cs="Times New Roman"/>
          <w:noProof/>
          <w:sz w:val="28"/>
          <w:szCs w:val="28"/>
          <w:lang w:val="uz-Latn-UZ"/>
        </w:rPr>
        <w:t> </w:t>
      </w:r>
      <w:r w:rsidRPr="00E02BEE">
        <w:rPr>
          <w:rFonts w:cs="Times New Roman"/>
          <w:noProof/>
          <w:sz w:val="28"/>
          <w:szCs w:val="28"/>
          <w:lang w:val="uz-Latn-UZ"/>
        </w:rPr>
        <w:t xml:space="preserve">Ijrochi har oy yakunlari bo‘yicha ko‘rsatilgan xizmatlar dalolatnomasini </w:t>
      </w:r>
      <w:r w:rsidR="00205D55" w:rsidRPr="00E02BEE">
        <w:rPr>
          <w:rFonts w:cs="Times New Roman"/>
          <w:noProof/>
          <w:sz w:val="28"/>
          <w:szCs w:val="28"/>
          <w:lang w:val="uz-Latn-UZ"/>
        </w:rPr>
        <w:br/>
      </w:r>
      <w:r w:rsidRPr="00E02BEE">
        <w:rPr>
          <w:rFonts w:cs="Times New Roman"/>
          <w:noProof/>
          <w:sz w:val="28"/>
          <w:szCs w:val="28"/>
          <w:lang w:val="uz-Latn-UZ"/>
        </w:rPr>
        <w:t>va hisob-fakturani keyingi oyning 1-sanasiga qadar rasmiylashtirib Buyurtmachiga taqdim etadi.</w:t>
      </w:r>
    </w:p>
    <w:p w14:paraId="65FBB0C4"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4.4.</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Buyurtmachining taqdim etilgan dalolatnoma bo‘yicha e’tirozlari mavjud bo‘lsa, Buyurtmachi dalolatnoma olingan kundan boshlab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rad etish sabablarini asoslagan holda xizmatlarni qabul qilishni yozma ravishda rad etishi lozim.</w:t>
      </w:r>
    </w:p>
    <w:p w14:paraId="03B9497D"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4.5.</w:t>
      </w:r>
      <w:r w:rsidR="00C83BDC" w:rsidRPr="00E02BEE">
        <w:rPr>
          <w:rFonts w:cs="Times New Roman"/>
          <w:noProof/>
          <w:sz w:val="28"/>
          <w:szCs w:val="28"/>
          <w:lang w:val="uz-Latn-UZ"/>
        </w:rPr>
        <w:t> </w:t>
      </w:r>
      <w:r w:rsidRPr="00E02BEE">
        <w:rPr>
          <w:rFonts w:cs="Times New Roman"/>
          <w:noProof/>
          <w:sz w:val="28"/>
          <w:szCs w:val="28"/>
          <w:lang w:val="uz-Latn-UZ"/>
        </w:rPr>
        <w:t xml:space="preserve">Agar Buyurtmachi </w:t>
      </w:r>
      <w:r w:rsidR="009416D4" w:rsidRPr="00E02BEE">
        <w:rPr>
          <w:rFonts w:cs="Times New Roman"/>
          <w:noProof/>
          <w:sz w:val="28"/>
          <w:szCs w:val="28"/>
          <w:lang w:val="uz-Latn-UZ"/>
        </w:rPr>
        <w:t>1</w:t>
      </w:r>
      <w:r w:rsidRPr="00E02BEE">
        <w:rPr>
          <w:rFonts w:cs="Times New Roman"/>
          <w:noProof/>
          <w:sz w:val="28"/>
          <w:szCs w:val="28"/>
          <w:lang w:val="uz-Latn-UZ"/>
        </w:rPr>
        <w:t xml:space="preserve"> (</w:t>
      </w:r>
      <w:r w:rsidR="009416D4" w:rsidRPr="00E02BEE">
        <w:rPr>
          <w:rFonts w:cs="Times New Roman"/>
          <w:noProof/>
          <w:sz w:val="28"/>
          <w:szCs w:val="28"/>
          <w:lang w:val="uz-Latn-UZ"/>
        </w:rPr>
        <w:t>bir</w:t>
      </w:r>
      <w:r w:rsidRPr="00E02BEE">
        <w:rPr>
          <w:rFonts w:cs="Times New Roman"/>
          <w:noProof/>
          <w:sz w:val="28"/>
          <w:szCs w:val="28"/>
          <w:lang w:val="uz-Latn-UZ"/>
        </w:rPr>
        <w:t>) ish kuni ichida yozma rad javobini yubormagan bo‘lsa, xizmatlar Buyurtmachi tomonidan belgilangan miqdorda va belgilangan tartibda ko‘rsatilgan hamda qabul qilingan hisoblanadi.</w:t>
      </w:r>
    </w:p>
    <w:p w14:paraId="764504AB" w14:textId="77777777" w:rsidR="00843111" w:rsidRPr="00E02BEE" w:rsidRDefault="00843111"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4.6. Buyurtmachining omborida mavjud bo‘lgan oziq-ovqat mahsulotlari zaxirasi, shu jumladan kartoshka, sabzi, guruch hamda boshqa mahsulotlar xizmat ko‘rsatish jarayonida taomnomaga muvofiq foydalanilgan taqdirda, ushbu mahsulotlar qiymati zaxira to‘liq tugaguniga qadar Ijrochi tomonidan ko‘rsatilgan xizmatlar qiymatiga kiritilmaydi va ular uchun to‘lov amalga oshirilmaydi.</w:t>
      </w:r>
    </w:p>
    <w:p w14:paraId="50D1002B" w14:textId="77777777" w:rsidR="00E72F1D" w:rsidRPr="00E02BEE" w:rsidRDefault="009C440E" w:rsidP="00E02BEE">
      <w:pPr>
        <w:spacing w:before="120" w:after="0" w:line="240" w:lineRule="auto"/>
        <w:jc w:val="center"/>
        <w:rPr>
          <w:rFonts w:cs="Times New Roman"/>
          <w:noProof/>
          <w:sz w:val="28"/>
          <w:szCs w:val="28"/>
          <w:lang w:val="uz-Latn-UZ"/>
        </w:rPr>
      </w:pPr>
      <w:r w:rsidRPr="00E02BEE">
        <w:rPr>
          <w:rFonts w:cs="Times New Roman"/>
          <w:b/>
          <w:noProof/>
          <w:sz w:val="28"/>
          <w:szCs w:val="28"/>
          <w:lang w:val="uz-Latn-UZ"/>
        </w:rPr>
        <w:t>V.</w:t>
      </w:r>
      <w:r w:rsidR="00FE163B" w:rsidRPr="00E02BEE">
        <w:rPr>
          <w:rFonts w:cs="Times New Roman"/>
          <w:b/>
          <w:noProof/>
          <w:sz w:val="28"/>
          <w:szCs w:val="28"/>
          <w:lang w:val="uz-Latn-UZ"/>
        </w:rPr>
        <w:t> </w:t>
      </w:r>
      <w:r w:rsidRPr="00E02BEE">
        <w:rPr>
          <w:rFonts w:cs="Times New Roman"/>
          <w:b/>
          <w:noProof/>
          <w:sz w:val="28"/>
          <w:szCs w:val="28"/>
          <w:lang w:val="uz-Latn-UZ"/>
        </w:rPr>
        <w:t>Shartnoma bo‘yicha javobgarlik</w:t>
      </w:r>
    </w:p>
    <w:p w14:paraId="7D0048C2"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5.1.</w:t>
      </w:r>
      <w:r w:rsidR="00C83BDC" w:rsidRPr="00E02BEE">
        <w:rPr>
          <w:rFonts w:cs="Times New Roman"/>
          <w:noProof/>
          <w:sz w:val="28"/>
          <w:szCs w:val="28"/>
          <w:lang w:val="uz-Latn-UZ"/>
        </w:rPr>
        <w:t> </w:t>
      </w:r>
      <w:r w:rsidRPr="00E02BEE">
        <w:rPr>
          <w:rFonts w:cs="Times New Roman"/>
          <w:noProof/>
          <w:sz w:val="28"/>
          <w:szCs w:val="28"/>
          <w:lang w:val="uz-Latn-UZ"/>
        </w:rPr>
        <w:t>Mazkur shartnoma bo‘yicha majburiyatlarni bajarmaganlik yoki lozim darajada bajarmaganlik uchun Tomonlar O‘zbekiston Respublikasining amaldagi qonunchilik hujjatlariga muvofiq javobgar bo‘ladilar.</w:t>
      </w:r>
    </w:p>
    <w:p w14:paraId="0EF44433" w14:textId="77777777" w:rsidR="00E72F1D" w:rsidRPr="00E02BEE" w:rsidRDefault="009C440E" w:rsidP="00E02BEE">
      <w:pPr>
        <w:spacing w:before="120" w:after="0" w:line="240" w:lineRule="auto"/>
        <w:ind w:firstLine="567"/>
        <w:jc w:val="both"/>
        <w:rPr>
          <w:rFonts w:cs="Times New Roman"/>
          <w:noProof/>
          <w:sz w:val="28"/>
          <w:szCs w:val="28"/>
          <w:lang w:val="uz-Latn-UZ"/>
        </w:rPr>
      </w:pPr>
      <w:r w:rsidRPr="00E02BEE">
        <w:rPr>
          <w:rFonts w:cs="Times New Roman"/>
          <w:noProof/>
          <w:sz w:val="28"/>
          <w:szCs w:val="28"/>
          <w:lang w:val="uz-Latn-UZ"/>
        </w:rPr>
        <w:t>5.</w:t>
      </w:r>
      <w:r w:rsidR="009416D4" w:rsidRPr="00E02BEE">
        <w:rPr>
          <w:rFonts w:cs="Times New Roman"/>
          <w:noProof/>
          <w:sz w:val="28"/>
          <w:szCs w:val="28"/>
          <w:lang w:val="uz-Latn-UZ"/>
        </w:rPr>
        <w:t>2</w:t>
      </w:r>
      <w:r w:rsidRPr="00E02BEE">
        <w:rPr>
          <w:rFonts w:cs="Times New Roman"/>
          <w:noProof/>
          <w:sz w:val="28"/>
          <w:szCs w:val="28"/>
          <w:lang w:val="uz-Latn-UZ"/>
        </w:rPr>
        <w:t>.</w:t>
      </w:r>
      <w:r w:rsidR="00C83BDC" w:rsidRPr="00E02BEE">
        <w:rPr>
          <w:rFonts w:cs="Times New Roman"/>
          <w:noProof/>
          <w:sz w:val="28"/>
          <w:szCs w:val="28"/>
          <w:lang w:val="uz-Latn-UZ"/>
        </w:rPr>
        <w:t> </w:t>
      </w:r>
      <w:r w:rsidRPr="00E02BEE">
        <w:rPr>
          <w:rFonts w:cs="Times New Roman"/>
          <w:noProof/>
          <w:sz w:val="28"/>
          <w:szCs w:val="28"/>
          <w:lang w:val="uz-Latn-UZ"/>
        </w:rPr>
        <w:t>Buyurtmachi to‘lovlarni o‘z vaqtida amalga oshirmaganligi uchun Ijrochiga kechiktirilgan har bir kun uchun kechiktirilgan to‘lov summasining ____ % miqdorida, biroq ___</w:t>
      </w:r>
      <w:r w:rsidR="00205D55" w:rsidRPr="00E02BEE">
        <w:rPr>
          <w:rFonts w:cs="Times New Roman"/>
          <w:noProof/>
          <w:sz w:val="28"/>
          <w:szCs w:val="28"/>
          <w:lang w:val="uz-Latn-UZ"/>
        </w:rPr>
        <w:t>_</w:t>
      </w:r>
      <w:r w:rsidRPr="00E02BEE">
        <w:rPr>
          <w:rFonts w:cs="Times New Roman"/>
          <w:noProof/>
          <w:sz w:val="28"/>
          <w:szCs w:val="28"/>
          <w:lang w:val="uz-Latn-UZ"/>
        </w:rPr>
        <w:t xml:space="preserve"> %</w:t>
      </w:r>
      <w:r w:rsidR="00205D55" w:rsidRPr="00E02BEE">
        <w:rPr>
          <w:rFonts w:cs="Times New Roman"/>
          <w:noProof/>
          <w:sz w:val="28"/>
          <w:szCs w:val="28"/>
          <w:lang w:val="uz-Latn-UZ"/>
        </w:rPr>
        <w:t> </w:t>
      </w:r>
      <w:r w:rsidRPr="00E02BEE">
        <w:rPr>
          <w:rFonts w:cs="Times New Roman"/>
          <w:noProof/>
          <w:sz w:val="28"/>
          <w:szCs w:val="28"/>
          <w:lang w:val="uz-Latn-UZ"/>
        </w:rPr>
        <w:t>dan ko‘p bo‘lmagan miqdorda penya to‘laydi.</w:t>
      </w:r>
    </w:p>
    <w:p w14:paraId="2EA4D4E9" w14:textId="77777777" w:rsidR="00E02BEE" w:rsidRPr="001C2329" w:rsidRDefault="00E02BEE" w:rsidP="00E02BEE">
      <w:pPr>
        <w:spacing w:before="120" w:after="0" w:line="240" w:lineRule="auto"/>
        <w:jc w:val="center"/>
        <w:rPr>
          <w:rFonts w:cs="Times New Roman"/>
          <w:b/>
          <w:noProof/>
          <w:sz w:val="28"/>
          <w:szCs w:val="28"/>
          <w:lang w:val="uz-Latn-UZ"/>
        </w:rPr>
      </w:pPr>
    </w:p>
    <w:p w14:paraId="4BE9069C" w14:textId="278B861D"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lastRenderedPageBreak/>
        <w:t>VI.</w:t>
      </w:r>
      <w:r w:rsidR="00FE163B" w:rsidRPr="00E02BEE">
        <w:rPr>
          <w:rFonts w:cs="Times New Roman"/>
          <w:b/>
          <w:noProof/>
          <w:sz w:val="28"/>
          <w:szCs w:val="28"/>
          <w:lang w:val="uz-Latn-UZ"/>
        </w:rPr>
        <w:t> </w:t>
      </w:r>
      <w:r w:rsidRPr="00E02BEE">
        <w:rPr>
          <w:rFonts w:cs="Times New Roman"/>
          <w:b/>
          <w:noProof/>
          <w:sz w:val="28"/>
          <w:szCs w:val="28"/>
          <w:lang w:val="uz-Latn-UZ"/>
        </w:rPr>
        <w:t>Fors-major holatlar</w:t>
      </w:r>
    </w:p>
    <w:p w14:paraId="45AF5D59"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6.1.</w:t>
      </w:r>
      <w:r w:rsidR="00C83BDC" w:rsidRPr="00E02BEE">
        <w:rPr>
          <w:rFonts w:cs="Times New Roman"/>
          <w:noProof/>
          <w:sz w:val="28"/>
          <w:szCs w:val="28"/>
          <w:lang w:val="uz-Latn-UZ"/>
        </w:rPr>
        <w:t> </w:t>
      </w:r>
      <w:r w:rsidRPr="00E02BEE">
        <w:rPr>
          <w:rFonts w:cs="Times New Roman"/>
          <w:noProof/>
          <w:sz w:val="28"/>
          <w:szCs w:val="28"/>
          <w:lang w:val="uz-Latn-UZ"/>
        </w:rPr>
        <w:t>Yengib bo‘lmas kuch holatlari (yong‘in, toshqin, zilzila, urush, terroristik harakatlar, pandemiya, davlat organlarining umumiy xarakterdagi qarorlari va boshqalar) yuzaga kelgan taqdirda, majburiyatlarni bajarish muddati ushbu holatlar (yoki ularning oqibatlari) tugaguniga qadar ko‘chiriladi.</w:t>
      </w:r>
    </w:p>
    <w:p w14:paraId="739CEE8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6.2.</w:t>
      </w:r>
      <w:r w:rsidR="00C83BDC" w:rsidRPr="00E02BEE">
        <w:rPr>
          <w:rFonts w:cs="Times New Roman"/>
          <w:noProof/>
          <w:sz w:val="28"/>
          <w:szCs w:val="28"/>
          <w:lang w:val="uz-Latn-UZ"/>
        </w:rPr>
        <w:t> </w:t>
      </w:r>
      <w:r w:rsidRPr="00E02BEE">
        <w:rPr>
          <w:rFonts w:cs="Times New Roman"/>
          <w:noProof/>
          <w:sz w:val="28"/>
          <w:szCs w:val="28"/>
          <w:lang w:val="uz-Latn-UZ"/>
        </w:rPr>
        <w:t>Fors-major holati yuzaga kelgan Tomon 7 (yetti) kun ichida boshqa Tomonni yozma ravishda xabardor qiladi va tasdiqlovchi hujjatlarni taqdim etadi.</w:t>
      </w:r>
    </w:p>
    <w:p w14:paraId="6677B105"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w:t>
      </w:r>
      <w:r w:rsidR="00FE163B" w:rsidRPr="00E02BEE">
        <w:rPr>
          <w:rFonts w:cs="Times New Roman"/>
          <w:b/>
          <w:noProof/>
          <w:sz w:val="28"/>
          <w:szCs w:val="28"/>
          <w:lang w:val="uz-Latn-UZ"/>
        </w:rPr>
        <w:t> </w:t>
      </w:r>
      <w:r w:rsidRPr="00E02BEE">
        <w:rPr>
          <w:rFonts w:cs="Times New Roman"/>
          <w:b/>
          <w:noProof/>
          <w:sz w:val="28"/>
          <w:szCs w:val="28"/>
          <w:lang w:val="uz-Latn-UZ"/>
        </w:rPr>
        <w:t>Nizolarni hal qilish tartibi</w:t>
      </w:r>
    </w:p>
    <w:p w14:paraId="18CEEFF3"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7.1.</w:t>
      </w:r>
      <w:r w:rsidR="00C83BDC" w:rsidRPr="00E02BEE">
        <w:rPr>
          <w:rFonts w:cs="Times New Roman"/>
          <w:noProof/>
          <w:sz w:val="28"/>
          <w:szCs w:val="28"/>
          <w:lang w:val="uz-Latn-UZ"/>
        </w:rPr>
        <w:t> </w:t>
      </w:r>
      <w:r w:rsidRPr="00E02BEE">
        <w:rPr>
          <w:rFonts w:cs="Times New Roman"/>
          <w:noProof/>
          <w:sz w:val="28"/>
          <w:szCs w:val="28"/>
          <w:lang w:val="uz-Latn-UZ"/>
        </w:rPr>
        <w:t>Nizolar imkon qadar muzokaralar yo‘li bilan hal etiladi.</w:t>
      </w:r>
    </w:p>
    <w:p w14:paraId="55D7FCAA" w14:textId="77777777" w:rsidR="00E72F1D" w:rsidRPr="00E02BEE" w:rsidRDefault="009C440E" w:rsidP="00E02BEE">
      <w:pPr>
        <w:spacing w:before="80" w:after="0" w:line="240" w:lineRule="auto"/>
        <w:ind w:firstLine="567"/>
        <w:jc w:val="both"/>
        <w:rPr>
          <w:rFonts w:cs="Times New Roman"/>
          <w:noProof/>
          <w:spacing w:val="-2"/>
          <w:sz w:val="28"/>
          <w:szCs w:val="28"/>
          <w:lang w:val="uz-Latn-UZ"/>
        </w:rPr>
      </w:pPr>
      <w:r w:rsidRPr="00E02BEE">
        <w:rPr>
          <w:rFonts w:cs="Times New Roman"/>
          <w:noProof/>
          <w:spacing w:val="-2"/>
          <w:sz w:val="28"/>
          <w:szCs w:val="28"/>
          <w:lang w:val="uz-Latn-UZ"/>
        </w:rPr>
        <w:t>7.2.</w:t>
      </w:r>
      <w:r w:rsidR="00C83BDC" w:rsidRPr="00E02BEE">
        <w:rPr>
          <w:rFonts w:cs="Times New Roman"/>
          <w:noProof/>
          <w:spacing w:val="-2"/>
          <w:sz w:val="28"/>
          <w:szCs w:val="28"/>
          <w:lang w:val="uz-Latn-UZ"/>
        </w:rPr>
        <w:t> </w:t>
      </w:r>
      <w:r w:rsidRPr="00E02BEE">
        <w:rPr>
          <w:rFonts w:cs="Times New Roman"/>
          <w:noProof/>
          <w:spacing w:val="-2"/>
          <w:sz w:val="28"/>
          <w:szCs w:val="28"/>
          <w:lang w:val="uz-Latn-UZ"/>
        </w:rPr>
        <w:t>Kelishuvga erishilmasa, nizolar va kelishmovchiliklar qonunchilikda belgilangan</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tartibda</w:t>
      </w:r>
      <w:r w:rsidR="00C83BDC" w:rsidRPr="00E02BEE">
        <w:rPr>
          <w:rFonts w:cs="Times New Roman"/>
          <w:noProof/>
          <w:spacing w:val="-2"/>
          <w:sz w:val="28"/>
          <w:szCs w:val="28"/>
          <w:lang w:val="uz-Latn-UZ"/>
        </w:rPr>
        <w:t xml:space="preserve"> </w:t>
      </w:r>
      <w:r w:rsidRPr="00E02BEE">
        <w:rPr>
          <w:rFonts w:cs="Times New Roman"/>
          <w:noProof/>
          <w:spacing w:val="-2"/>
          <w:sz w:val="28"/>
          <w:szCs w:val="28"/>
          <w:lang w:val="uz-Latn-UZ"/>
        </w:rPr>
        <w:t>iqtisodiy sudi orqali hal etiladi.</w:t>
      </w:r>
    </w:p>
    <w:p w14:paraId="5A04F939" w14:textId="4B0B3330"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VIII.</w:t>
      </w:r>
      <w:r w:rsidR="00FE163B" w:rsidRPr="00E02BEE">
        <w:rPr>
          <w:rFonts w:cs="Times New Roman"/>
          <w:b/>
          <w:noProof/>
          <w:sz w:val="28"/>
          <w:szCs w:val="28"/>
          <w:lang w:val="uz-Latn-UZ"/>
        </w:rPr>
        <w:t> </w:t>
      </w:r>
      <w:r w:rsidRPr="00E02BEE">
        <w:rPr>
          <w:rFonts w:cs="Times New Roman"/>
          <w:b/>
          <w:noProof/>
          <w:sz w:val="28"/>
          <w:szCs w:val="28"/>
          <w:lang w:val="uz-Latn-UZ"/>
        </w:rPr>
        <w:t>Shartnomani o‘zgartirish va bekor qilish tartibi</w:t>
      </w:r>
    </w:p>
    <w:p w14:paraId="0BD9D607" w14:textId="77777777" w:rsidR="00E72F1D"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8.1.</w:t>
      </w:r>
      <w:r w:rsidR="00C83BDC" w:rsidRPr="00E02BEE">
        <w:rPr>
          <w:rFonts w:cs="Times New Roman"/>
          <w:noProof/>
          <w:sz w:val="28"/>
          <w:szCs w:val="28"/>
          <w:lang w:val="uz-Latn-UZ"/>
        </w:rPr>
        <w:t> </w:t>
      </w:r>
      <w:r w:rsidRPr="00E02BEE">
        <w:rPr>
          <w:rFonts w:cs="Times New Roman"/>
          <w:noProof/>
          <w:sz w:val="28"/>
          <w:szCs w:val="28"/>
          <w:lang w:val="uz-Latn-UZ"/>
        </w:rPr>
        <w:t>Shartnomaga har qanday o‘zgartirish va qo‘shimchalar faqat yozma shaklda tuzilgan hamda Tomonlarning vakolatli shaxslari tomonidan imzolangan taqdirda haqiqiy bo‘ladi.</w:t>
      </w:r>
    </w:p>
    <w:p w14:paraId="1D1E906F" w14:textId="6F87DE68" w:rsidR="00B11492" w:rsidRPr="00E02BEE" w:rsidRDefault="009C440E" w:rsidP="00E02BEE">
      <w:pPr>
        <w:spacing w:before="80" w:after="0" w:line="240" w:lineRule="auto"/>
        <w:ind w:firstLine="567"/>
        <w:jc w:val="both"/>
        <w:rPr>
          <w:rFonts w:cs="Times New Roman"/>
          <w:noProof/>
          <w:sz w:val="28"/>
          <w:szCs w:val="28"/>
          <w:lang w:val="uz-Latn-UZ"/>
        </w:rPr>
      </w:pPr>
      <w:r w:rsidRPr="00E02BEE">
        <w:rPr>
          <w:rFonts w:cs="Times New Roman"/>
          <w:noProof/>
          <w:sz w:val="28"/>
          <w:szCs w:val="28"/>
          <w:lang w:val="uz-Latn-UZ"/>
        </w:rPr>
        <w:t>8.2.</w:t>
      </w:r>
      <w:r w:rsidR="00C83BDC" w:rsidRPr="00E02BEE">
        <w:rPr>
          <w:rFonts w:cs="Times New Roman"/>
          <w:noProof/>
          <w:sz w:val="28"/>
          <w:szCs w:val="28"/>
          <w:lang w:val="uz-Latn-UZ"/>
        </w:rPr>
        <w:t> </w:t>
      </w:r>
      <w:r w:rsidR="00B11492" w:rsidRPr="00E02BEE">
        <w:rPr>
          <w:rFonts w:cs="Times New Roman"/>
          <w:noProof/>
          <w:sz w:val="28"/>
          <w:szCs w:val="28"/>
          <w:lang w:val="uz-Latn-UZ"/>
        </w:rPr>
        <w:t>Shartnomani bekor qilish O‘zbekiston Respublikasi qonun hujjatlariga muvofiq amalga oshiriladi. Bunda mazkur shartnomaning 10.9-bandida nazarda tutilgan hollarda Buyurtmachi shartnomani bir tomonlama bekor qiladi.</w:t>
      </w:r>
    </w:p>
    <w:p w14:paraId="460346EF" w14:textId="77777777" w:rsidR="00E72F1D" w:rsidRPr="00E02BEE" w:rsidRDefault="009C440E"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IX.</w:t>
      </w:r>
      <w:r w:rsidR="00FE163B" w:rsidRPr="00E02BEE">
        <w:rPr>
          <w:rFonts w:cs="Times New Roman"/>
          <w:b/>
          <w:noProof/>
          <w:sz w:val="28"/>
          <w:szCs w:val="28"/>
          <w:lang w:val="uz-Latn-UZ"/>
        </w:rPr>
        <w:t> </w:t>
      </w:r>
      <w:r w:rsidRPr="00E02BEE">
        <w:rPr>
          <w:rFonts w:cs="Times New Roman"/>
          <w:b/>
          <w:noProof/>
          <w:sz w:val="28"/>
          <w:szCs w:val="28"/>
          <w:lang w:val="uz-Latn-UZ"/>
        </w:rPr>
        <w:t>Korrupsiyaga qarshi shart</w:t>
      </w:r>
    </w:p>
    <w:p w14:paraId="06C521CF" w14:textId="60ACC579"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9.1. Taraflar shartnoma tuzish paytida, shartnomaning amal qilish muddati davomida va ushbu muddat tugaganidan so</w:t>
      </w:r>
      <w:r w:rsidR="001C2329" w:rsidRPr="001C2329">
        <w:rPr>
          <w:rFonts w:cs="Times New Roman"/>
          <w:noProof/>
          <w:sz w:val="28"/>
          <w:szCs w:val="28"/>
          <w:lang w:val="uz-Latn-UZ"/>
        </w:rPr>
        <w:t>‘</w:t>
      </w:r>
      <w:r w:rsidRPr="00E02BEE">
        <w:rPr>
          <w:rFonts w:cs="Times New Roman"/>
          <w:noProof/>
          <w:sz w:val="28"/>
          <w:szCs w:val="28"/>
          <w:lang w:val="uz-Latn-UZ"/>
        </w:rPr>
        <w:t>ng shartnoma bilan bog</w:t>
      </w:r>
      <w:r w:rsidR="001C2329" w:rsidRPr="001C2329">
        <w:rPr>
          <w:rFonts w:cs="Times New Roman"/>
          <w:noProof/>
          <w:sz w:val="28"/>
          <w:szCs w:val="28"/>
          <w:lang w:val="uz-Latn-UZ"/>
        </w:rPr>
        <w:t>‘</w:t>
      </w:r>
      <w:r w:rsidRPr="00E02BEE">
        <w:rPr>
          <w:rFonts w:cs="Times New Roman"/>
          <w:noProof/>
          <w:sz w:val="28"/>
          <w:szCs w:val="28"/>
          <w:lang w:val="uz-Latn-UZ"/>
        </w:rPr>
        <w:t>liq korrupsiyaviy harakatlar sodir qilmaslik majburiyatini oladilar.</w:t>
      </w:r>
    </w:p>
    <w:p w14:paraId="53AEB3A7" w14:textId="660ECB34" w:rsidR="000D7251" w:rsidRPr="001C2329" w:rsidRDefault="000D7251" w:rsidP="00E02BEE">
      <w:pPr>
        <w:spacing w:before="80" w:after="0" w:line="240" w:lineRule="auto"/>
        <w:ind w:firstLine="567"/>
        <w:jc w:val="both"/>
        <w:rPr>
          <w:rFonts w:cs="Times New Roman"/>
          <w:noProof/>
          <w:sz w:val="28"/>
          <w:szCs w:val="28"/>
          <w:lang w:val="uz-Cyrl-UZ"/>
        </w:rPr>
      </w:pPr>
      <w:r w:rsidRPr="00E02BEE">
        <w:rPr>
          <w:rFonts w:cs="Times New Roman"/>
          <w:noProof/>
          <w:sz w:val="28"/>
          <w:szCs w:val="28"/>
          <w:lang w:val="uz-Latn-UZ"/>
        </w:rPr>
        <w:t>9.2. Taraflar ushbu shartnomaning korrupsiyaga qarshi kurashish qo</w:t>
      </w:r>
      <w:r w:rsidR="001C2329" w:rsidRPr="001C2329">
        <w:rPr>
          <w:rFonts w:cs="Times New Roman"/>
          <w:noProof/>
          <w:sz w:val="28"/>
          <w:szCs w:val="28"/>
          <w:lang w:val="uz-Latn-UZ"/>
        </w:rPr>
        <w:t>‘</w:t>
      </w:r>
      <w:r w:rsidRPr="00E02BEE">
        <w:rPr>
          <w:rFonts w:cs="Times New Roman"/>
          <w:noProof/>
          <w:sz w:val="28"/>
          <w:szCs w:val="28"/>
          <w:lang w:val="uz-Latn-UZ"/>
        </w:rPr>
        <w:t>shimcha shartlarida bayon etilgan korrupsiyaning oldini olish choralarini tan oladilar va ularga rioya etilishni ta’minlaydilar.</w:t>
      </w:r>
      <w:r w:rsidR="001C2329">
        <w:rPr>
          <w:rFonts w:cs="Times New Roman"/>
          <w:noProof/>
          <w:sz w:val="28"/>
          <w:szCs w:val="28"/>
          <w:lang w:val="uz-Cyrl-UZ"/>
        </w:rPr>
        <w:t xml:space="preserve"> </w:t>
      </w:r>
    </w:p>
    <w:p w14:paraId="702EE302" w14:textId="70C58DAC" w:rsidR="008801E5" w:rsidRPr="00E02BEE" w:rsidRDefault="008801E5" w:rsidP="00E02BEE">
      <w:pPr>
        <w:spacing w:before="80" w:after="0" w:line="240" w:lineRule="auto"/>
        <w:jc w:val="center"/>
        <w:rPr>
          <w:rFonts w:cs="Times New Roman"/>
          <w:noProof/>
          <w:sz w:val="28"/>
          <w:szCs w:val="28"/>
          <w:lang w:val="uz-Latn-UZ"/>
        </w:rPr>
      </w:pPr>
      <w:r w:rsidRPr="00E02BEE">
        <w:rPr>
          <w:rFonts w:cs="Times New Roman"/>
          <w:b/>
          <w:noProof/>
          <w:sz w:val="28"/>
          <w:szCs w:val="28"/>
          <w:lang w:val="uz-Latn-UZ"/>
        </w:rPr>
        <w:t>X. Nazorat talablari</w:t>
      </w:r>
    </w:p>
    <w:p w14:paraId="51C7BFA8" w14:textId="25741741" w:rsidR="00CA2CA3" w:rsidRPr="00E02BEE" w:rsidRDefault="00CA2CA3" w:rsidP="00E02BEE">
      <w:pPr>
        <w:spacing w:before="80" w:after="0" w:line="240" w:lineRule="auto"/>
        <w:ind w:firstLine="567"/>
        <w:jc w:val="both"/>
        <w:rPr>
          <w:rFonts w:cs="Times New Roman"/>
          <w:bCs/>
          <w:i/>
          <w:iCs/>
          <w:noProof/>
          <w:sz w:val="28"/>
          <w:szCs w:val="28"/>
          <w:lang w:val="uz-Latn-UZ"/>
        </w:rPr>
      </w:pPr>
      <w:r w:rsidRPr="00E02BEE">
        <w:rPr>
          <w:rFonts w:cs="Times New Roman"/>
          <w:bCs/>
          <w:noProof/>
          <w:sz w:val="28"/>
          <w:szCs w:val="28"/>
          <w:lang w:val="uz-Latn-UZ"/>
        </w:rPr>
        <w:t xml:space="preserve">10.1. Autsorsing xizmatlari ko‘rsatilishi ustidan doimiy monitoringni amalga oshirish maqsadida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 xml:space="preserve">tomonidan monitoring komissiyasi tashkil etiladi </w:t>
      </w:r>
      <w:r w:rsidRPr="00E02BEE">
        <w:rPr>
          <w:rFonts w:cs="Times New Roman"/>
          <w:bCs/>
          <w:i/>
          <w:iCs/>
          <w:noProof/>
          <w:sz w:val="28"/>
          <w:szCs w:val="28"/>
          <w:lang w:val="uz-Latn-UZ"/>
        </w:rPr>
        <w:t>(zaruratga ko‘ra, Sanitariya-epidemiologik osoyishtalik va jamoat salomatligi qo‘mitasi hamda hududiy bo‘linmalar mas’ul xodimlari, shuningdek tegishli mutaxassislar jalb etilishi mumkin).</w:t>
      </w:r>
    </w:p>
    <w:p w14:paraId="77107AA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10.2. Monitoring komissiyasi autsorsing xizmati ko‘rsatilishi yuzasidan doimiy monitoringni amalga oshiradi, shu jumladan tizim tashkilotlari xodimlari va xizmatdan foydalanuvchilar o‘rtasida so‘rovnomalar o‘tkazadi.</w:t>
      </w:r>
    </w:p>
    <w:p w14:paraId="4E3E44B7" w14:textId="77777777" w:rsidR="00CA2CA3" w:rsidRPr="00E02BEE" w:rsidRDefault="00CA2CA3" w:rsidP="00E02BEE">
      <w:pPr>
        <w:spacing w:before="80" w:after="0" w:line="240" w:lineRule="auto"/>
        <w:ind w:firstLine="567"/>
        <w:jc w:val="both"/>
        <w:rPr>
          <w:rFonts w:cs="Times New Roman"/>
          <w:bCs/>
          <w:noProof/>
          <w:sz w:val="28"/>
          <w:szCs w:val="28"/>
          <w:lang w:val="uz-Latn-UZ"/>
        </w:rPr>
      </w:pPr>
      <w:r w:rsidRPr="00E02BEE">
        <w:rPr>
          <w:rFonts w:cs="Times New Roman"/>
          <w:bCs/>
          <w:noProof/>
          <w:sz w:val="28"/>
          <w:szCs w:val="28"/>
          <w:lang w:val="uz-Latn-UZ"/>
        </w:rPr>
        <w:t>10.3. Monitoring jarayonida autsorser tomonidan tayyorlab berilayotgan taomlarning sanitariya qoidalari, normalari va gigiyena normativlariga muvofiqligi, tayyor taomlarning vazni, narxi, tarkibidagi mahsulotlar miqdori hamda taom tayyorlash texnologiyalariga rioya etilishi o‘rganiladi.</w:t>
      </w:r>
    </w:p>
    <w:p w14:paraId="45DEF79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lastRenderedPageBreak/>
        <w:t>10.4. Monitoring jarayonida autsorser tomonidan kiritilishi nazarda tutilgan investitsiya majburiyatlarining bajarilishi holati ham o‘rganiladi.</w:t>
      </w:r>
    </w:p>
    <w:p w14:paraId="15CE721F"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10.5. Monitoring komissiyasi ishlab chiqarish xonalari, oshxona va omborlarda sanitariya qoidalari, normalari va gigiyena normativlariga rioya etilishi, shuningdek epidemiyaga qarshi tadbirlar talablariga rioya etilishi holatini o‘rganadi hamda aniqlangan buzilishlarni bartaraf etish yuzasidan choralar ko‘rish bo‘yicha ko‘rsatmalar kiritadi.</w:t>
      </w:r>
    </w:p>
    <w:p w14:paraId="2BFCBD32"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10.6. Tayyor taomlar va oziq-ovqat mahsulotlarining belgilangan kunlik me’yorlarga mosligi hamda sifati o‘rganiladi, zarur hollarda tegishli bilim va ko‘nikmaga ega mutaxassislar jalb etiladi.</w:t>
      </w:r>
    </w:p>
    <w:p w14:paraId="19F2E7E8"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10.7. Monitoringda taomnoma va uning ijrosi, mahsulotlar sifati hamda kelib chiqishini tasdiqlovchi hujjatlar, texnologik jarayonlar (tayyorlash, saqlash, tarqatish), sanitariya-gigiyena holati, brakeraj tartibi, kunlik sinama, xodimlarning tibbiy ko‘rik hujjatlari, shuningdek Axborot tizimidagi kishi-kun va hisob-kitob ma’lumotlarining mosligi baholanadi.</w:t>
      </w:r>
    </w:p>
    <w:p w14:paraId="16B7605D" w14:textId="7777777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10.8. Zarurat bo‘lganda mahsulotlar va tayyor taomlardan namunalar belgilangan tartibda laboratoriya tekshiruvi uchun olinishi hamda tegishli dalolatnoma rasmiylashtirilishi mumkin.</w:t>
      </w:r>
    </w:p>
    <w:p w14:paraId="13F8824A" w14:textId="3E862FDB"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10.9. </w:t>
      </w:r>
      <w:r w:rsidR="00B11492" w:rsidRPr="00E02BEE">
        <w:rPr>
          <w:rFonts w:cs="Times New Roman"/>
          <w:bCs/>
          <w:noProof/>
          <w:sz w:val="28"/>
          <w:szCs w:val="28"/>
          <w:lang w:val="uz-Latn-UZ"/>
        </w:rPr>
        <w:t>Monitoring yakunlari bo‘yicha dalolatnoma (xulosa) tuziladi. Mazkur dalolatnoma (xulosa)da autsorser tomonidan ushbu shartnoma shartlari, sanitariya qoidalari, normalari va gigiyena normativlari hamda ovqatlantirish xizmatlarini ko‘rsatishga oid majburiy talablar buzilgani aniqlangan hollarda, Buyurtmachi mazkur shartnomani bir tomonlama bekor qiladi.</w:t>
      </w:r>
    </w:p>
    <w:p w14:paraId="3FAB14B1" w14:textId="71ACD527" w:rsidR="00CA2CA3" w:rsidRPr="00E02BEE" w:rsidRDefault="00CA2CA3" w:rsidP="00E02BEE">
      <w:pPr>
        <w:spacing w:before="120" w:after="0" w:line="252" w:lineRule="auto"/>
        <w:ind w:firstLine="567"/>
        <w:jc w:val="both"/>
        <w:rPr>
          <w:rFonts w:cs="Times New Roman"/>
          <w:bCs/>
          <w:noProof/>
          <w:sz w:val="28"/>
          <w:szCs w:val="28"/>
          <w:lang w:val="uz-Latn-UZ"/>
        </w:rPr>
      </w:pPr>
      <w:r w:rsidRPr="00E02BEE">
        <w:rPr>
          <w:rFonts w:cs="Times New Roman"/>
          <w:bCs/>
          <w:noProof/>
          <w:sz w:val="28"/>
          <w:szCs w:val="28"/>
          <w:lang w:val="uz-Latn-UZ"/>
        </w:rPr>
        <w:t xml:space="preserve">10.10. Monitoring komissiyasi </w:t>
      </w:r>
      <w:r w:rsidR="000D2EE3" w:rsidRPr="00E02BEE">
        <w:rPr>
          <w:rFonts w:cs="Times New Roman"/>
          <w:bCs/>
          <w:noProof/>
          <w:sz w:val="28"/>
          <w:szCs w:val="28"/>
          <w:lang w:val="uz-Latn-UZ"/>
        </w:rPr>
        <w:t xml:space="preserve">Ijtimoiy himoya milliy agentligi </w:t>
      </w:r>
      <w:r w:rsidRPr="00E02BEE">
        <w:rPr>
          <w:rFonts w:cs="Times New Roman"/>
          <w:bCs/>
          <w:noProof/>
          <w:sz w:val="28"/>
          <w:szCs w:val="28"/>
          <w:lang w:val="uz-Latn-UZ"/>
        </w:rPr>
        <w:t>tomonidan yuklatilgan boshqa vakolatlarni ham amalga oshirishi mumkin.</w:t>
      </w:r>
    </w:p>
    <w:p w14:paraId="2145B2E7" w14:textId="77777777" w:rsidR="00E72F1D" w:rsidRPr="00E02BEE" w:rsidRDefault="009C440E" w:rsidP="00E02BEE">
      <w:pPr>
        <w:spacing w:before="120" w:after="0" w:line="252" w:lineRule="auto"/>
        <w:jc w:val="center"/>
        <w:rPr>
          <w:rFonts w:cs="Times New Roman"/>
          <w:noProof/>
          <w:sz w:val="28"/>
          <w:szCs w:val="28"/>
          <w:lang w:val="uz-Latn-UZ"/>
        </w:rPr>
      </w:pPr>
      <w:r w:rsidRPr="00E02BEE">
        <w:rPr>
          <w:rFonts w:cs="Times New Roman"/>
          <w:b/>
          <w:noProof/>
          <w:sz w:val="28"/>
          <w:szCs w:val="28"/>
          <w:lang w:val="uz-Latn-UZ"/>
        </w:rPr>
        <w:t>X</w:t>
      </w:r>
      <w:r w:rsidR="008801E5" w:rsidRPr="00E02BEE">
        <w:rPr>
          <w:rFonts w:cs="Times New Roman"/>
          <w:b/>
          <w:noProof/>
          <w:sz w:val="28"/>
          <w:szCs w:val="28"/>
          <w:lang w:val="uz-Latn-UZ"/>
        </w:rPr>
        <w:t>I</w:t>
      </w:r>
      <w:r w:rsidRPr="00E02BEE">
        <w:rPr>
          <w:rFonts w:cs="Times New Roman"/>
          <w:b/>
          <w:noProof/>
          <w:sz w:val="28"/>
          <w:szCs w:val="28"/>
          <w:lang w:val="uz-Latn-UZ"/>
        </w:rPr>
        <w:t>.</w:t>
      </w:r>
      <w:r w:rsidR="00BA4F4D" w:rsidRPr="00E02BEE">
        <w:rPr>
          <w:rFonts w:cs="Times New Roman"/>
          <w:b/>
          <w:noProof/>
          <w:sz w:val="28"/>
          <w:szCs w:val="28"/>
          <w:lang w:val="uz-Latn-UZ"/>
        </w:rPr>
        <w:t> </w:t>
      </w:r>
      <w:r w:rsidRPr="00E02BEE">
        <w:rPr>
          <w:rFonts w:cs="Times New Roman"/>
          <w:b/>
          <w:noProof/>
          <w:sz w:val="28"/>
          <w:szCs w:val="28"/>
          <w:lang w:val="uz-Latn-UZ"/>
        </w:rPr>
        <w:t>Boshqa shartlar</w:t>
      </w:r>
    </w:p>
    <w:p w14:paraId="09ED1147"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.1.</w:t>
      </w:r>
      <w:r w:rsidR="00B5070C" w:rsidRPr="00E02BEE">
        <w:rPr>
          <w:rFonts w:cs="Times New Roman"/>
          <w:noProof/>
          <w:sz w:val="28"/>
          <w:szCs w:val="28"/>
          <w:lang w:val="uz-Latn-UZ"/>
        </w:rPr>
        <w:t> </w:t>
      </w:r>
      <w:r w:rsidRPr="00E02BEE">
        <w:rPr>
          <w:rFonts w:cs="Times New Roman"/>
          <w:noProof/>
          <w:sz w:val="28"/>
          <w:szCs w:val="28"/>
          <w:lang w:val="uz-Latn-UZ"/>
        </w:rPr>
        <w:t>Tomonlarning birortasi ushbu shartnoma bo‘yicha o‘z huquq yoki majburiyatlarini uchinchi shaxsga o‘tkazishga haqli emas.</w:t>
      </w:r>
    </w:p>
    <w:p w14:paraId="66BC7D99"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.2.</w:t>
      </w:r>
      <w:r w:rsidR="00B5070C" w:rsidRPr="00E02BEE">
        <w:rPr>
          <w:rFonts w:cs="Times New Roman"/>
          <w:noProof/>
          <w:sz w:val="28"/>
          <w:szCs w:val="28"/>
          <w:lang w:val="uz-Latn-UZ"/>
        </w:rPr>
        <w:t> </w:t>
      </w:r>
      <w:r w:rsidRPr="00E02BEE">
        <w:rPr>
          <w:rFonts w:cs="Times New Roman"/>
          <w:noProof/>
          <w:sz w:val="28"/>
          <w:szCs w:val="28"/>
          <w:lang w:val="uz-Latn-UZ"/>
        </w:rPr>
        <w:t>Rekvizitlar o‘zgargan taqdirda Tomonlar bir-birini zudlik bilan yozma shaklda xabardor qiladi.</w:t>
      </w:r>
    </w:p>
    <w:p w14:paraId="682B483F" w14:textId="77777777"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.3.</w:t>
      </w:r>
      <w:r w:rsidR="00B5070C" w:rsidRPr="00E02BEE">
        <w:rPr>
          <w:rFonts w:cs="Times New Roman"/>
          <w:noProof/>
          <w:sz w:val="28"/>
          <w:szCs w:val="28"/>
          <w:lang w:val="uz-Latn-UZ"/>
        </w:rPr>
        <w:t> </w:t>
      </w:r>
      <w:r w:rsidRPr="00E02BEE">
        <w:rPr>
          <w:rFonts w:cs="Times New Roman"/>
          <w:noProof/>
          <w:sz w:val="28"/>
          <w:szCs w:val="28"/>
          <w:lang w:val="uz-Latn-UZ"/>
        </w:rPr>
        <w:t>Shartnoma bir xil mazmundagi va bir xil yuridik kuchga ega bo‘lgan 2 (ikki) nusxada o‘zbek tilida tuziladi hamda Tomonlarning imzosi va muhrlari bilan tasdiqlanadi.</w:t>
      </w:r>
    </w:p>
    <w:p w14:paraId="5F7F87C7" w14:textId="21FDE0E1" w:rsidR="00E72F1D" w:rsidRPr="00E02BEE" w:rsidRDefault="009C440E" w:rsidP="00E02BEE">
      <w:pPr>
        <w:spacing w:before="120" w:after="0" w:line="252" w:lineRule="auto"/>
        <w:ind w:firstLine="567"/>
        <w:jc w:val="both"/>
        <w:rPr>
          <w:rFonts w:cs="Times New Roman"/>
          <w:noProof/>
          <w:sz w:val="28"/>
          <w:szCs w:val="28"/>
          <w:lang w:val="uz-Latn-UZ"/>
        </w:rPr>
      </w:pPr>
      <w:r w:rsidRPr="00E02BEE">
        <w:rPr>
          <w:rFonts w:cs="Times New Roman"/>
          <w:noProof/>
          <w:sz w:val="28"/>
          <w:szCs w:val="28"/>
          <w:lang w:val="uz-Latn-UZ"/>
        </w:rPr>
        <w:t>1</w:t>
      </w:r>
      <w:r w:rsidR="00CA2CA3" w:rsidRPr="00E02BEE">
        <w:rPr>
          <w:rFonts w:cs="Times New Roman"/>
          <w:noProof/>
          <w:sz w:val="28"/>
          <w:szCs w:val="28"/>
          <w:lang w:val="uz-Latn-UZ"/>
        </w:rPr>
        <w:t>1</w:t>
      </w:r>
      <w:r w:rsidRPr="00E02BEE">
        <w:rPr>
          <w:rFonts w:cs="Times New Roman"/>
          <w:noProof/>
          <w:sz w:val="28"/>
          <w:szCs w:val="28"/>
          <w:lang w:val="uz-Latn-UZ"/>
        </w:rPr>
        <w:t>.4.</w:t>
      </w:r>
      <w:r w:rsidR="00B5070C" w:rsidRPr="00E02BEE">
        <w:rPr>
          <w:rFonts w:cs="Times New Roman"/>
          <w:noProof/>
          <w:sz w:val="28"/>
          <w:szCs w:val="28"/>
          <w:lang w:val="uz-Latn-UZ"/>
        </w:rPr>
        <w:t> </w:t>
      </w:r>
      <w:r w:rsidRPr="00E02BEE">
        <w:rPr>
          <w:rFonts w:cs="Times New Roman"/>
          <w:noProof/>
          <w:sz w:val="28"/>
          <w:szCs w:val="28"/>
          <w:lang w:val="uz-Latn-UZ"/>
        </w:rPr>
        <w:t xml:space="preserve">Shartnoma Tomonlar o‘rtasida imzolanib, tegishli g‘aznachilik organidan ro‘yxatdan o‘tkazilgandan so‘ng kuchga kiradi va 2026-yil </w:t>
      </w:r>
      <w:r w:rsidR="00346562">
        <w:rPr>
          <w:rFonts w:cs="Times New Roman"/>
          <w:noProof/>
          <w:sz w:val="28"/>
          <w:szCs w:val="28"/>
          <w:lang w:val="uz-Latn-UZ"/>
        </w:rPr>
        <w:t>31-dekabr</w:t>
      </w:r>
      <w:r w:rsidR="00CA2CA3" w:rsidRPr="00E02BEE">
        <w:rPr>
          <w:rFonts w:cs="Times New Roman"/>
          <w:noProof/>
          <w:sz w:val="28"/>
          <w:szCs w:val="28"/>
          <w:lang w:val="uz-Latn-UZ"/>
        </w:rPr>
        <w:t>ga</w:t>
      </w:r>
      <w:r w:rsidRPr="00E02BEE">
        <w:rPr>
          <w:rFonts w:cs="Times New Roman"/>
          <w:noProof/>
          <w:sz w:val="28"/>
          <w:szCs w:val="28"/>
          <w:lang w:val="uz-Latn-UZ"/>
        </w:rPr>
        <w:t>cha amal qiladi.</w:t>
      </w:r>
    </w:p>
    <w:p w14:paraId="2EA92E31" w14:textId="65D9060E" w:rsidR="00E72F1D" w:rsidRPr="00E02BEE" w:rsidRDefault="009C440E" w:rsidP="00E02BEE">
      <w:pPr>
        <w:spacing w:before="120" w:after="0" w:line="252" w:lineRule="auto"/>
        <w:jc w:val="center"/>
        <w:rPr>
          <w:rFonts w:cs="Times New Roman"/>
          <w:b/>
          <w:noProof/>
          <w:sz w:val="28"/>
          <w:szCs w:val="28"/>
          <w:lang w:val="uz-Latn-UZ"/>
        </w:rPr>
      </w:pPr>
      <w:r w:rsidRPr="00E02BEE">
        <w:rPr>
          <w:rFonts w:cs="Times New Roman"/>
          <w:b/>
          <w:noProof/>
          <w:sz w:val="28"/>
          <w:szCs w:val="28"/>
          <w:lang w:val="uz-Latn-UZ"/>
        </w:rPr>
        <w:lastRenderedPageBreak/>
        <w:t>X</w:t>
      </w:r>
      <w:r w:rsidR="00E02BEE" w:rsidRPr="00E02BEE">
        <w:rPr>
          <w:rFonts w:cs="Times New Roman"/>
          <w:b/>
          <w:noProof/>
          <w:sz w:val="28"/>
          <w:szCs w:val="28"/>
          <w:lang w:val="uz-Latn-UZ"/>
        </w:rPr>
        <w:t>I</w:t>
      </w:r>
      <w:r w:rsidRPr="00E02BEE">
        <w:rPr>
          <w:rFonts w:cs="Times New Roman"/>
          <w:b/>
          <w:noProof/>
          <w:sz w:val="28"/>
          <w:szCs w:val="28"/>
          <w:lang w:val="uz-Latn-UZ"/>
        </w:rPr>
        <w:t>I.</w:t>
      </w:r>
      <w:r w:rsidR="00BA4F4D" w:rsidRPr="00E02BEE">
        <w:rPr>
          <w:rFonts w:cs="Times New Roman"/>
          <w:b/>
          <w:noProof/>
          <w:sz w:val="28"/>
          <w:szCs w:val="28"/>
          <w:lang w:val="uz-Latn-UZ"/>
        </w:rPr>
        <w:t> </w:t>
      </w:r>
      <w:r w:rsidRPr="00E02BEE">
        <w:rPr>
          <w:rFonts w:cs="Times New Roman"/>
          <w:b/>
          <w:noProof/>
          <w:sz w:val="28"/>
          <w:szCs w:val="28"/>
          <w:lang w:val="uz-Latn-UZ"/>
        </w:rPr>
        <w:t>Tomonlarning rekvizitlari va imzolari</w:t>
      </w:r>
      <w:r w:rsidR="009416D4" w:rsidRPr="00E02BEE">
        <w:rPr>
          <w:rFonts w:cs="Times New Roman"/>
          <w:b/>
          <w:noProof/>
          <w:sz w:val="28"/>
          <w:szCs w:val="28"/>
          <w:lang w:val="uz-Latn-UZ"/>
        </w:rPr>
        <w:t>:</w:t>
      </w:r>
    </w:p>
    <w:p w14:paraId="2B5DD236" w14:textId="77777777" w:rsidR="009416D4" w:rsidRPr="00E02BEE" w:rsidRDefault="009416D4" w:rsidP="00E02BEE">
      <w:pPr>
        <w:spacing w:before="120" w:after="0" w:line="240" w:lineRule="auto"/>
        <w:jc w:val="center"/>
        <w:rPr>
          <w:rFonts w:cs="Times New Roman"/>
          <w:noProof/>
          <w:sz w:val="16"/>
          <w:szCs w:val="16"/>
          <w:lang w:val="uz-Latn-UZ"/>
        </w:rPr>
      </w:pPr>
    </w:p>
    <w:tbl>
      <w:tblPr>
        <w:tblStyle w:val="aff0"/>
        <w:tblW w:w="9356" w:type="dxa"/>
        <w:tblInd w:w="562" w:type="dxa"/>
        <w:tblLook w:val="04A0" w:firstRow="1" w:lastRow="0" w:firstColumn="1" w:lastColumn="0" w:noHBand="0" w:noVBand="1"/>
      </w:tblPr>
      <w:tblGrid>
        <w:gridCol w:w="4506"/>
        <w:gridCol w:w="4850"/>
      </w:tblGrid>
      <w:tr w:rsidR="00E72F1D" w:rsidRPr="00E02BEE" w14:paraId="0F00CC0F" w14:textId="77777777" w:rsidTr="008870A0">
        <w:tc>
          <w:tcPr>
            <w:tcW w:w="4506" w:type="dxa"/>
            <w:vAlign w:val="center"/>
          </w:tcPr>
          <w:p w14:paraId="4956353D" w14:textId="77777777" w:rsidR="00B5070C" w:rsidRPr="00E02BEE" w:rsidRDefault="009C440E" w:rsidP="00CA2CA3">
            <w:pPr>
              <w:jc w:val="center"/>
              <w:rPr>
                <w:rFonts w:cs="Times New Roman"/>
                <w:b/>
                <w:bCs/>
                <w:noProof/>
                <w:sz w:val="28"/>
                <w:szCs w:val="28"/>
                <w:lang w:val="uz-Latn-UZ"/>
              </w:rPr>
            </w:pPr>
            <w:r w:rsidRPr="00E02BEE">
              <w:rPr>
                <w:rFonts w:cs="Times New Roman"/>
                <w:b/>
                <w:bCs/>
                <w:noProof/>
                <w:szCs w:val="24"/>
                <w:lang w:val="uz-Latn-UZ"/>
              </w:rPr>
              <w:t>BUYURTMACHI</w:t>
            </w:r>
          </w:p>
          <w:p w14:paraId="0B4533EA" w14:textId="77777777" w:rsidR="00E72F1D" w:rsidRPr="00E02BEE" w:rsidRDefault="009C440E" w:rsidP="00CA2CA3">
            <w:pPr>
              <w:jc w:val="center"/>
              <w:rPr>
                <w:rFonts w:cs="Times New Roman"/>
                <w:i/>
                <w:iCs/>
                <w:noProof/>
                <w:szCs w:val="24"/>
                <w:lang w:val="uz-Latn-UZ"/>
              </w:rPr>
            </w:pPr>
            <w:r w:rsidRPr="00E02BEE">
              <w:rPr>
                <w:rFonts w:cs="Times New Roman"/>
                <w:i/>
                <w:iCs/>
                <w:noProof/>
                <w:szCs w:val="24"/>
                <w:lang w:val="uz-Latn-UZ"/>
              </w:rPr>
              <w:t xml:space="preserve">(tizim tashkiloti </w:t>
            </w:r>
            <w:r w:rsidR="009416D4" w:rsidRPr="00E02BEE">
              <w:rPr>
                <w:rFonts w:cs="Times New Roman"/>
                <w:i/>
                <w:iCs/>
                <w:noProof/>
                <w:szCs w:val="24"/>
                <w:lang w:val="uz-Latn-UZ"/>
              </w:rPr>
              <w:t>–</w:t>
            </w:r>
            <w:r w:rsidRPr="00E02BEE">
              <w:rPr>
                <w:rFonts w:cs="Times New Roman"/>
                <w:i/>
                <w:iCs/>
                <w:noProof/>
                <w:szCs w:val="24"/>
                <w:lang w:val="uz-Latn-UZ"/>
              </w:rPr>
              <w:t xml:space="preserve"> muassasa)</w:t>
            </w:r>
          </w:p>
        </w:tc>
        <w:tc>
          <w:tcPr>
            <w:tcW w:w="4850" w:type="dxa"/>
            <w:vAlign w:val="center"/>
          </w:tcPr>
          <w:p w14:paraId="78E547CF" w14:textId="77777777" w:rsidR="00E72F1D" w:rsidRPr="00E02BEE" w:rsidRDefault="009C440E" w:rsidP="00CA2CA3">
            <w:pPr>
              <w:jc w:val="center"/>
              <w:rPr>
                <w:rFonts w:cs="Times New Roman"/>
                <w:b/>
                <w:bCs/>
                <w:noProof/>
                <w:szCs w:val="24"/>
                <w:lang w:val="uz-Latn-UZ"/>
              </w:rPr>
            </w:pPr>
            <w:r w:rsidRPr="00E02BEE">
              <w:rPr>
                <w:rFonts w:cs="Times New Roman"/>
                <w:b/>
                <w:bCs/>
                <w:noProof/>
                <w:szCs w:val="24"/>
                <w:lang w:val="uz-Latn-UZ"/>
              </w:rPr>
              <w:t>IJROCHI</w:t>
            </w:r>
          </w:p>
        </w:tc>
      </w:tr>
      <w:tr w:rsidR="00E72F1D" w:rsidRPr="00E02BEE" w14:paraId="0BE303BF" w14:textId="77777777" w:rsidTr="00CA2CA3">
        <w:trPr>
          <w:trHeight w:val="3921"/>
        </w:trPr>
        <w:tc>
          <w:tcPr>
            <w:tcW w:w="4506" w:type="dxa"/>
          </w:tcPr>
          <w:p w14:paraId="287384CD" w14:textId="77777777" w:rsidR="004D550F" w:rsidRDefault="009C440E" w:rsidP="00CA2CA3">
            <w:pPr>
              <w:rPr>
                <w:rFonts w:cs="Times New Roman"/>
                <w:noProof/>
                <w:szCs w:val="24"/>
                <w:lang w:val="uz-Latn-UZ"/>
              </w:rPr>
            </w:pPr>
            <w:r w:rsidRPr="00E02BEE">
              <w:rPr>
                <w:rFonts w:cs="Times New Roman"/>
                <w:noProof/>
                <w:szCs w:val="24"/>
                <w:lang w:val="uz-Latn-UZ"/>
              </w:rPr>
              <w:t xml:space="preserve">Nomlanishi: </w:t>
            </w:r>
            <w:r w:rsidR="004D550F" w:rsidRPr="004D550F">
              <w:rPr>
                <w:noProof/>
                <w:color w:val="000000" w:themeColor="text1"/>
                <w:sz w:val="28"/>
                <w:lang w:val="ms"/>
              </w:rPr>
              <w:t xml:space="preserve">Urganch </w:t>
            </w:r>
            <w:r w:rsidR="004D550F" w:rsidRPr="004D550F">
              <w:rPr>
                <w:noProof/>
                <w:color w:val="000000" w:themeColor="text1"/>
                <w:sz w:val="28"/>
                <w:lang w:val="uz-Latn-UZ"/>
              </w:rPr>
              <w:t>tumanidagi 9- son Ko’p tarmoqli ixtisoslashtirilgan maktabgacha ta’lim tashkiloti</w:t>
            </w:r>
            <w:r w:rsidR="004D550F" w:rsidRPr="00E02BEE">
              <w:rPr>
                <w:rFonts w:cs="Times New Roman"/>
                <w:noProof/>
                <w:szCs w:val="24"/>
                <w:lang w:val="uz-Latn-UZ"/>
              </w:rPr>
              <w:t xml:space="preserve"> </w:t>
            </w:r>
          </w:p>
          <w:p w14:paraId="4B066A79" w14:textId="0BADDFE8" w:rsidR="00C82CAD" w:rsidRDefault="009C440E" w:rsidP="00CA2CA3">
            <w:pPr>
              <w:rPr>
                <w:rFonts w:cs="Times New Roman"/>
                <w:noProof/>
                <w:szCs w:val="24"/>
                <w:lang w:val="uz-Latn-UZ"/>
              </w:rPr>
            </w:pPr>
            <w:r w:rsidRPr="00E02BEE">
              <w:rPr>
                <w:rFonts w:cs="Times New Roman"/>
                <w:noProof/>
                <w:szCs w:val="24"/>
                <w:lang w:val="uz-Latn-UZ"/>
              </w:rPr>
              <w:t xml:space="preserve">Manzil: </w:t>
            </w:r>
            <w:r w:rsidR="00346562" w:rsidRPr="004D550F">
              <w:rPr>
                <w:noProof/>
                <w:color w:val="000000" w:themeColor="text1"/>
              </w:rPr>
              <w:t xml:space="preserve">Urganch </w:t>
            </w:r>
            <w:r w:rsidR="004D550F" w:rsidRPr="004D550F">
              <w:rPr>
                <w:noProof/>
                <w:color w:val="000000" w:themeColor="text1"/>
              </w:rPr>
              <w:t>tuman</w:t>
            </w:r>
            <w:r w:rsidR="00346562" w:rsidRPr="004D550F">
              <w:rPr>
                <w:noProof/>
                <w:color w:val="000000" w:themeColor="text1"/>
              </w:rPr>
              <w:t>, 220</w:t>
            </w:r>
            <w:r w:rsidR="004D550F" w:rsidRPr="004D550F">
              <w:rPr>
                <w:noProof/>
                <w:color w:val="000000" w:themeColor="text1"/>
              </w:rPr>
              <w:t>5</w:t>
            </w:r>
            <w:r w:rsidR="00346562" w:rsidRPr="004D550F">
              <w:rPr>
                <w:noProof/>
                <w:color w:val="000000" w:themeColor="text1"/>
              </w:rPr>
              <w:t>00,</w:t>
            </w:r>
            <w:r w:rsidR="004D550F" w:rsidRPr="004D550F">
              <w:rPr>
                <w:noProof/>
                <w:color w:val="000000" w:themeColor="text1"/>
              </w:rPr>
              <w:t>Ibratli</w:t>
            </w:r>
            <w:r w:rsidR="00346562" w:rsidRPr="004D550F">
              <w:rPr>
                <w:noProof/>
                <w:color w:val="000000" w:themeColor="text1"/>
              </w:rPr>
              <w:t xml:space="preserve"> ko’chasi 3</w:t>
            </w:r>
            <w:r w:rsidR="004D550F" w:rsidRPr="004D550F">
              <w:rPr>
                <w:noProof/>
                <w:color w:val="000000" w:themeColor="text1"/>
              </w:rPr>
              <w:t xml:space="preserve">7 </w:t>
            </w:r>
            <w:r w:rsidR="00346562" w:rsidRPr="004D550F">
              <w:rPr>
                <w:noProof/>
                <w:color w:val="000000" w:themeColor="text1"/>
              </w:rPr>
              <w:t>uy</w:t>
            </w:r>
            <w:r w:rsidRPr="004D550F">
              <w:rPr>
                <w:rFonts w:cs="Times New Roman"/>
                <w:noProof/>
                <w:szCs w:val="24"/>
                <w:lang w:val="uz-Latn-UZ"/>
              </w:rPr>
              <w:br/>
              <w:t xml:space="preserve">STIR: </w:t>
            </w:r>
            <w:r w:rsidR="004D550F" w:rsidRPr="004D550F">
              <w:rPr>
                <w:rFonts w:cs="Times New Roman"/>
                <w:noProof/>
                <w:szCs w:val="24"/>
                <w:lang w:val="uz-Latn-UZ"/>
              </w:rPr>
              <w:t>207048356</w:t>
            </w:r>
            <w:r w:rsidRPr="004D550F">
              <w:rPr>
                <w:rFonts w:cs="Times New Roman"/>
                <w:noProof/>
                <w:szCs w:val="24"/>
                <w:lang w:val="uz-Latn-UZ"/>
              </w:rPr>
              <w:br/>
              <w:t>Hisob raqami:</w:t>
            </w:r>
            <w:r w:rsidR="004D550F">
              <w:rPr>
                <w:rFonts w:ascii="Golos" w:hAnsi="Golos"/>
                <w:color w:val="212529"/>
                <w:sz w:val="20"/>
                <w:szCs w:val="20"/>
                <w:shd w:val="clear" w:color="auto" w:fill="F7F7F7"/>
              </w:rPr>
              <w:t xml:space="preserve"> 100010860332177091100081001</w:t>
            </w:r>
            <w:r w:rsidRPr="004D550F">
              <w:rPr>
                <w:rFonts w:cs="Times New Roman"/>
                <w:noProof/>
                <w:szCs w:val="24"/>
                <w:lang w:val="uz-Latn-UZ"/>
              </w:rPr>
              <w:t xml:space="preserve"> </w:t>
            </w:r>
            <w:r w:rsidRPr="004D550F">
              <w:rPr>
                <w:rFonts w:cs="Times New Roman"/>
                <w:noProof/>
                <w:szCs w:val="24"/>
                <w:lang w:val="uz-Latn-UZ"/>
              </w:rPr>
              <w:br/>
              <w:t xml:space="preserve">Bank: </w:t>
            </w:r>
            <w:r w:rsidR="00C82CAD" w:rsidRPr="004D550F">
              <w:rPr>
                <w:rFonts w:cs="Times New Roman"/>
                <w:noProof/>
                <w:szCs w:val="24"/>
                <w:lang w:val="uz-Latn-UZ"/>
              </w:rPr>
              <w:t>Ipoteka bank</w:t>
            </w:r>
            <w:r w:rsidRPr="004D550F">
              <w:rPr>
                <w:rFonts w:cs="Times New Roman"/>
                <w:noProof/>
                <w:szCs w:val="24"/>
                <w:lang w:val="uz-Latn-UZ"/>
              </w:rPr>
              <w:br/>
              <w:t xml:space="preserve">MFO: </w:t>
            </w:r>
            <w:r w:rsidR="00C82CAD" w:rsidRPr="004D550F">
              <w:rPr>
                <w:rFonts w:cs="Times New Roman"/>
                <w:noProof/>
                <w:szCs w:val="24"/>
                <w:lang w:val="uz-Latn-UZ"/>
              </w:rPr>
              <w:t>00579</w:t>
            </w:r>
            <w:r w:rsidRPr="00E02BEE">
              <w:rPr>
                <w:rFonts w:cs="Times New Roman"/>
                <w:noProof/>
                <w:szCs w:val="24"/>
                <w:lang w:val="uz-Latn-UZ"/>
              </w:rPr>
              <w:br/>
              <w:t xml:space="preserve">G‘aznachilik: </w:t>
            </w:r>
          </w:p>
          <w:p w14:paraId="2CA118AB" w14:textId="78AAC9A3" w:rsidR="00E72F1D" w:rsidRPr="00E02BEE" w:rsidRDefault="009C440E" w:rsidP="00CA2CA3">
            <w:pPr>
              <w:rPr>
                <w:rFonts w:cs="Times New Roman"/>
                <w:noProof/>
                <w:sz w:val="12"/>
                <w:szCs w:val="12"/>
                <w:lang w:val="uz-Latn-UZ"/>
              </w:rPr>
            </w:pPr>
            <w:r w:rsidRPr="00E02BEE">
              <w:rPr>
                <w:rFonts w:cs="Times New Roman"/>
                <w:noProof/>
                <w:szCs w:val="24"/>
                <w:lang w:val="uz-Latn-UZ"/>
              </w:rPr>
              <w:t>Tel/e-mail: _____________________________</w:t>
            </w:r>
          </w:p>
        </w:tc>
        <w:tc>
          <w:tcPr>
            <w:tcW w:w="4850" w:type="dxa"/>
          </w:tcPr>
          <w:p w14:paraId="3B3C1AF5" w14:textId="77777777" w:rsidR="00E72F1D" w:rsidRPr="00E02BEE" w:rsidRDefault="009C440E" w:rsidP="00CA2CA3">
            <w:pPr>
              <w:rPr>
                <w:rFonts w:cs="Times New Roman"/>
                <w:noProof/>
                <w:szCs w:val="24"/>
                <w:lang w:val="uz-Latn-UZ"/>
              </w:rPr>
            </w:pPr>
            <w:r w:rsidRPr="00E02BEE">
              <w:rPr>
                <w:rFonts w:cs="Times New Roman"/>
                <w:noProof/>
                <w:szCs w:val="24"/>
                <w:lang w:val="uz-Latn-UZ"/>
              </w:rPr>
              <w:t>Nomlanishi: ______________________________</w:t>
            </w:r>
            <w:r w:rsidRPr="00E02BEE">
              <w:rPr>
                <w:rFonts w:cs="Times New Roman"/>
                <w:noProof/>
                <w:szCs w:val="24"/>
                <w:lang w:val="uz-Latn-UZ"/>
              </w:rPr>
              <w:br/>
              <w:t>Manzil: _________________________________</w:t>
            </w:r>
            <w:r w:rsidRPr="00E02BEE">
              <w:rPr>
                <w:rFonts w:cs="Times New Roman"/>
                <w:noProof/>
                <w:szCs w:val="24"/>
                <w:lang w:val="uz-Latn-UZ"/>
              </w:rPr>
              <w:br/>
              <w:t>STIR: ____________</w:t>
            </w:r>
            <w:r w:rsidRPr="00E02BEE">
              <w:rPr>
                <w:rFonts w:cs="Times New Roman"/>
                <w:noProof/>
                <w:szCs w:val="24"/>
                <w:lang w:val="uz-Latn-UZ"/>
              </w:rPr>
              <w:br/>
              <w:t>Hisob raqami: ___________________________</w:t>
            </w:r>
            <w:r w:rsidRPr="00E02BEE">
              <w:rPr>
                <w:rFonts w:cs="Times New Roman"/>
                <w:noProof/>
                <w:szCs w:val="24"/>
                <w:lang w:val="uz-Latn-UZ"/>
              </w:rPr>
              <w:br/>
              <w:t>Bank: _________________________________</w:t>
            </w:r>
            <w:r w:rsidRPr="00E02BEE">
              <w:rPr>
                <w:rFonts w:cs="Times New Roman"/>
                <w:noProof/>
                <w:szCs w:val="24"/>
                <w:lang w:val="uz-Latn-UZ"/>
              </w:rPr>
              <w:br/>
              <w:t>MFO: ____________</w:t>
            </w:r>
            <w:r w:rsidRPr="00E02BEE">
              <w:rPr>
                <w:rFonts w:cs="Times New Roman"/>
                <w:noProof/>
                <w:szCs w:val="24"/>
                <w:lang w:val="uz-Latn-UZ"/>
              </w:rPr>
              <w:br/>
              <w:t>Tel/e-mail: _____________________________</w:t>
            </w:r>
          </w:p>
        </w:tc>
      </w:tr>
      <w:tr w:rsidR="00E72F1D" w:rsidRPr="00E02BEE" w14:paraId="0158A179" w14:textId="77777777" w:rsidTr="00CA2CA3">
        <w:trPr>
          <w:trHeight w:val="674"/>
        </w:trPr>
        <w:tc>
          <w:tcPr>
            <w:tcW w:w="4506" w:type="dxa"/>
          </w:tcPr>
          <w:p w14:paraId="1F136897" w14:textId="2DF2DE5F" w:rsidR="00E72F1D" w:rsidRPr="00E02BEE" w:rsidRDefault="009C440E" w:rsidP="004D550F">
            <w:pPr>
              <w:ind w:firstLine="203"/>
              <w:jc w:val="both"/>
              <w:rPr>
                <w:rFonts w:cs="Times New Roman"/>
                <w:noProof/>
                <w:szCs w:val="24"/>
                <w:lang w:val="uz-Latn-UZ"/>
              </w:rPr>
            </w:pPr>
            <w:r w:rsidRPr="00E02BEE">
              <w:rPr>
                <w:rFonts w:cs="Times New Roman"/>
                <w:noProof/>
                <w:szCs w:val="24"/>
                <w:lang w:val="uz-Latn-UZ"/>
              </w:rPr>
              <w:t xml:space="preserve">Rahbar </w:t>
            </w:r>
            <w:r w:rsidR="004D550F">
              <w:rPr>
                <w:rFonts w:cs="Times New Roman"/>
                <w:noProof/>
                <w:szCs w:val="24"/>
                <w:lang w:val="uz-Latn-UZ"/>
              </w:rPr>
              <w:t>M.Sabirova</w:t>
            </w:r>
            <w:r w:rsidRPr="00E02BEE">
              <w:rPr>
                <w:rFonts w:cs="Times New Roman"/>
                <w:noProof/>
                <w:szCs w:val="24"/>
                <w:lang w:val="uz-Latn-UZ"/>
              </w:rPr>
              <w:t>: ____________________   (imzo)    M.O‘.</w:t>
            </w:r>
          </w:p>
        </w:tc>
        <w:tc>
          <w:tcPr>
            <w:tcW w:w="4850" w:type="dxa"/>
          </w:tcPr>
          <w:p w14:paraId="46A03728" w14:textId="77777777" w:rsidR="00CA2CA3"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Rahbar: </w:t>
            </w:r>
          </w:p>
          <w:p w14:paraId="0B70CC41" w14:textId="77777777" w:rsidR="00E72F1D" w:rsidRPr="00E02BEE" w:rsidRDefault="009C440E" w:rsidP="00CA2CA3">
            <w:pPr>
              <w:ind w:firstLine="97"/>
              <w:jc w:val="both"/>
              <w:rPr>
                <w:rFonts w:cs="Times New Roman"/>
                <w:noProof/>
                <w:szCs w:val="24"/>
                <w:lang w:val="uz-Latn-UZ"/>
              </w:rPr>
            </w:pPr>
            <w:r w:rsidRPr="00E02BEE">
              <w:rPr>
                <w:rFonts w:cs="Times New Roman"/>
                <w:noProof/>
                <w:szCs w:val="24"/>
                <w:lang w:val="uz-Latn-UZ"/>
              </w:rPr>
              <w:t xml:space="preserve">____________________   </w:t>
            </w:r>
            <w:r w:rsidR="00B5070C" w:rsidRPr="00E02BEE">
              <w:rPr>
                <w:rFonts w:cs="Times New Roman"/>
                <w:noProof/>
                <w:szCs w:val="24"/>
                <w:lang w:val="uz-Latn-UZ"/>
              </w:rPr>
              <w:t xml:space="preserve">                           </w:t>
            </w:r>
            <w:r w:rsidRPr="00E02BEE">
              <w:rPr>
                <w:rFonts w:cs="Times New Roman"/>
                <w:noProof/>
                <w:szCs w:val="24"/>
                <w:lang w:val="uz-Latn-UZ"/>
              </w:rPr>
              <w:t>(imzo)    M.O‘.</w:t>
            </w:r>
          </w:p>
        </w:tc>
      </w:tr>
    </w:tbl>
    <w:p w14:paraId="403759DA" w14:textId="2AE6ECB5" w:rsidR="00276955" w:rsidRPr="00E02BEE" w:rsidRDefault="00276955" w:rsidP="00D73096">
      <w:pPr>
        <w:spacing w:before="120" w:after="0" w:line="21" w:lineRule="atLeast"/>
        <w:ind w:firstLine="567"/>
        <w:rPr>
          <w:b/>
          <w:bCs/>
          <w:noProof/>
          <w:sz w:val="28"/>
          <w:szCs w:val="28"/>
          <w:lang w:val="uz-Latn-UZ"/>
        </w:rPr>
      </w:pPr>
    </w:p>
    <w:p w14:paraId="7813B5F7" w14:textId="77777777" w:rsidR="00276955" w:rsidRPr="00E02BEE" w:rsidRDefault="00276955">
      <w:pPr>
        <w:rPr>
          <w:b/>
          <w:bCs/>
          <w:noProof/>
          <w:sz w:val="28"/>
          <w:szCs w:val="28"/>
          <w:lang w:val="uz-Latn-UZ"/>
        </w:rPr>
      </w:pPr>
      <w:r w:rsidRPr="00E02BEE">
        <w:rPr>
          <w:b/>
          <w:bCs/>
          <w:noProof/>
          <w:sz w:val="28"/>
          <w:szCs w:val="28"/>
          <w:lang w:val="uz-Latn-UZ"/>
        </w:rPr>
        <w:br w:type="page"/>
      </w:r>
    </w:p>
    <w:p w14:paraId="03E58023" w14:textId="39FAB118" w:rsidR="00492D53" w:rsidRPr="00E02BEE" w:rsidRDefault="00492D53" w:rsidP="00492D53">
      <w:pPr>
        <w:spacing w:after="0" w:line="240" w:lineRule="auto"/>
        <w:ind w:left="6521"/>
        <w:jc w:val="center"/>
        <w:rPr>
          <w:rFonts w:cs="Times New Roman"/>
          <w:bCs/>
          <w:noProof/>
          <w:color w:val="000000" w:themeColor="text1"/>
          <w:szCs w:val="24"/>
          <w:lang w:val="uz-Latn-UZ"/>
        </w:rPr>
      </w:pPr>
      <w:r w:rsidRPr="00E02BEE">
        <w:rPr>
          <w:rFonts w:cs="Times New Roman"/>
          <w:bCs/>
          <w:noProof/>
          <w:color w:val="000000" w:themeColor="text1"/>
          <w:szCs w:val="24"/>
          <w:lang w:val="uz-Latn-UZ"/>
        </w:rPr>
        <w:lastRenderedPageBreak/>
        <w:t>“____”._______.2026-yildagi</w:t>
      </w:r>
      <w:r w:rsidRPr="00E02BEE">
        <w:rPr>
          <w:rFonts w:cs="Times New Roman"/>
          <w:bCs/>
          <w:noProof/>
          <w:color w:val="000000" w:themeColor="text1"/>
          <w:szCs w:val="24"/>
          <w:lang w:val="uz-Latn-UZ"/>
        </w:rPr>
        <w:br/>
        <w:t>“________”-sonli shartnomaga</w:t>
      </w:r>
    </w:p>
    <w:p w14:paraId="7F8B570B" w14:textId="18FD1610" w:rsidR="00492D53" w:rsidRPr="00E02BEE" w:rsidRDefault="00492D53" w:rsidP="00492D53">
      <w:pPr>
        <w:spacing w:after="0" w:line="240" w:lineRule="auto"/>
        <w:ind w:left="6521"/>
        <w:jc w:val="center"/>
        <w:rPr>
          <w:rFonts w:cs="Times New Roman"/>
          <w:bCs/>
          <w:noProof/>
          <w:szCs w:val="24"/>
          <w:lang w:val="uz-Latn-UZ"/>
        </w:rPr>
      </w:pPr>
      <w:r w:rsidRPr="00E02BEE">
        <w:rPr>
          <w:rFonts w:cs="Times New Roman"/>
          <w:bCs/>
          <w:noProof/>
          <w:color w:val="000000" w:themeColor="text1"/>
          <w:szCs w:val="24"/>
          <w:lang w:val="uz-Latn-UZ"/>
        </w:rPr>
        <w:t>Ilova</w:t>
      </w:r>
    </w:p>
    <w:p w14:paraId="5275C520" w14:textId="77777777" w:rsidR="00492D53" w:rsidRPr="00E02BEE" w:rsidRDefault="00492D53" w:rsidP="00492D53">
      <w:pPr>
        <w:ind w:firstLine="720"/>
        <w:jc w:val="center"/>
        <w:rPr>
          <w:b/>
          <w:bCs/>
          <w:noProof/>
          <w:szCs w:val="24"/>
          <w:lang w:val="uz-Latn-UZ"/>
        </w:rPr>
      </w:pPr>
    </w:p>
    <w:p w14:paraId="46F090EF" w14:textId="2FA009C4" w:rsidR="00492D53" w:rsidRPr="00E02BEE" w:rsidRDefault="00702C59" w:rsidP="00492D53">
      <w:pPr>
        <w:ind w:firstLine="720"/>
        <w:jc w:val="center"/>
        <w:rPr>
          <w:b/>
          <w:bCs/>
          <w:noProof/>
          <w:szCs w:val="24"/>
          <w:lang w:val="uz-Latn-UZ"/>
        </w:rPr>
      </w:pPr>
      <w:r w:rsidRPr="00E02BEE">
        <w:rPr>
          <w:b/>
          <w:bCs/>
          <w:noProof/>
          <w:szCs w:val="24"/>
          <w:lang w:val="uz-Latn-UZ"/>
        </w:rPr>
        <w:t>KO‘RSATILAYOTGAN XIZMATLAR UCHUN OYLIK TO‘LOV REJASI</w:t>
      </w:r>
    </w:p>
    <w:tbl>
      <w:tblPr>
        <w:tblStyle w:val="aff0"/>
        <w:tblW w:w="0" w:type="auto"/>
        <w:tblLook w:val="04A0" w:firstRow="1" w:lastRow="0" w:firstColumn="1" w:lastColumn="0" w:noHBand="0" w:noVBand="1"/>
      </w:tblPr>
      <w:tblGrid>
        <w:gridCol w:w="562"/>
        <w:gridCol w:w="1843"/>
        <w:gridCol w:w="2502"/>
        <w:gridCol w:w="2502"/>
        <w:gridCol w:w="2503"/>
      </w:tblGrid>
      <w:tr w:rsidR="00702C59" w:rsidRPr="00E02BEE" w14:paraId="5FA8E4C6" w14:textId="77777777" w:rsidTr="00276955">
        <w:tc>
          <w:tcPr>
            <w:tcW w:w="562" w:type="dxa"/>
            <w:shd w:val="clear" w:color="auto" w:fill="EAF1DD" w:themeFill="accent3" w:themeFillTint="33"/>
            <w:vAlign w:val="center"/>
          </w:tcPr>
          <w:p w14:paraId="3BB6B645" w14:textId="15B1C65E" w:rsidR="00702C59" w:rsidRPr="00E02BEE" w:rsidRDefault="00276955" w:rsidP="00492D53">
            <w:pPr>
              <w:jc w:val="center"/>
              <w:rPr>
                <w:b/>
                <w:bCs/>
                <w:noProof/>
                <w:szCs w:val="24"/>
                <w:lang w:val="uz-Latn-UZ"/>
              </w:rPr>
            </w:pPr>
            <w:r w:rsidRPr="00E02BEE">
              <w:rPr>
                <w:b/>
                <w:bCs/>
                <w:noProof/>
                <w:szCs w:val="24"/>
                <w:lang w:val="uz-Latn-UZ"/>
              </w:rPr>
              <w:t>T/r</w:t>
            </w:r>
          </w:p>
        </w:tc>
        <w:tc>
          <w:tcPr>
            <w:tcW w:w="1843" w:type="dxa"/>
            <w:shd w:val="clear" w:color="auto" w:fill="EAF1DD" w:themeFill="accent3" w:themeFillTint="33"/>
            <w:vAlign w:val="center"/>
          </w:tcPr>
          <w:p w14:paraId="6B7B3B92" w14:textId="6CE7F62F" w:rsidR="00702C59" w:rsidRPr="00E02BEE" w:rsidRDefault="00702C59" w:rsidP="00492D53">
            <w:pPr>
              <w:jc w:val="center"/>
              <w:rPr>
                <w:b/>
                <w:bCs/>
                <w:noProof/>
                <w:szCs w:val="24"/>
                <w:lang w:val="uz-Latn-UZ"/>
              </w:rPr>
            </w:pPr>
            <w:r w:rsidRPr="00E02BEE">
              <w:rPr>
                <w:b/>
                <w:bCs/>
                <w:noProof/>
                <w:szCs w:val="24"/>
                <w:lang w:val="uz-Latn-UZ"/>
              </w:rPr>
              <w:t>Oylar nomi</w:t>
            </w:r>
          </w:p>
        </w:tc>
        <w:tc>
          <w:tcPr>
            <w:tcW w:w="2502" w:type="dxa"/>
            <w:shd w:val="clear" w:color="auto" w:fill="EAF1DD" w:themeFill="accent3" w:themeFillTint="33"/>
            <w:vAlign w:val="center"/>
          </w:tcPr>
          <w:p w14:paraId="71A94D51" w14:textId="2B279A97" w:rsidR="00702C59" w:rsidRPr="00E02BEE" w:rsidRDefault="00702C59" w:rsidP="00492D53">
            <w:pPr>
              <w:jc w:val="center"/>
              <w:rPr>
                <w:b/>
                <w:bCs/>
                <w:noProof/>
                <w:szCs w:val="24"/>
                <w:lang w:val="uz-Latn-UZ"/>
              </w:rPr>
            </w:pPr>
            <w:r w:rsidRPr="00E02BEE">
              <w:rPr>
                <w:b/>
                <w:bCs/>
                <w:noProof/>
                <w:szCs w:val="24"/>
                <w:lang w:val="uz-Latn-UZ"/>
              </w:rPr>
              <w:t>Bir oylik mablag‘ miqdori</w:t>
            </w:r>
          </w:p>
        </w:tc>
        <w:tc>
          <w:tcPr>
            <w:tcW w:w="2502" w:type="dxa"/>
            <w:shd w:val="clear" w:color="auto" w:fill="EAF1DD" w:themeFill="accent3" w:themeFillTint="33"/>
            <w:vAlign w:val="center"/>
          </w:tcPr>
          <w:p w14:paraId="0708113E" w14:textId="35D9D079" w:rsidR="00702C59" w:rsidRPr="00E02BEE" w:rsidRDefault="00702C59" w:rsidP="00492D53">
            <w:pPr>
              <w:jc w:val="center"/>
              <w:rPr>
                <w:b/>
                <w:bCs/>
                <w:noProof/>
                <w:szCs w:val="24"/>
                <w:lang w:val="uz-Latn-UZ"/>
              </w:rPr>
            </w:pPr>
            <w:r w:rsidRPr="00E02BEE">
              <w:rPr>
                <w:b/>
                <w:bCs/>
                <w:noProof/>
                <w:szCs w:val="24"/>
                <w:lang w:val="uz-Latn-UZ"/>
              </w:rPr>
              <w:t>Ustama miqdori *</w:t>
            </w:r>
          </w:p>
        </w:tc>
        <w:tc>
          <w:tcPr>
            <w:tcW w:w="2503" w:type="dxa"/>
            <w:shd w:val="clear" w:color="auto" w:fill="EAF1DD" w:themeFill="accent3" w:themeFillTint="33"/>
            <w:vAlign w:val="center"/>
          </w:tcPr>
          <w:p w14:paraId="5B8A31E4" w14:textId="3E011B15" w:rsidR="00702C59" w:rsidRPr="00E02BEE" w:rsidRDefault="00702C59" w:rsidP="00492D53">
            <w:pPr>
              <w:jc w:val="center"/>
              <w:rPr>
                <w:b/>
                <w:bCs/>
                <w:noProof/>
                <w:szCs w:val="24"/>
                <w:lang w:val="uz-Latn-UZ"/>
              </w:rPr>
            </w:pPr>
            <w:r w:rsidRPr="00E02BEE">
              <w:rPr>
                <w:b/>
                <w:bCs/>
                <w:noProof/>
                <w:szCs w:val="24"/>
                <w:lang w:val="uz-Latn-UZ"/>
              </w:rPr>
              <w:t>Jami summa</w:t>
            </w:r>
          </w:p>
        </w:tc>
      </w:tr>
      <w:tr w:rsidR="00702C59" w:rsidRPr="00E02BEE" w14:paraId="792CD954" w14:textId="77777777" w:rsidTr="00702C59">
        <w:tc>
          <w:tcPr>
            <w:tcW w:w="562" w:type="dxa"/>
          </w:tcPr>
          <w:p w14:paraId="6D5D5DD0" w14:textId="5519AF5E" w:rsidR="00702C59" w:rsidRPr="00E02BEE" w:rsidRDefault="00702C59" w:rsidP="00702C59">
            <w:pPr>
              <w:jc w:val="center"/>
              <w:rPr>
                <w:b/>
                <w:bCs/>
                <w:noProof/>
                <w:szCs w:val="24"/>
                <w:lang w:val="uz-Latn-UZ"/>
              </w:rPr>
            </w:pPr>
            <w:r w:rsidRPr="00E02BEE">
              <w:rPr>
                <w:b/>
                <w:bCs/>
                <w:noProof/>
                <w:szCs w:val="24"/>
                <w:lang w:val="uz-Latn-UZ"/>
              </w:rPr>
              <w:t>1.</w:t>
            </w:r>
          </w:p>
        </w:tc>
        <w:tc>
          <w:tcPr>
            <w:tcW w:w="1843" w:type="dxa"/>
          </w:tcPr>
          <w:p w14:paraId="31E4E541" w14:textId="77BD1E55" w:rsidR="00702C59" w:rsidRPr="00E02BEE" w:rsidRDefault="00702C59" w:rsidP="00702C59">
            <w:pPr>
              <w:rPr>
                <w:noProof/>
                <w:szCs w:val="24"/>
                <w:lang w:val="uz-Latn-UZ"/>
              </w:rPr>
            </w:pPr>
            <w:r w:rsidRPr="00E02BEE">
              <w:rPr>
                <w:noProof/>
                <w:szCs w:val="24"/>
                <w:lang w:val="uz-Latn-UZ"/>
              </w:rPr>
              <w:t>Yanvar</w:t>
            </w:r>
          </w:p>
        </w:tc>
        <w:tc>
          <w:tcPr>
            <w:tcW w:w="2502" w:type="dxa"/>
          </w:tcPr>
          <w:p w14:paraId="353BCFA5" w14:textId="3C261D0A" w:rsidR="00702C59" w:rsidRPr="00E02BEE" w:rsidRDefault="00702C59" w:rsidP="00702C59">
            <w:pPr>
              <w:jc w:val="center"/>
              <w:rPr>
                <w:i/>
                <w:iCs/>
                <w:noProof/>
                <w:szCs w:val="24"/>
                <w:lang w:val="uz-Latn-UZ"/>
              </w:rPr>
            </w:pPr>
            <w:r w:rsidRPr="00E02BEE">
              <w:rPr>
                <w:i/>
                <w:iCs/>
                <w:noProof/>
                <w:szCs w:val="24"/>
                <w:lang w:val="uz-Latn-UZ"/>
              </w:rPr>
              <w:t>… so‘m</w:t>
            </w:r>
          </w:p>
        </w:tc>
        <w:tc>
          <w:tcPr>
            <w:tcW w:w="2502" w:type="dxa"/>
          </w:tcPr>
          <w:p w14:paraId="5299CF65" w14:textId="28D245AB"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71B64974" w14:textId="4B13426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6C5D9A53" w14:textId="77777777" w:rsidTr="00702C59">
        <w:tc>
          <w:tcPr>
            <w:tcW w:w="562" w:type="dxa"/>
          </w:tcPr>
          <w:p w14:paraId="489A64D3" w14:textId="4D85020E" w:rsidR="00702C59" w:rsidRPr="00E02BEE" w:rsidRDefault="00702C59" w:rsidP="00702C59">
            <w:pPr>
              <w:jc w:val="center"/>
              <w:rPr>
                <w:b/>
                <w:bCs/>
                <w:noProof/>
                <w:szCs w:val="24"/>
                <w:lang w:val="uz-Latn-UZ"/>
              </w:rPr>
            </w:pPr>
            <w:r w:rsidRPr="00E02BEE">
              <w:rPr>
                <w:b/>
                <w:bCs/>
                <w:noProof/>
                <w:szCs w:val="24"/>
                <w:lang w:val="uz-Latn-UZ"/>
              </w:rPr>
              <w:t>2.</w:t>
            </w:r>
          </w:p>
        </w:tc>
        <w:tc>
          <w:tcPr>
            <w:tcW w:w="1843" w:type="dxa"/>
          </w:tcPr>
          <w:p w14:paraId="661ACF7D" w14:textId="49475629" w:rsidR="00702C59" w:rsidRPr="00E02BEE" w:rsidRDefault="00702C59" w:rsidP="00702C59">
            <w:pPr>
              <w:rPr>
                <w:noProof/>
                <w:szCs w:val="24"/>
                <w:lang w:val="uz-Latn-UZ"/>
              </w:rPr>
            </w:pPr>
            <w:r w:rsidRPr="00E02BEE">
              <w:rPr>
                <w:noProof/>
                <w:szCs w:val="24"/>
                <w:lang w:val="uz-Latn-UZ"/>
              </w:rPr>
              <w:t>Fevral</w:t>
            </w:r>
          </w:p>
        </w:tc>
        <w:tc>
          <w:tcPr>
            <w:tcW w:w="2502" w:type="dxa"/>
          </w:tcPr>
          <w:p w14:paraId="2D96CA46" w14:textId="102ED5A6"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CDAAD6F" w14:textId="25C76D4A"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C3C322C" w14:textId="3CE75158"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7D45B80" w14:textId="77777777" w:rsidTr="00702C59">
        <w:tc>
          <w:tcPr>
            <w:tcW w:w="562" w:type="dxa"/>
          </w:tcPr>
          <w:p w14:paraId="5DF641E9" w14:textId="341CC129" w:rsidR="00702C59" w:rsidRPr="00E02BEE" w:rsidRDefault="00702C59" w:rsidP="00702C59">
            <w:pPr>
              <w:jc w:val="center"/>
              <w:rPr>
                <w:b/>
                <w:bCs/>
                <w:noProof/>
                <w:szCs w:val="24"/>
                <w:lang w:val="uz-Latn-UZ"/>
              </w:rPr>
            </w:pPr>
            <w:r w:rsidRPr="00E02BEE">
              <w:rPr>
                <w:b/>
                <w:bCs/>
                <w:noProof/>
                <w:szCs w:val="24"/>
                <w:lang w:val="uz-Latn-UZ"/>
              </w:rPr>
              <w:t>3.</w:t>
            </w:r>
          </w:p>
        </w:tc>
        <w:tc>
          <w:tcPr>
            <w:tcW w:w="1843" w:type="dxa"/>
          </w:tcPr>
          <w:p w14:paraId="4B4B66E1" w14:textId="5E3455C2" w:rsidR="00702C59" w:rsidRPr="00E02BEE" w:rsidRDefault="00702C59" w:rsidP="00702C59">
            <w:pPr>
              <w:rPr>
                <w:noProof/>
                <w:szCs w:val="24"/>
                <w:lang w:val="uz-Latn-UZ"/>
              </w:rPr>
            </w:pPr>
            <w:r w:rsidRPr="00E02BEE">
              <w:rPr>
                <w:noProof/>
                <w:szCs w:val="24"/>
                <w:lang w:val="uz-Latn-UZ"/>
              </w:rPr>
              <w:t>Mart</w:t>
            </w:r>
          </w:p>
        </w:tc>
        <w:tc>
          <w:tcPr>
            <w:tcW w:w="2502" w:type="dxa"/>
          </w:tcPr>
          <w:p w14:paraId="26B69A69" w14:textId="6FC70DA7"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464E6B5C" w14:textId="6EB8844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4979919F" w14:textId="11287457"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58280EA3" w14:textId="77777777" w:rsidTr="00702C59">
        <w:tc>
          <w:tcPr>
            <w:tcW w:w="562" w:type="dxa"/>
          </w:tcPr>
          <w:p w14:paraId="08C71612" w14:textId="6583931A" w:rsidR="00702C59" w:rsidRPr="00E02BEE" w:rsidRDefault="00702C59" w:rsidP="00702C59">
            <w:pPr>
              <w:jc w:val="center"/>
              <w:rPr>
                <w:b/>
                <w:bCs/>
                <w:noProof/>
                <w:szCs w:val="24"/>
                <w:lang w:val="uz-Latn-UZ"/>
              </w:rPr>
            </w:pPr>
            <w:r w:rsidRPr="00E02BEE">
              <w:rPr>
                <w:b/>
                <w:bCs/>
                <w:noProof/>
                <w:szCs w:val="24"/>
                <w:lang w:val="uz-Latn-UZ"/>
              </w:rPr>
              <w:t>4.</w:t>
            </w:r>
          </w:p>
        </w:tc>
        <w:tc>
          <w:tcPr>
            <w:tcW w:w="1843" w:type="dxa"/>
          </w:tcPr>
          <w:p w14:paraId="58A6587A" w14:textId="090A8624" w:rsidR="00702C59" w:rsidRPr="00E02BEE" w:rsidRDefault="00702C59" w:rsidP="00702C59">
            <w:pPr>
              <w:rPr>
                <w:noProof/>
                <w:szCs w:val="24"/>
                <w:lang w:val="uz-Latn-UZ"/>
              </w:rPr>
            </w:pPr>
            <w:r w:rsidRPr="00E02BEE">
              <w:rPr>
                <w:noProof/>
                <w:szCs w:val="24"/>
                <w:lang w:val="uz-Latn-UZ"/>
              </w:rPr>
              <w:t>Aprel</w:t>
            </w:r>
          </w:p>
        </w:tc>
        <w:tc>
          <w:tcPr>
            <w:tcW w:w="2502" w:type="dxa"/>
          </w:tcPr>
          <w:p w14:paraId="009D130C" w14:textId="4263C364"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24F054DB" w14:textId="37B67952"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32F41074" w14:textId="5803D92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1CEF5DA2" w14:textId="77777777" w:rsidTr="00702C59">
        <w:tc>
          <w:tcPr>
            <w:tcW w:w="562" w:type="dxa"/>
          </w:tcPr>
          <w:p w14:paraId="13C67944" w14:textId="7333FAFB" w:rsidR="00702C59" w:rsidRPr="00E02BEE" w:rsidRDefault="00702C59" w:rsidP="00702C59">
            <w:pPr>
              <w:jc w:val="center"/>
              <w:rPr>
                <w:b/>
                <w:bCs/>
                <w:noProof/>
                <w:szCs w:val="24"/>
                <w:lang w:val="uz-Latn-UZ"/>
              </w:rPr>
            </w:pPr>
            <w:r w:rsidRPr="00E02BEE">
              <w:rPr>
                <w:b/>
                <w:bCs/>
                <w:noProof/>
                <w:szCs w:val="24"/>
                <w:lang w:val="uz-Latn-UZ"/>
              </w:rPr>
              <w:t>5.</w:t>
            </w:r>
          </w:p>
        </w:tc>
        <w:tc>
          <w:tcPr>
            <w:tcW w:w="1843" w:type="dxa"/>
          </w:tcPr>
          <w:p w14:paraId="4026F308" w14:textId="79051B1A" w:rsidR="00702C59" w:rsidRPr="00E02BEE" w:rsidRDefault="00702C59" w:rsidP="00702C59">
            <w:pPr>
              <w:rPr>
                <w:noProof/>
                <w:szCs w:val="24"/>
                <w:lang w:val="uz-Latn-UZ"/>
              </w:rPr>
            </w:pPr>
            <w:r w:rsidRPr="00E02BEE">
              <w:rPr>
                <w:noProof/>
                <w:szCs w:val="24"/>
                <w:lang w:val="uz-Latn-UZ"/>
              </w:rPr>
              <w:t>May</w:t>
            </w:r>
          </w:p>
        </w:tc>
        <w:tc>
          <w:tcPr>
            <w:tcW w:w="2502" w:type="dxa"/>
          </w:tcPr>
          <w:p w14:paraId="31463EC4" w14:textId="35D0A5F5"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6EE2BC44" w14:textId="6E59122F"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B5D7F75" w14:textId="26AE020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3150BBFA" w14:textId="77777777" w:rsidTr="00702C59">
        <w:tc>
          <w:tcPr>
            <w:tcW w:w="562" w:type="dxa"/>
          </w:tcPr>
          <w:p w14:paraId="25E7D72F" w14:textId="5590645B" w:rsidR="00702C59" w:rsidRPr="00E02BEE" w:rsidRDefault="00702C59" w:rsidP="00702C59">
            <w:pPr>
              <w:jc w:val="center"/>
              <w:rPr>
                <w:b/>
                <w:bCs/>
                <w:noProof/>
                <w:szCs w:val="24"/>
                <w:lang w:val="uz-Latn-UZ"/>
              </w:rPr>
            </w:pPr>
            <w:r w:rsidRPr="00E02BEE">
              <w:rPr>
                <w:b/>
                <w:bCs/>
                <w:noProof/>
                <w:szCs w:val="24"/>
                <w:lang w:val="uz-Latn-UZ"/>
              </w:rPr>
              <w:t>6.</w:t>
            </w:r>
          </w:p>
        </w:tc>
        <w:tc>
          <w:tcPr>
            <w:tcW w:w="1843" w:type="dxa"/>
          </w:tcPr>
          <w:p w14:paraId="4A36FCEA" w14:textId="05698063" w:rsidR="00702C59" w:rsidRPr="00E02BEE" w:rsidRDefault="00702C59" w:rsidP="00702C59">
            <w:pPr>
              <w:rPr>
                <w:noProof/>
                <w:szCs w:val="24"/>
                <w:lang w:val="uz-Latn-UZ"/>
              </w:rPr>
            </w:pPr>
            <w:r w:rsidRPr="00E02BEE">
              <w:rPr>
                <w:noProof/>
                <w:szCs w:val="24"/>
                <w:lang w:val="uz-Latn-UZ"/>
              </w:rPr>
              <w:t>Iyun</w:t>
            </w:r>
          </w:p>
        </w:tc>
        <w:tc>
          <w:tcPr>
            <w:tcW w:w="2502" w:type="dxa"/>
          </w:tcPr>
          <w:p w14:paraId="3A918ADA" w14:textId="207B87FE"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7C88B1F8" w14:textId="6A1B7548"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23208310" w14:textId="7C8FEEF3"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031CC0D8" w14:textId="77777777" w:rsidTr="00702C59">
        <w:tc>
          <w:tcPr>
            <w:tcW w:w="562" w:type="dxa"/>
          </w:tcPr>
          <w:p w14:paraId="01484462" w14:textId="45074922" w:rsidR="00702C59" w:rsidRPr="00E02BEE" w:rsidRDefault="00702C59" w:rsidP="00702C59">
            <w:pPr>
              <w:jc w:val="center"/>
              <w:rPr>
                <w:b/>
                <w:bCs/>
                <w:noProof/>
                <w:szCs w:val="24"/>
                <w:lang w:val="uz-Latn-UZ"/>
              </w:rPr>
            </w:pPr>
            <w:r w:rsidRPr="00E02BEE">
              <w:rPr>
                <w:b/>
                <w:bCs/>
                <w:noProof/>
                <w:szCs w:val="24"/>
                <w:lang w:val="uz-Latn-UZ"/>
              </w:rPr>
              <w:t>7.</w:t>
            </w:r>
          </w:p>
        </w:tc>
        <w:tc>
          <w:tcPr>
            <w:tcW w:w="1843" w:type="dxa"/>
          </w:tcPr>
          <w:p w14:paraId="4C741FEB" w14:textId="5AB31F5A" w:rsidR="00702C59" w:rsidRPr="00E02BEE" w:rsidRDefault="00702C59" w:rsidP="00702C59">
            <w:pPr>
              <w:rPr>
                <w:noProof/>
                <w:szCs w:val="24"/>
                <w:lang w:val="uz-Latn-UZ"/>
              </w:rPr>
            </w:pPr>
            <w:r w:rsidRPr="00E02BEE">
              <w:rPr>
                <w:noProof/>
                <w:szCs w:val="24"/>
                <w:lang w:val="uz-Latn-UZ"/>
              </w:rPr>
              <w:t>Iyul</w:t>
            </w:r>
          </w:p>
        </w:tc>
        <w:tc>
          <w:tcPr>
            <w:tcW w:w="2502" w:type="dxa"/>
          </w:tcPr>
          <w:p w14:paraId="1DF95CAE" w14:textId="3E1CCE00"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02654A25" w14:textId="3A6F2DB0"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2DA1322" w14:textId="38CED385"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722E57EF" w14:textId="77777777" w:rsidTr="00702C59">
        <w:tc>
          <w:tcPr>
            <w:tcW w:w="562" w:type="dxa"/>
          </w:tcPr>
          <w:p w14:paraId="604E34BB" w14:textId="5F08C580" w:rsidR="00702C59" w:rsidRPr="00E02BEE" w:rsidRDefault="00702C59" w:rsidP="00702C59">
            <w:pPr>
              <w:jc w:val="center"/>
              <w:rPr>
                <w:b/>
                <w:bCs/>
                <w:noProof/>
                <w:szCs w:val="24"/>
                <w:lang w:val="uz-Latn-UZ"/>
              </w:rPr>
            </w:pPr>
            <w:r w:rsidRPr="00E02BEE">
              <w:rPr>
                <w:b/>
                <w:bCs/>
                <w:noProof/>
                <w:szCs w:val="24"/>
                <w:lang w:val="uz-Latn-UZ"/>
              </w:rPr>
              <w:t>8.</w:t>
            </w:r>
          </w:p>
        </w:tc>
        <w:tc>
          <w:tcPr>
            <w:tcW w:w="1843" w:type="dxa"/>
          </w:tcPr>
          <w:p w14:paraId="3349CC04" w14:textId="6970BFE5" w:rsidR="00702C59" w:rsidRPr="00E02BEE" w:rsidRDefault="00702C59" w:rsidP="00702C59">
            <w:pPr>
              <w:rPr>
                <w:noProof/>
                <w:szCs w:val="24"/>
                <w:lang w:val="uz-Latn-UZ"/>
              </w:rPr>
            </w:pPr>
            <w:r w:rsidRPr="00E02BEE">
              <w:rPr>
                <w:noProof/>
                <w:szCs w:val="24"/>
                <w:lang w:val="uz-Latn-UZ"/>
              </w:rPr>
              <w:t>Avgust</w:t>
            </w:r>
          </w:p>
        </w:tc>
        <w:tc>
          <w:tcPr>
            <w:tcW w:w="2502" w:type="dxa"/>
          </w:tcPr>
          <w:p w14:paraId="31248660" w14:textId="7217AEB6" w:rsidR="00702C59" w:rsidRPr="00E02BEE" w:rsidRDefault="00702C59" w:rsidP="00702C59">
            <w:pPr>
              <w:jc w:val="center"/>
              <w:rPr>
                <w:b/>
                <w:bCs/>
                <w:noProof/>
                <w:szCs w:val="24"/>
                <w:lang w:val="uz-Latn-UZ"/>
              </w:rPr>
            </w:pPr>
            <w:r w:rsidRPr="00E02BEE">
              <w:rPr>
                <w:i/>
                <w:iCs/>
                <w:noProof/>
                <w:szCs w:val="24"/>
                <w:lang w:val="uz-Latn-UZ"/>
              </w:rPr>
              <w:t>… so‘m</w:t>
            </w:r>
          </w:p>
        </w:tc>
        <w:tc>
          <w:tcPr>
            <w:tcW w:w="2502" w:type="dxa"/>
          </w:tcPr>
          <w:p w14:paraId="6143F14E" w14:textId="56388D4E" w:rsidR="00702C59" w:rsidRPr="00E02BEE" w:rsidRDefault="00702C59" w:rsidP="00702C59">
            <w:pPr>
              <w:jc w:val="center"/>
              <w:rPr>
                <w:b/>
                <w:bCs/>
                <w:noProof/>
                <w:szCs w:val="24"/>
                <w:lang w:val="uz-Latn-UZ"/>
              </w:rPr>
            </w:pPr>
            <w:r w:rsidRPr="00E02BEE">
              <w:rPr>
                <w:i/>
                <w:iCs/>
                <w:noProof/>
                <w:szCs w:val="24"/>
                <w:lang w:val="uz-Latn-UZ"/>
              </w:rPr>
              <w:t>… so‘m</w:t>
            </w:r>
          </w:p>
        </w:tc>
        <w:tc>
          <w:tcPr>
            <w:tcW w:w="2503" w:type="dxa"/>
          </w:tcPr>
          <w:p w14:paraId="068D34C7" w14:textId="719556E0" w:rsidR="00702C59" w:rsidRPr="00E02BEE" w:rsidRDefault="00702C59" w:rsidP="00702C59">
            <w:pPr>
              <w:jc w:val="center"/>
              <w:rPr>
                <w:b/>
                <w:bCs/>
                <w:noProof/>
                <w:szCs w:val="24"/>
                <w:lang w:val="uz-Latn-UZ"/>
              </w:rPr>
            </w:pPr>
            <w:r w:rsidRPr="00E02BEE">
              <w:rPr>
                <w:i/>
                <w:iCs/>
                <w:noProof/>
                <w:szCs w:val="24"/>
                <w:lang w:val="uz-Latn-UZ"/>
              </w:rPr>
              <w:t>… so‘m</w:t>
            </w:r>
          </w:p>
        </w:tc>
      </w:tr>
      <w:tr w:rsidR="00702C59" w:rsidRPr="00E02BEE" w14:paraId="393C0B41" w14:textId="77777777" w:rsidTr="00702C59">
        <w:tc>
          <w:tcPr>
            <w:tcW w:w="562" w:type="dxa"/>
          </w:tcPr>
          <w:p w14:paraId="7BEC81F7" w14:textId="49998C45" w:rsidR="00702C59" w:rsidRPr="00E02BEE" w:rsidRDefault="00702C59" w:rsidP="00702C59">
            <w:pPr>
              <w:jc w:val="center"/>
              <w:rPr>
                <w:b/>
                <w:bCs/>
                <w:noProof/>
                <w:szCs w:val="24"/>
                <w:lang w:val="uz-Latn-UZ"/>
              </w:rPr>
            </w:pPr>
            <w:r w:rsidRPr="00E02BEE">
              <w:rPr>
                <w:b/>
                <w:bCs/>
                <w:noProof/>
                <w:szCs w:val="24"/>
                <w:lang w:val="uz-Latn-UZ"/>
              </w:rPr>
              <w:t>9.</w:t>
            </w:r>
          </w:p>
        </w:tc>
        <w:tc>
          <w:tcPr>
            <w:tcW w:w="1843" w:type="dxa"/>
          </w:tcPr>
          <w:p w14:paraId="3B42C92E" w14:textId="6D977A96" w:rsidR="00702C59" w:rsidRPr="00E02BEE" w:rsidRDefault="00702C59" w:rsidP="00702C59">
            <w:pPr>
              <w:rPr>
                <w:noProof/>
                <w:szCs w:val="24"/>
                <w:lang w:val="uz-Latn-UZ"/>
              </w:rPr>
            </w:pPr>
            <w:r w:rsidRPr="00E02BEE">
              <w:rPr>
                <w:noProof/>
                <w:szCs w:val="24"/>
                <w:lang w:val="uz-Latn-UZ"/>
              </w:rPr>
              <w:t>Sentabr</w:t>
            </w:r>
          </w:p>
        </w:tc>
        <w:tc>
          <w:tcPr>
            <w:tcW w:w="2502" w:type="dxa"/>
          </w:tcPr>
          <w:p w14:paraId="0C2CCBA5" w14:textId="389F5E54" w:rsidR="00702C59" w:rsidRPr="00E02BEE" w:rsidRDefault="0066008B" w:rsidP="00F162E4">
            <w:pPr>
              <w:jc w:val="center"/>
              <w:rPr>
                <w:b/>
                <w:bCs/>
                <w:noProof/>
                <w:szCs w:val="24"/>
                <w:lang w:val="uz-Latn-UZ"/>
              </w:rPr>
            </w:pPr>
            <w:r>
              <w:rPr>
                <w:i/>
                <w:iCs/>
                <w:noProof/>
                <w:szCs w:val="24"/>
                <w:lang w:val="uz-Latn-UZ"/>
              </w:rPr>
              <w:t xml:space="preserve">  </w:t>
            </w:r>
            <w:r w:rsidR="00702C59" w:rsidRPr="00E02BEE">
              <w:rPr>
                <w:i/>
                <w:iCs/>
                <w:noProof/>
                <w:szCs w:val="24"/>
                <w:lang w:val="uz-Latn-UZ"/>
              </w:rPr>
              <w:t>so‘m</w:t>
            </w:r>
          </w:p>
        </w:tc>
        <w:tc>
          <w:tcPr>
            <w:tcW w:w="2502" w:type="dxa"/>
          </w:tcPr>
          <w:p w14:paraId="2D8D3BEE" w14:textId="7822A3A4" w:rsidR="00702C59" w:rsidRPr="00E02BEE" w:rsidRDefault="00702C59" w:rsidP="006F6F99">
            <w:pPr>
              <w:jc w:val="center"/>
              <w:rPr>
                <w:b/>
                <w:bCs/>
                <w:noProof/>
                <w:szCs w:val="24"/>
                <w:lang w:val="uz-Latn-UZ"/>
              </w:rPr>
            </w:pPr>
            <w:r w:rsidRPr="00E02BEE">
              <w:rPr>
                <w:i/>
                <w:iCs/>
                <w:noProof/>
                <w:szCs w:val="24"/>
                <w:lang w:val="uz-Latn-UZ"/>
              </w:rPr>
              <w:t xml:space="preserve"> so‘m</w:t>
            </w:r>
          </w:p>
        </w:tc>
        <w:tc>
          <w:tcPr>
            <w:tcW w:w="2503" w:type="dxa"/>
          </w:tcPr>
          <w:p w14:paraId="1E40DBC6" w14:textId="16C7BB3B" w:rsidR="00702C59" w:rsidRPr="00E02BEE" w:rsidRDefault="00702C59" w:rsidP="00F162E4">
            <w:pPr>
              <w:jc w:val="center"/>
              <w:rPr>
                <w:b/>
                <w:bCs/>
                <w:noProof/>
                <w:szCs w:val="24"/>
                <w:lang w:val="uz-Latn-UZ"/>
              </w:rPr>
            </w:pPr>
            <w:r w:rsidRPr="00E02BEE">
              <w:rPr>
                <w:i/>
                <w:iCs/>
                <w:noProof/>
                <w:szCs w:val="24"/>
                <w:lang w:val="uz-Latn-UZ"/>
              </w:rPr>
              <w:t>so‘m</w:t>
            </w:r>
          </w:p>
        </w:tc>
      </w:tr>
      <w:tr w:rsidR="00702C59" w:rsidRPr="00E02BEE" w14:paraId="56770B87" w14:textId="77777777" w:rsidTr="00702C59">
        <w:tc>
          <w:tcPr>
            <w:tcW w:w="562" w:type="dxa"/>
          </w:tcPr>
          <w:p w14:paraId="4A9ECBDE" w14:textId="14C0FE0F" w:rsidR="00702C59" w:rsidRPr="00E02BEE" w:rsidRDefault="00702C59" w:rsidP="00702C59">
            <w:pPr>
              <w:jc w:val="center"/>
              <w:rPr>
                <w:b/>
                <w:bCs/>
                <w:noProof/>
                <w:szCs w:val="24"/>
                <w:lang w:val="uz-Latn-UZ"/>
              </w:rPr>
            </w:pPr>
            <w:r w:rsidRPr="00E02BEE">
              <w:rPr>
                <w:b/>
                <w:bCs/>
                <w:noProof/>
                <w:szCs w:val="24"/>
                <w:lang w:val="uz-Latn-UZ"/>
              </w:rPr>
              <w:t>10.</w:t>
            </w:r>
          </w:p>
        </w:tc>
        <w:tc>
          <w:tcPr>
            <w:tcW w:w="1843" w:type="dxa"/>
          </w:tcPr>
          <w:p w14:paraId="48FFE355" w14:textId="45F6E8AE" w:rsidR="00702C59" w:rsidRPr="00E02BEE" w:rsidRDefault="00702C59" w:rsidP="00702C59">
            <w:pPr>
              <w:rPr>
                <w:noProof/>
                <w:szCs w:val="24"/>
                <w:lang w:val="uz-Latn-UZ"/>
              </w:rPr>
            </w:pPr>
            <w:r w:rsidRPr="00E02BEE">
              <w:rPr>
                <w:noProof/>
                <w:szCs w:val="24"/>
                <w:lang w:val="uz-Latn-UZ"/>
              </w:rPr>
              <w:t>Oktabr</w:t>
            </w:r>
          </w:p>
        </w:tc>
        <w:tc>
          <w:tcPr>
            <w:tcW w:w="2502" w:type="dxa"/>
          </w:tcPr>
          <w:p w14:paraId="1BC10BFF" w14:textId="5E7EB42C" w:rsidR="00702C59" w:rsidRPr="00E02BEE" w:rsidRDefault="00AD6402" w:rsidP="00F162E4">
            <w:pPr>
              <w:jc w:val="center"/>
              <w:rPr>
                <w:b/>
                <w:bCs/>
                <w:noProof/>
                <w:szCs w:val="24"/>
                <w:lang w:val="uz-Latn-UZ"/>
              </w:rPr>
            </w:pPr>
            <w:r>
              <w:rPr>
                <w:i/>
                <w:iCs/>
                <w:noProof/>
                <w:szCs w:val="24"/>
                <w:lang w:val="uz-Cyrl-UZ"/>
              </w:rPr>
              <w:t>31 460 000</w:t>
            </w:r>
            <w:r w:rsidR="00702C59" w:rsidRPr="00E02BEE">
              <w:rPr>
                <w:i/>
                <w:iCs/>
                <w:noProof/>
                <w:szCs w:val="24"/>
                <w:lang w:val="uz-Latn-UZ"/>
              </w:rPr>
              <w:t>so‘m</w:t>
            </w:r>
          </w:p>
        </w:tc>
        <w:tc>
          <w:tcPr>
            <w:tcW w:w="2502" w:type="dxa"/>
          </w:tcPr>
          <w:p w14:paraId="57F6007D" w14:textId="647569C7" w:rsidR="00702C59" w:rsidRPr="00E02BEE" w:rsidRDefault="00AD6402" w:rsidP="00F162E4">
            <w:pPr>
              <w:jc w:val="center"/>
              <w:rPr>
                <w:b/>
                <w:bCs/>
                <w:noProof/>
                <w:szCs w:val="24"/>
                <w:lang w:val="uz-Latn-UZ"/>
              </w:rPr>
            </w:pPr>
            <w:r>
              <w:rPr>
                <w:i/>
                <w:iCs/>
                <w:noProof/>
                <w:szCs w:val="24"/>
                <w:lang w:val="uz-Cyrl-UZ"/>
              </w:rPr>
              <w:t xml:space="preserve">9 438 000 </w:t>
            </w:r>
            <w:r w:rsidR="00702C59" w:rsidRPr="00E02BEE">
              <w:rPr>
                <w:i/>
                <w:iCs/>
                <w:noProof/>
                <w:szCs w:val="24"/>
                <w:lang w:val="uz-Latn-UZ"/>
              </w:rPr>
              <w:t>so‘m</w:t>
            </w:r>
          </w:p>
        </w:tc>
        <w:tc>
          <w:tcPr>
            <w:tcW w:w="2503" w:type="dxa"/>
          </w:tcPr>
          <w:p w14:paraId="137DA6DC" w14:textId="3D0ECBF6" w:rsidR="00702C59" w:rsidRPr="00E02BEE" w:rsidRDefault="00AD6402" w:rsidP="006F6F99">
            <w:pPr>
              <w:rPr>
                <w:b/>
                <w:bCs/>
                <w:noProof/>
                <w:szCs w:val="24"/>
                <w:lang w:val="uz-Latn-UZ"/>
              </w:rPr>
            </w:pPr>
            <w:r>
              <w:rPr>
                <w:i/>
                <w:iCs/>
                <w:noProof/>
                <w:szCs w:val="24"/>
                <w:lang w:val="uz-Cyrl-UZ"/>
              </w:rPr>
              <w:t xml:space="preserve">      40 898 000</w:t>
            </w:r>
            <w:r w:rsidR="00702C59" w:rsidRPr="00E02BEE">
              <w:rPr>
                <w:i/>
                <w:iCs/>
                <w:noProof/>
                <w:szCs w:val="24"/>
                <w:lang w:val="uz-Latn-UZ"/>
              </w:rPr>
              <w:t xml:space="preserve"> so‘m</w:t>
            </w:r>
          </w:p>
        </w:tc>
      </w:tr>
      <w:tr w:rsidR="00702C59" w:rsidRPr="00E02BEE" w14:paraId="780247F7" w14:textId="77777777" w:rsidTr="00702C59">
        <w:tc>
          <w:tcPr>
            <w:tcW w:w="562" w:type="dxa"/>
          </w:tcPr>
          <w:p w14:paraId="682E1E4E" w14:textId="448435EB" w:rsidR="00702C59" w:rsidRPr="00E02BEE" w:rsidRDefault="00702C59" w:rsidP="00702C59">
            <w:pPr>
              <w:jc w:val="center"/>
              <w:rPr>
                <w:b/>
                <w:bCs/>
                <w:noProof/>
                <w:szCs w:val="24"/>
                <w:lang w:val="uz-Latn-UZ"/>
              </w:rPr>
            </w:pPr>
            <w:r w:rsidRPr="00E02BEE">
              <w:rPr>
                <w:b/>
                <w:bCs/>
                <w:noProof/>
                <w:szCs w:val="24"/>
                <w:lang w:val="uz-Latn-UZ"/>
              </w:rPr>
              <w:t>11.</w:t>
            </w:r>
          </w:p>
        </w:tc>
        <w:tc>
          <w:tcPr>
            <w:tcW w:w="1843" w:type="dxa"/>
          </w:tcPr>
          <w:p w14:paraId="4C4D7798" w14:textId="3903491D" w:rsidR="00702C59" w:rsidRPr="00E02BEE" w:rsidRDefault="00702C59" w:rsidP="00702C59">
            <w:pPr>
              <w:rPr>
                <w:noProof/>
                <w:szCs w:val="24"/>
                <w:lang w:val="uz-Latn-UZ"/>
              </w:rPr>
            </w:pPr>
            <w:r w:rsidRPr="00E02BEE">
              <w:rPr>
                <w:noProof/>
                <w:szCs w:val="24"/>
                <w:lang w:val="uz-Latn-UZ"/>
              </w:rPr>
              <w:t>Noyabr</w:t>
            </w:r>
          </w:p>
        </w:tc>
        <w:tc>
          <w:tcPr>
            <w:tcW w:w="2502" w:type="dxa"/>
          </w:tcPr>
          <w:p w14:paraId="52F1D337" w14:textId="6ADD830C" w:rsidR="00702C59" w:rsidRPr="00E02BEE" w:rsidRDefault="00AD6402" w:rsidP="00F162E4">
            <w:pPr>
              <w:jc w:val="center"/>
              <w:rPr>
                <w:b/>
                <w:bCs/>
                <w:noProof/>
                <w:szCs w:val="24"/>
                <w:lang w:val="uz-Latn-UZ"/>
              </w:rPr>
            </w:pPr>
            <w:r>
              <w:rPr>
                <w:i/>
                <w:iCs/>
                <w:noProof/>
                <w:szCs w:val="24"/>
                <w:lang w:val="uz-Cyrl-UZ"/>
              </w:rPr>
              <w:t>30 030 000</w:t>
            </w:r>
            <w:r w:rsidR="00702C59" w:rsidRPr="00E02BEE">
              <w:rPr>
                <w:i/>
                <w:iCs/>
                <w:noProof/>
                <w:szCs w:val="24"/>
                <w:lang w:val="uz-Latn-UZ"/>
              </w:rPr>
              <w:t>so‘m</w:t>
            </w:r>
          </w:p>
        </w:tc>
        <w:tc>
          <w:tcPr>
            <w:tcW w:w="2502" w:type="dxa"/>
          </w:tcPr>
          <w:p w14:paraId="2240CC62" w14:textId="3B07C9D8" w:rsidR="00702C59" w:rsidRPr="00E02BEE" w:rsidRDefault="00AD6402" w:rsidP="00AD6402">
            <w:pPr>
              <w:jc w:val="center"/>
              <w:rPr>
                <w:b/>
                <w:bCs/>
                <w:noProof/>
                <w:szCs w:val="24"/>
                <w:lang w:val="uz-Latn-UZ"/>
              </w:rPr>
            </w:pPr>
            <w:r>
              <w:rPr>
                <w:i/>
                <w:iCs/>
                <w:noProof/>
                <w:szCs w:val="24"/>
                <w:lang w:val="uz-Cyrl-UZ"/>
              </w:rPr>
              <w:t>9 009 000</w:t>
            </w:r>
            <w:r w:rsidR="00702C59" w:rsidRPr="00E02BEE">
              <w:rPr>
                <w:i/>
                <w:iCs/>
                <w:noProof/>
                <w:szCs w:val="24"/>
                <w:lang w:val="uz-Latn-UZ"/>
              </w:rPr>
              <w:t xml:space="preserve"> so‘m</w:t>
            </w:r>
          </w:p>
        </w:tc>
        <w:tc>
          <w:tcPr>
            <w:tcW w:w="2503" w:type="dxa"/>
          </w:tcPr>
          <w:p w14:paraId="2AED988E" w14:textId="35251E5D" w:rsidR="00702C59" w:rsidRPr="00E02BEE" w:rsidRDefault="00AD6402" w:rsidP="00F162E4">
            <w:pPr>
              <w:jc w:val="center"/>
              <w:rPr>
                <w:b/>
                <w:bCs/>
                <w:noProof/>
                <w:szCs w:val="24"/>
                <w:lang w:val="uz-Latn-UZ"/>
              </w:rPr>
            </w:pPr>
            <w:r>
              <w:rPr>
                <w:i/>
                <w:iCs/>
                <w:noProof/>
                <w:szCs w:val="24"/>
                <w:lang w:val="uz-Cyrl-UZ"/>
              </w:rPr>
              <w:t xml:space="preserve">39 039 000 </w:t>
            </w:r>
            <w:r w:rsidR="00702C59" w:rsidRPr="00E02BEE">
              <w:rPr>
                <w:i/>
                <w:iCs/>
                <w:noProof/>
                <w:szCs w:val="24"/>
                <w:lang w:val="uz-Latn-UZ"/>
              </w:rPr>
              <w:t>so‘m</w:t>
            </w:r>
          </w:p>
        </w:tc>
      </w:tr>
      <w:tr w:rsidR="00702C59" w:rsidRPr="00E02BEE" w14:paraId="3F879284" w14:textId="77777777" w:rsidTr="00702C59">
        <w:tc>
          <w:tcPr>
            <w:tcW w:w="562" w:type="dxa"/>
          </w:tcPr>
          <w:p w14:paraId="18E05067" w14:textId="65306B5E" w:rsidR="00702C59" w:rsidRPr="00E02BEE" w:rsidRDefault="00702C59" w:rsidP="00702C59">
            <w:pPr>
              <w:jc w:val="center"/>
              <w:rPr>
                <w:b/>
                <w:bCs/>
                <w:noProof/>
                <w:szCs w:val="24"/>
                <w:lang w:val="uz-Latn-UZ"/>
              </w:rPr>
            </w:pPr>
            <w:r w:rsidRPr="00E02BEE">
              <w:rPr>
                <w:b/>
                <w:bCs/>
                <w:noProof/>
                <w:szCs w:val="24"/>
                <w:lang w:val="uz-Latn-UZ"/>
              </w:rPr>
              <w:t>12.</w:t>
            </w:r>
          </w:p>
        </w:tc>
        <w:tc>
          <w:tcPr>
            <w:tcW w:w="1843" w:type="dxa"/>
          </w:tcPr>
          <w:p w14:paraId="707943C0" w14:textId="17128DD0" w:rsidR="00702C59" w:rsidRPr="00E02BEE" w:rsidRDefault="00702C59" w:rsidP="00702C59">
            <w:pPr>
              <w:rPr>
                <w:noProof/>
                <w:szCs w:val="24"/>
                <w:lang w:val="uz-Latn-UZ"/>
              </w:rPr>
            </w:pPr>
            <w:r w:rsidRPr="00E02BEE">
              <w:rPr>
                <w:noProof/>
                <w:szCs w:val="24"/>
                <w:lang w:val="uz-Latn-UZ"/>
              </w:rPr>
              <w:t>Dekabr</w:t>
            </w:r>
          </w:p>
        </w:tc>
        <w:tc>
          <w:tcPr>
            <w:tcW w:w="2502" w:type="dxa"/>
          </w:tcPr>
          <w:p w14:paraId="77290FC3" w14:textId="0A8EFE7C" w:rsidR="00702C59" w:rsidRPr="00E02BEE" w:rsidRDefault="00AD6402" w:rsidP="00F162E4">
            <w:pPr>
              <w:jc w:val="center"/>
              <w:rPr>
                <w:b/>
                <w:bCs/>
                <w:noProof/>
                <w:szCs w:val="24"/>
                <w:lang w:val="uz-Latn-UZ"/>
              </w:rPr>
            </w:pPr>
            <w:r>
              <w:rPr>
                <w:i/>
                <w:iCs/>
                <w:noProof/>
                <w:szCs w:val="24"/>
                <w:lang w:val="uz-Cyrl-UZ"/>
              </w:rPr>
              <w:t>28 600 000</w:t>
            </w:r>
            <w:r w:rsidR="00702C59" w:rsidRPr="00E02BEE">
              <w:rPr>
                <w:i/>
                <w:iCs/>
                <w:noProof/>
                <w:szCs w:val="24"/>
                <w:lang w:val="uz-Latn-UZ"/>
              </w:rPr>
              <w:t>so‘m</w:t>
            </w:r>
          </w:p>
        </w:tc>
        <w:tc>
          <w:tcPr>
            <w:tcW w:w="2502" w:type="dxa"/>
          </w:tcPr>
          <w:p w14:paraId="7D4EA525" w14:textId="50F8F986" w:rsidR="00702C59" w:rsidRPr="00E02BEE" w:rsidRDefault="00AD6402" w:rsidP="00AD6402">
            <w:pPr>
              <w:jc w:val="center"/>
              <w:rPr>
                <w:b/>
                <w:bCs/>
                <w:noProof/>
                <w:szCs w:val="24"/>
                <w:lang w:val="uz-Latn-UZ"/>
              </w:rPr>
            </w:pPr>
            <w:r>
              <w:rPr>
                <w:i/>
                <w:iCs/>
                <w:noProof/>
                <w:szCs w:val="24"/>
                <w:lang w:val="uz-Cyrl-UZ"/>
              </w:rPr>
              <w:t xml:space="preserve">8 580 000 </w:t>
            </w:r>
            <w:r w:rsidR="00702C59" w:rsidRPr="00E02BEE">
              <w:rPr>
                <w:i/>
                <w:iCs/>
                <w:noProof/>
                <w:szCs w:val="24"/>
                <w:lang w:val="uz-Latn-UZ"/>
              </w:rPr>
              <w:t>so‘m</w:t>
            </w:r>
          </w:p>
        </w:tc>
        <w:tc>
          <w:tcPr>
            <w:tcW w:w="2503" w:type="dxa"/>
          </w:tcPr>
          <w:p w14:paraId="4D227FA4" w14:textId="7CF0B2C9" w:rsidR="00702C59" w:rsidRPr="00E02BEE" w:rsidRDefault="00AD6402" w:rsidP="00F162E4">
            <w:pPr>
              <w:jc w:val="center"/>
              <w:rPr>
                <w:b/>
                <w:bCs/>
                <w:noProof/>
                <w:szCs w:val="24"/>
                <w:lang w:val="uz-Latn-UZ"/>
              </w:rPr>
            </w:pPr>
            <w:r>
              <w:rPr>
                <w:i/>
                <w:iCs/>
                <w:noProof/>
                <w:szCs w:val="24"/>
                <w:lang w:val="uz-Cyrl-UZ"/>
              </w:rPr>
              <w:t>37 180 000</w:t>
            </w:r>
            <w:r w:rsidR="00702C59" w:rsidRPr="00E02BEE">
              <w:rPr>
                <w:i/>
                <w:iCs/>
                <w:noProof/>
                <w:szCs w:val="24"/>
                <w:lang w:val="uz-Latn-UZ"/>
              </w:rPr>
              <w:t xml:space="preserve"> so‘m</w:t>
            </w:r>
          </w:p>
        </w:tc>
      </w:tr>
      <w:tr w:rsidR="00702C59" w:rsidRPr="00E02BEE" w14:paraId="2E70325D" w14:textId="77777777" w:rsidTr="00666793">
        <w:tc>
          <w:tcPr>
            <w:tcW w:w="2405" w:type="dxa"/>
            <w:gridSpan w:val="2"/>
          </w:tcPr>
          <w:p w14:paraId="22C5241A" w14:textId="6D178028" w:rsidR="00702C59" w:rsidRPr="00E02BEE" w:rsidRDefault="00702C59" w:rsidP="00702C59">
            <w:pPr>
              <w:jc w:val="center"/>
              <w:rPr>
                <w:b/>
                <w:bCs/>
                <w:noProof/>
                <w:szCs w:val="24"/>
                <w:lang w:val="uz-Latn-UZ"/>
              </w:rPr>
            </w:pPr>
            <w:r w:rsidRPr="00E02BEE">
              <w:rPr>
                <w:b/>
                <w:bCs/>
                <w:noProof/>
                <w:szCs w:val="24"/>
                <w:lang w:val="uz-Latn-UZ"/>
              </w:rPr>
              <w:t>JAMI</w:t>
            </w:r>
          </w:p>
        </w:tc>
        <w:tc>
          <w:tcPr>
            <w:tcW w:w="2502" w:type="dxa"/>
          </w:tcPr>
          <w:p w14:paraId="0006B013" w14:textId="6E150C3D" w:rsidR="00702C59" w:rsidRPr="00E02BEE" w:rsidRDefault="00AD6402" w:rsidP="00F162E4">
            <w:pPr>
              <w:jc w:val="center"/>
              <w:rPr>
                <w:b/>
                <w:bCs/>
                <w:noProof/>
                <w:szCs w:val="24"/>
                <w:lang w:val="uz-Latn-UZ"/>
              </w:rPr>
            </w:pPr>
            <w:r>
              <w:rPr>
                <w:b/>
                <w:bCs/>
                <w:i/>
                <w:iCs/>
                <w:noProof/>
                <w:szCs w:val="24"/>
                <w:lang w:val="uz-Cyrl-UZ"/>
              </w:rPr>
              <w:t xml:space="preserve">90 090 000 </w:t>
            </w:r>
            <w:r w:rsidR="00702C59" w:rsidRPr="00E02BEE">
              <w:rPr>
                <w:b/>
                <w:bCs/>
                <w:i/>
                <w:iCs/>
                <w:noProof/>
                <w:szCs w:val="24"/>
                <w:lang w:val="uz-Latn-UZ"/>
              </w:rPr>
              <w:t>so‘m</w:t>
            </w:r>
          </w:p>
        </w:tc>
        <w:tc>
          <w:tcPr>
            <w:tcW w:w="2502" w:type="dxa"/>
          </w:tcPr>
          <w:p w14:paraId="1B9D65FA" w14:textId="2A97BA91" w:rsidR="00702C59" w:rsidRPr="00E02BEE" w:rsidRDefault="00AD6402" w:rsidP="006F6F99">
            <w:pPr>
              <w:jc w:val="center"/>
              <w:rPr>
                <w:b/>
                <w:bCs/>
                <w:noProof/>
                <w:szCs w:val="24"/>
                <w:lang w:val="uz-Latn-UZ"/>
              </w:rPr>
            </w:pPr>
            <w:r>
              <w:rPr>
                <w:b/>
                <w:bCs/>
                <w:i/>
                <w:iCs/>
                <w:noProof/>
                <w:szCs w:val="24"/>
                <w:lang w:val="uz-Cyrl-UZ"/>
              </w:rPr>
              <w:t>27 027 000</w:t>
            </w:r>
            <w:r w:rsidR="0066008B">
              <w:rPr>
                <w:b/>
                <w:bCs/>
                <w:i/>
                <w:iCs/>
                <w:noProof/>
                <w:szCs w:val="24"/>
                <w:lang w:val="uz-Latn-UZ"/>
              </w:rPr>
              <w:t xml:space="preserve"> </w:t>
            </w:r>
            <w:r w:rsidR="00702C59" w:rsidRPr="00E02BEE">
              <w:rPr>
                <w:b/>
                <w:bCs/>
                <w:i/>
                <w:iCs/>
                <w:noProof/>
                <w:szCs w:val="24"/>
                <w:lang w:val="uz-Latn-UZ"/>
              </w:rPr>
              <w:t>so‘m</w:t>
            </w:r>
          </w:p>
        </w:tc>
        <w:tc>
          <w:tcPr>
            <w:tcW w:w="2503" w:type="dxa"/>
          </w:tcPr>
          <w:p w14:paraId="005DED96" w14:textId="428F2D48" w:rsidR="00702C59" w:rsidRPr="00E02BEE" w:rsidRDefault="00AD6402" w:rsidP="00F162E4">
            <w:pPr>
              <w:jc w:val="center"/>
              <w:rPr>
                <w:b/>
                <w:bCs/>
                <w:noProof/>
                <w:szCs w:val="24"/>
                <w:lang w:val="uz-Latn-UZ"/>
              </w:rPr>
            </w:pPr>
            <w:r>
              <w:rPr>
                <w:b/>
                <w:bCs/>
                <w:i/>
                <w:iCs/>
                <w:noProof/>
                <w:szCs w:val="24"/>
                <w:lang w:val="uz-Cyrl-UZ"/>
              </w:rPr>
              <w:t xml:space="preserve">117 117 000 </w:t>
            </w:r>
            <w:r w:rsidR="00702C59" w:rsidRPr="00E02BEE">
              <w:rPr>
                <w:b/>
                <w:bCs/>
                <w:i/>
                <w:iCs/>
                <w:noProof/>
                <w:szCs w:val="24"/>
                <w:lang w:val="uz-Latn-UZ"/>
              </w:rPr>
              <w:t>so‘m</w:t>
            </w:r>
          </w:p>
        </w:tc>
      </w:tr>
    </w:tbl>
    <w:p w14:paraId="13940CE9" w14:textId="11DAF840" w:rsidR="00702C59" w:rsidRPr="00DF3B3A" w:rsidRDefault="00702C59" w:rsidP="00702C59">
      <w:pPr>
        <w:spacing w:before="240"/>
        <w:ind w:firstLine="720"/>
        <w:jc w:val="both"/>
        <w:rPr>
          <w:i/>
          <w:iCs/>
          <w:noProof/>
          <w:szCs w:val="24"/>
          <w:lang w:val="uz-Latn-UZ"/>
        </w:rPr>
      </w:pPr>
      <w:r w:rsidRPr="00E02BEE">
        <w:rPr>
          <w:i/>
          <w:iCs/>
          <w:noProof/>
          <w:szCs w:val="24"/>
          <w:lang w:val="uz-Latn-UZ"/>
        </w:rPr>
        <w:t xml:space="preserve">* Ustama miqdori haqiqiy qilingan xarajatlarga nisbatan </w:t>
      </w:r>
      <w:r w:rsidR="004A4C90" w:rsidRPr="00E02BEE">
        <w:rPr>
          <w:i/>
          <w:iCs/>
          <w:noProof/>
          <w:szCs w:val="24"/>
          <w:lang w:val="uz-Latn-UZ"/>
        </w:rPr>
        <w:t>to‘lanadi</w:t>
      </w:r>
      <w:r w:rsidRPr="00E02BEE">
        <w:rPr>
          <w:i/>
          <w:iCs/>
          <w:noProof/>
          <w:szCs w:val="24"/>
          <w:lang w:val="uz-Latn-UZ"/>
        </w:rPr>
        <w:t>.</w:t>
      </w:r>
    </w:p>
    <w:p w14:paraId="06C89656" w14:textId="583C2247" w:rsidR="00492D53" w:rsidRPr="00DF3B3A" w:rsidRDefault="00492D53" w:rsidP="00492D53">
      <w:pPr>
        <w:ind w:firstLine="720"/>
        <w:rPr>
          <w:noProof/>
          <w:sz w:val="2"/>
          <w:szCs w:val="2"/>
          <w:lang w:val="uz-Latn-UZ"/>
        </w:rPr>
      </w:pPr>
    </w:p>
    <w:p w14:paraId="15FBF11C" w14:textId="7D5D878D" w:rsidR="00492D53" w:rsidRPr="00DF3B3A" w:rsidRDefault="00492D53" w:rsidP="00492D53">
      <w:pPr>
        <w:ind w:firstLine="720"/>
        <w:rPr>
          <w:noProof/>
          <w:sz w:val="2"/>
          <w:szCs w:val="2"/>
          <w:lang w:val="uz-Latn-UZ"/>
        </w:rPr>
      </w:pPr>
    </w:p>
    <w:p w14:paraId="082617E6" w14:textId="77777777" w:rsidR="00492D53" w:rsidRPr="00DF3B3A" w:rsidRDefault="00492D53" w:rsidP="00492D53">
      <w:pPr>
        <w:ind w:firstLine="720"/>
        <w:rPr>
          <w:noProof/>
          <w:sz w:val="2"/>
          <w:szCs w:val="2"/>
          <w:lang w:val="uz-Latn-UZ"/>
        </w:rPr>
      </w:pPr>
    </w:p>
    <w:sectPr w:rsidR="00492D53" w:rsidRPr="00DF3B3A" w:rsidSect="00CA2CA3">
      <w:headerReference w:type="default" r:id="rId8"/>
      <w:pgSz w:w="12240" w:h="15840"/>
      <w:pgMar w:top="1134" w:right="900"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E728D" w14:textId="77777777" w:rsidR="00BF2FB9" w:rsidRDefault="00BF2FB9" w:rsidP="009416D4">
      <w:pPr>
        <w:spacing w:after="0" w:line="240" w:lineRule="auto"/>
      </w:pPr>
      <w:r>
        <w:separator/>
      </w:r>
    </w:p>
  </w:endnote>
  <w:endnote w:type="continuationSeparator" w:id="0">
    <w:p w14:paraId="7EDD269D" w14:textId="77777777" w:rsidR="00BF2FB9" w:rsidRDefault="00BF2FB9" w:rsidP="0094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Golo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E871E" w14:textId="77777777" w:rsidR="00BF2FB9" w:rsidRDefault="00BF2FB9" w:rsidP="009416D4">
      <w:pPr>
        <w:spacing w:after="0" w:line="240" w:lineRule="auto"/>
      </w:pPr>
      <w:r>
        <w:separator/>
      </w:r>
    </w:p>
  </w:footnote>
  <w:footnote w:type="continuationSeparator" w:id="0">
    <w:p w14:paraId="10A5F0BF" w14:textId="77777777" w:rsidR="00BF2FB9" w:rsidRDefault="00BF2FB9" w:rsidP="0094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570633"/>
      <w:docPartObj>
        <w:docPartGallery w:val="Page Numbers (Top of Page)"/>
        <w:docPartUnique/>
      </w:docPartObj>
    </w:sdtPr>
    <w:sdtEndPr/>
    <w:sdtContent>
      <w:p w14:paraId="3176E940" w14:textId="4AD1AAB7" w:rsidR="009416D4" w:rsidRDefault="009416D4" w:rsidP="009416D4">
        <w:pPr>
          <w:pStyle w:val="a5"/>
          <w:jc w:val="center"/>
        </w:pPr>
        <w:r>
          <w:fldChar w:fldCharType="begin"/>
        </w:r>
        <w:r>
          <w:instrText>PAGE   \* MERGEFORMAT</w:instrText>
        </w:r>
        <w:r>
          <w:fldChar w:fldCharType="separate"/>
        </w:r>
        <w:r w:rsidR="0050476F" w:rsidRPr="0050476F">
          <w:rPr>
            <w:noProof/>
            <w:lang w:val="ru-RU"/>
          </w:rPr>
          <w:t>9</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AC1F10"/>
    <w:multiLevelType w:val="multilevel"/>
    <w:tmpl w:val="ACDC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68A"/>
    <w:rsid w:val="0006063C"/>
    <w:rsid w:val="00093325"/>
    <w:rsid w:val="000A4EAB"/>
    <w:rsid w:val="000B1637"/>
    <w:rsid w:val="000D2EE3"/>
    <w:rsid w:val="000D7251"/>
    <w:rsid w:val="000E142D"/>
    <w:rsid w:val="00112FB0"/>
    <w:rsid w:val="0015074B"/>
    <w:rsid w:val="00193DDE"/>
    <w:rsid w:val="001B26C8"/>
    <w:rsid w:val="001C2329"/>
    <w:rsid w:val="001D367B"/>
    <w:rsid w:val="001D4D54"/>
    <w:rsid w:val="0020171A"/>
    <w:rsid w:val="00205D55"/>
    <w:rsid w:val="00206019"/>
    <w:rsid w:val="00276955"/>
    <w:rsid w:val="00287D73"/>
    <w:rsid w:val="00290359"/>
    <w:rsid w:val="0029639D"/>
    <w:rsid w:val="002B7988"/>
    <w:rsid w:val="002D4C2B"/>
    <w:rsid w:val="00303ACE"/>
    <w:rsid w:val="0031798F"/>
    <w:rsid w:val="00326F90"/>
    <w:rsid w:val="00335ED2"/>
    <w:rsid w:val="00346562"/>
    <w:rsid w:val="0037642E"/>
    <w:rsid w:val="00390404"/>
    <w:rsid w:val="003A0D24"/>
    <w:rsid w:val="003B0F52"/>
    <w:rsid w:val="003F756D"/>
    <w:rsid w:val="00425BF8"/>
    <w:rsid w:val="004567ED"/>
    <w:rsid w:val="00492D53"/>
    <w:rsid w:val="004A0F28"/>
    <w:rsid w:val="004A4C90"/>
    <w:rsid w:val="004D550F"/>
    <w:rsid w:val="004D56E5"/>
    <w:rsid w:val="0050476F"/>
    <w:rsid w:val="00504B4B"/>
    <w:rsid w:val="00524557"/>
    <w:rsid w:val="0053330B"/>
    <w:rsid w:val="00561BAF"/>
    <w:rsid w:val="00564A72"/>
    <w:rsid w:val="00565DBA"/>
    <w:rsid w:val="005B2A12"/>
    <w:rsid w:val="005F15D0"/>
    <w:rsid w:val="00623987"/>
    <w:rsid w:val="006247C1"/>
    <w:rsid w:val="00630908"/>
    <w:rsid w:val="0066008B"/>
    <w:rsid w:val="00670A2F"/>
    <w:rsid w:val="006C4D94"/>
    <w:rsid w:val="006D52EA"/>
    <w:rsid w:val="006F6F99"/>
    <w:rsid w:val="00702C59"/>
    <w:rsid w:val="00730DDA"/>
    <w:rsid w:val="00740A07"/>
    <w:rsid w:val="0074405F"/>
    <w:rsid w:val="007F1325"/>
    <w:rsid w:val="00802942"/>
    <w:rsid w:val="00805233"/>
    <w:rsid w:val="008079BE"/>
    <w:rsid w:val="008211CE"/>
    <w:rsid w:val="0082152A"/>
    <w:rsid w:val="008326FC"/>
    <w:rsid w:val="00843111"/>
    <w:rsid w:val="00852D7A"/>
    <w:rsid w:val="00860DA2"/>
    <w:rsid w:val="008801E5"/>
    <w:rsid w:val="00882856"/>
    <w:rsid w:val="00882CB2"/>
    <w:rsid w:val="008870A0"/>
    <w:rsid w:val="00890236"/>
    <w:rsid w:val="00892F26"/>
    <w:rsid w:val="009416D4"/>
    <w:rsid w:val="0095473D"/>
    <w:rsid w:val="009568FD"/>
    <w:rsid w:val="009C1742"/>
    <w:rsid w:val="009C440E"/>
    <w:rsid w:val="00A27999"/>
    <w:rsid w:val="00A331D5"/>
    <w:rsid w:val="00A41CB0"/>
    <w:rsid w:val="00A46B6E"/>
    <w:rsid w:val="00A71CD6"/>
    <w:rsid w:val="00AA1D8D"/>
    <w:rsid w:val="00AD6402"/>
    <w:rsid w:val="00AE4194"/>
    <w:rsid w:val="00B11492"/>
    <w:rsid w:val="00B47730"/>
    <w:rsid w:val="00B5070C"/>
    <w:rsid w:val="00B52AC0"/>
    <w:rsid w:val="00BA4F4D"/>
    <w:rsid w:val="00BA50D7"/>
    <w:rsid w:val="00BD4215"/>
    <w:rsid w:val="00BF2FB9"/>
    <w:rsid w:val="00C0178D"/>
    <w:rsid w:val="00C24556"/>
    <w:rsid w:val="00C3267D"/>
    <w:rsid w:val="00C33CAC"/>
    <w:rsid w:val="00C500D4"/>
    <w:rsid w:val="00C82CAD"/>
    <w:rsid w:val="00C83BDC"/>
    <w:rsid w:val="00C83BEA"/>
    <w:rsid w:val="00C85F74"/>
    <w:rsid w:val="00CA2CA3"/>
    <w:rsid w:val="00CB0664"/>
    <w:rsid w:val="00D637A8"/>
    <w:rsid w:val="00D67FBC"/>
    <w:rsid w:val="00D73096"/>
    <w:rsid w:val="00D75C51"/>
    <w:rsid w:val="00D85018"/>
    <w:rsid w:val="00D93AFB"/>
    <w:rsid w:val="00D9425E"/>
    <w:rsid w:val="00DB73B6"/>
    <w:rsid w:val="00DD115F"/>
    <w:rsid w:val="00DF3B3A"/>
    <w:rsid w:val="00E02BEE"/>
    <w:rsid w:val="00E305E6"/>
    <w:rsid w:val="00E51EB9"/>
    <w:rsid w:val="00E72F1D"/>
    <w:rsid w:val="00EE03F5"/>
    <w:rsid w:val="00F064E1"/>
    <w:rsid w:val="00F162E4"/>
    <w:rsid w:val="00F22BDE"/>
    <w:rsid w:val="00F50410"/>
    <w:rsid w:val="00FC693F"/>
    <w:rsid w:val="00FE1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39C64"/>
  <w14:defaultImageDpi w14:val="300"/>
  <w15:docId w15:val="{4D257715-7C5E-4265-8D43-28B45EE3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276955"/>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paragraph" w:styleId="aff8">
    <w:name w:val="Revision"/>
    <w:hidden/>
    <w:uiPriority w:val="99"/>
    <w:semiHidden/>
    <w:rsid w:val="00E02BEE"/>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410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C9644-B981-43DD-9415-ADF059AE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2724</Words>
  <Characters>15528</Characters>
  <Application>Microsoft Office Word</Application>
  <DocSecurity>0</DocSecurity>
  <Lines>129</Lines>
  <Paragraphs>36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5</cp:revision>
  <dcterms:created xsi:type="dcterms:W3CDTF">2026-09-23T08:47:00Z</dcterms:created>
  <dcterms:modified xsi:type="dcterms:W3CDTF">2026-09-25T10:14:00Z</dcterms:modified>
  <cp:category/>
</cp:coreProperties>
</file>